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第三集《幸福之道》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我們既然是人，我們每一個人都有一個目標，都希望平常能過著幸福美滿的日子，即使你今天來求道、拜佛，相信很多人的出發點，都是抱著一種「求」．祈求的心態，求個平安，求幸福美滿，求家庭和諧，是不是？所以，未悟的眾生，很少人是為了求解脫，求自性而來求道，都是先從這種小乘的來求取。既然，每一個人心裏面都希望自己過著幸福安祥的日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幸福，它的基本單位就是「家庭」。要創造一個幸福的家庭，絕不是靠外在求佛拜佛而來的，乃是靠著你們明理、修行而能互相去體諒，了解人生的大道、宇宙的真理，對自己的自我要求，自我教育，自我約束，這樣建立起來的，所以呢！幸福是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1、幸福就是歡喜心，感謝心。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時常要存著一種歡喜的心。今天跟你相處的這些眷屬，都是跟你結善緣的。象媳婦要感謝婆婆，有了婆婆才有這個先生嘛！有婆婆幫你帶小孩，你才能無後顧之憂的去上班啊！那麼婆婆也要感謝這個媳婦幫你持家。我們道在平常之中，不要想得很遠、很玄的。如果將你平常的家裡，治理得很好的話，修道絕對很快樂的。因為跟你息息相關的是生活，是家庭。所以老師先要求你們，從家庭做起，所以從這一個歡喜的心，尤其你們結過婚的，要特別地注意聽；還沒有結婚的，要把它當作是一部婚姻寶典，將來受用無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生歡喜心！來接受你周遭的這一切。生感謝心！感謝所有能夠幫助你的人，不只是對你有恩的，即使是磨鍊你的，你也感謝他。今天妳脾氣很嬌，妳在家庭裡邊當一個父母親的掌上明珠，沒有人敢說妳，妳嫁過來了，有人說妳，是因為希望妳好才說妳，所以你要存著歡喜心、感謝心，去感謝他，這樣幸福才能降臨妳的身上，降臨妳的家庭。所以，幸福的開始一定要求心。幸福從哪裡求？從心求。一切福報不離寸心。心改相就改，方寸就是福報，不必到外面去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算命的為什麼大行其道？因為眾生無知嘛，所以什麼紫微鬥數啦！命相學啦！八字啦！風水啦！這些大行其道，都是因為眾生無知、疑惑，想要借著這個外在的力量，來扭轉你們的宿命。宿命就是「業力」啊！什麼是業力呢？眾生的你、我、他，從生到死，到現在的思想，加上行為的一個總結合，叫做「業力」。所以有了宿命，你們就被命轉，你們不會去轉命的，不修行、不求心、不調心，你只想改變這個宿命，用外圍的方法，用改變風水的啦、改什麼名字啦、改筆劃啦、改這個大門啦！這些都是不究竟的，都是外在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「佛」在哪裡？心中要有佛。心中沒有佛，你家裡大尊小尊的一大堆沒有用的。所以，我覺得你們很好笑，家裡要供奉佛，就直接供在家裡就好了，你們偏偏把他帶到道場來，大尊的、小尊的，這樣古董一大堆，還叫作是「佛光普照」，然後再把他請回去，這樣叫做有佛是嗎？心中沒有佛，你放在哪裡都沒有佛，即使老師普照老師都沒有佛，關老爺普照關老爺，那像什麼嗎！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啊！我覺得你們很可憐，都往心外去求佛，如果內心有佛，一張小小的卡片上印了佛像，心裡有佛就是有佛。心外求佛路便差，所以，千萬不要執著這些形象，不要去什麼改風水啦，去算命啦，不要這些。當然你們是求一個心安啦。你們如果能心安就好，萬一相命的對你說，你什麼時候有一個劫，什麼時候有一個災，可是你內心脾氣毛病不改，你只顧往外面去消災，根本消不了，真正的災是要從心消啊！從內心去消啊。脾氣毛病都不改，夫妻見了面就像仇人，這婆媳之間就像仇敵一樣，這個災怎麼消啊？這是最基本的。徒兒們啊！你一定要先要求你自己，改變你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你改變自　己，災自然就消了。你不要去外面求什麼羅漢齋啦，如意齋啦，到最後「攏唔知啦」（臺語），真正的災還是沒有消！你內心的脾氣毛病一大堆都沒有改！人家罵你一句，你怎麼就不會覺得這是替你消災呢？去外邊消災，一次伍佰塊、一千塊啊！人家罵你一句，就是消你一個災，這就是你自己內心的修養，你不接受反而回人家一句，這災怎麼消呢？愈鬧愈大，對不對呢？所以幸福第一個是感謝心、歡喜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2、是摒除惡言論，離諸對待。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「離諸對待」？你們每一個人都希望先生怎麼樣？成就非常大是不是？那麼就拿別人的成就來跟你先生比，把你先生壓得喘不過氣來。人要過自已的生活，不要跟別人比嘛！要把生活的藝術提升到最高點，要享受自己的生活藝術，不要跟人家比。先生今天是做水泥工的，也能生活，今天是白領階級的，也是過生活，今天是立法委員，也是一樣過生活，吃的還不是一樣！只是一些名位上、一些符號上不一樣而已呀。所以，一樣是過一天，為什麼一定要去跟人家比呢？跟人家比，有了高低之心，內心就不平衡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佛是什麼？佛是感情、理智能夠平衡的。眾生都是感性的，所以你們喜歡看「感性」事件，看「感性」的節目，感情重於理智，所以會常常鬧情緒；太太常常鬧情緒，先生也常常鬧情緒，因為不平衡嘛！所以做太太的，其實要常常讚美你的先生，他是最偉大的，給了你一個幸福美滿的家庭。先生要感謝你太太，給你整理家裡，相夫教子，時常感謝對方，離諸對待，不要去跟隔壁鄰居比。人家開奔馳是人家的事，你有那個五十的可以騎也不錯啦！所以，要享受自己的生活，不要跟別人比。這是幸福的第二個條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3、要站在自己的崗位上盡責任。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先生要盡好責任，不要被外境所誘惑。外來的這一些都是來考你們、破壞你們幸福的。你們每天接觸的有很多標緻的小姐，你自己可要把握住你自己的念頭！你好不容易建設起這個美滿的家庭，你要維護好，可千萬不要被這些外境所誘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時代開放了，所以老師常常說，來道場修道的先生、太太不會變壞就是這樣子。你們的念頭可要把握得住，人家打電話來給你，索性不要理她。為什麼要來打擾別人的生活呢？這自己不能把握住嘛！自己根本就不能夠識透，不能尊重別人，你要是尊重對方的話，你應該為對方的幸福著想，為什麼還要來破壞對方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我們修行的人，自己的崗位要站好。我覺得那些女強人是最笨的，得了名利卻失去了幸福，有什麼用呢？要記得自己的幸福是好不容易建立起來的，太太雖然長得比較平庸一點，但是，她也為你生了幾小孩，好不容易給你持家，所以你要好好的盡你的責任。太太也是一樣，先生在外面拼死拼活為了盡他的責任，所以回來有時候嘮叨一下，你也要包容他一下，這就是幸福。記住，要扮演好自己的角色，做好自己的角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唉!有些太太就不是這樣子，非要過著怎麼樣的生活，非要跟人家比，把先生貶得一文不值。今生鰥寡孤獨為何因？前世輕賤丈夫身！所以千萬要互相尊重。鰥寡孤獨的，你們前世都不尊重對方，所以這一輩子讓你自己孤單一個人，沒有另一半做「老伴」，這老伴，就是讓你們老來作伴。你輕賤他，那麼老來就孤獨了，所以千萬要互相尊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4、幸福就是包容意見跟你不同、看法跟你不同的人。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意見跟我不同的，並不代表絕對的對與錯，每一個人有每一個人的思想、每一個人的生活方式。那麼，不要硬去改變別人，你要先改變自己，如果硬要改變別人，那生命對你來說是一種「懲罰」，知道嗎？徒兒們！你看到別人不能順你的意的時候，你就生氣，那麼，你生氣就沒有祥和可談，就沒有安祥的心態，幸福就會離你而去，離你很遠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同事朋友之間也是一樣，意見不一樣，我們就用互相切磋的方式，儘量把自己的意見表達出來，讓別人能夠接受你的意見，了解你的意思，千萬不要用太主觀的方式來處理每一件事情。眾生就是因為太主觀了，活在主觀的意識裡面，所以常常的綁了自己，誰給你們製造痛苦的？都是自己。你要老師給你安心，你心先拿出來，心拿來我給你安。心在那裡？煩惱在那裡？拿不出來，對不對？那是你自己的一個主觀。會覺得「我現在很煩惱」，那是一種主觀的煩惱而已。你不煩惱也可以呀，你放下就不煩惱了嗎！對不對？所以幸福就是包容看法跟你不同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5、幸福就是不要去改變對方。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夫妻之間如果吵架了，你要說：「我不想改變你，我尊重你。」這樣就萬事OK 了。所以，不要讓今天的無知，造成明天的後悔，不要讓一剎那的脾氣，造成永久的不幸，忍耐一下，你的明天一定會更好。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年當中，有幾萬對的夫妻都是為了一點點芝麻小事，鬧、鬧、鬧，鬧到不可收拾的地步，為什麼？因為刻意的想去改變人家，改變對方，刻意的要跟婆婆怎麼樣，要扭轉人家的意見，人家可以有人家的意見，他有他的生活方式，你有你的生活方式，不能夠圓融，你就沉默。所以沉默是最高的涵養，沉默是最好的抗議，你不能改變對方．你就沉默，你不能安撫你自己，你就先沉默下來，那你就可以保持，保持這一切，就不會讓一剎那的脾氣，一剎那的火氣，把你整片幸福都給燒掉了，懂嗎？徒兒們！不要等到離了婚，再來唱：「再愛我一次」，你們不是有這首歌嗎？記住！不要讓今天的無知．造成永久的後悔，所以，凡事先要求自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6、幸福的第二把鑰匙，就是認命。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認命？對於不能改變的事實，譬如說：兒子死掉了、或是人長得醜、長得矮、長得愚笨—-這些都是先天帶來的，無法挽回的，兒子死掉了．你再哭．哭個三天三夜．能不能把他哭活？怨天尤人，能不能把他怨活？所以，你要了解，這是業力，這是事實，這是已經不能改變的，你不能怨天尤人，你要承受這個事實，你要想：他今天走了，我不用替他擔那個心，以後不用替他帶小孩，你也是解脫，你要想：我不用天天替他擔心，或許他回去了再轉個更好的環境，你要往好處去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長得矮小，你要想：這是我的福報，人矮也矮得很可愛呀！對不對？女孩子單眼皮也很迷人呀！為什麼一定要去割？為什麼一定要去拉皮？為什麼要用人體增高機去拉高呢？所以呢！一定要認命，不要去做那些外在的、無謂的追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都是用感官，用眼、耳、鼻、舌、身、意，用這些感官去對人生作一個評判，這是絕對錯誤的。你吃得好，你就說好命，女兒嫁到有錢人家，你就說她命好，其實，不見得啦！有錢人也是天天吵架啊，有錢人的離婚率最高，好命嗎？不見得吧！所以，內在的漂亮最要緊。你們未婚的這一些，將來找物件，可以看就好啦！內在有修養最重要，能夠跟你同步進出最重要。如果還沒有求道，把他循循善誘引進來，將來跟你同步修行。免得一個吃齋，一個不吃齋，一個豬肉不吃，回教的，不是豬肉不吃嘛！一個阿門，一個阿拉，這就麻煩了，對不對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現在這個時代修行，為師說：「家家彌勒院，人人淨土心」。眾生這麼多，你們每一個人能創造一個修道家庭，那是最好的，所以修道，老師不要求你們一輩子做王老五，因為很多事情不能突破，未成正覺的菩薩，都有他的緣要了，所以一切隨緣就好，沒有緣，你也不要刻意去攀緣，不要攀緣，也不要拒絕緣，所以一切隨緣，這樣活得才踏實。所以，你們現在把這些心理建設先建設起來，無形中得到了一部婚姻寶典，將來創造一個修道家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人都在家裡修行，集合你們的力量，來渡更多的眾生。一個家庭去渡另外一個家庭，那不是很好嗎？你們有那種大菩薩的宏願，那當然是最好的，如果不能的話，那你們修一個小乘，修一個人道，那也是可以成的。因為「道」就在凡間火宅之中去造就，佛都是從火宅之中造就出來的，不是拋離一切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然，你能犧牲更多，那麼你收穫更多。今天明師站在前面，你們對他鞠躬，對他叩頭，是不是因為他那一份犧牲、那一份偉大，你們才對他鞠躬的，是不是？平常一個道親上來，你們可能對他鞠躬、叩頭嗎？不可能！所以有特別的犧牲就有特別的收穫，這是他們的一種使命，那不是每一個人都能夠作如此的犧牲。所以，人安命、安心立命就好，不要攀緣，也不拒絕緣。懂嗎？（懂）要認命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7、幸福是不與眾生結惡緣。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也常常說過，修行人，每一個人都很「緣投」，就是緣投啦（臺語），意見一樣，隨和、有親和力，不給眾生製造苦惱。對於失意的人，你要用那種柔軟語、愛語，去鼓勵他。譬如說，在離過婚的人面前，不要談你的家庭有多麼多麼幸福、兒子有多麼多麼可愛、有多麼多麼能幹，有的人，一到了辦公室，就說我的「安迪」（Andy），一回來就對我多好多好，我的兒子今年考上臺大了，老二考上師大了，老三又是銘傳。記著，不必這樣去炫耀的！徒兒們，在離過婚的人面前，雖然你家庭很幸福，可是也千萬不要給眾生製造不快樂。我們要與眾生結善緣。這樣子，人家才不會說：「有什麼了不起！」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在殘障人的面前，不要談健康，如：「我跑得多快啊！我上個禮拜去爬什麼山，再上個禮拜又去爬什麼山的。」好像在別人面前顯示你的體力有多壯，這是殘障人做不到的事情，所以，你不要在他面前炫耀，你應該用柔軟語去鼓勵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別人的成就，你要去讚美他。眾生都是抱著一種酸葡萄的心理，人家說這個人多有成就，「是有成就，是賺很多錢，「不過嘛」他那個錢來得不光明。」都喜歡用「不過嘛!」、「但是嘛!」人家說：「那個小姐是女強人。」是啊！是女強人，「不過嘛—-」男朋友一天換一個。或是說：「那個男孩子長得很帥」，是很帥，「不過嘛」很花，是不是都喜歡加個「不過」。人家很花是很花，人家有辦法一天牽一個，你有沒有辦法也牽一個？老師不是鼓勵你們這麼做，意思是說，不要有這種酸葡萄的心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我們對任何眾生、任何人，都要用一種讚美的心態，儘量去讚美人家。當然，人家嘴歪眼斜（臺語），你不能說「你很美」，這種虛偽的讚美也不必要，要用適當的讚美。人家失意了，你給他一個柔軟語、一個愛語、一個鼓勵，他會很感謝你。甚至別人很失意的，想去自殺，你要趕快挽救他。能救他一命，功德無量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生命要活得超越，若是不能夠識透真理，那生命對你是一種懲罰。那麼老師也勸大家，遇到挫折的時候，不要想自殺，絕不要有自殺的念頭，尤其是坤道最脆弱，是感性的動物，你要知道，自殺一次都有影像，那種影子印在你的意識當中，生生世世都會有自殺的影子，要連續七次。所以說有的人動不動，感情受到挫折，就想去自殺，這是很可怕的。徒兒們，要堅強，對於人生、宇宙要有一個透徹的了解，要先了解人生是無常的，來去都是無常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8、幸福是佔有欲不要太強。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認為什麼事情都非你不可。你有你的才華，別人有別人的才華。婆媳之間為什麼會相處不好？因為婆婆認為你把她的兒子佔去了，是不是啊？兒子還沒有結婚之前，跟他的媽媽天天黏在一起，可是，結了婚以後就疏遠了。每一個人都有佔有欲，婆婆也想佔有兒子，你也想佔有先生。所以要相互體諒，不要讓第三者感覺到為難，要互相為對方的立場著想。不要在婆婆面前顯得卿卿我我的樣子。也許婆婆喪失了另一半，內心已經很感傷了，對不對？所以佔有欲不要太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唉!也有些先生，尤其是受過日本教育的，他自已在客廳看電視，就硬要太太陪著他，不陪著他就不行，實在是很「鴨霸」（臺語）。太太也是一樣，先生出去一下，就疑東疑西的，懷疑他在外面怎麼樣怎麼樣，所以三心不除，滴水難消。三心就是「過去心、現在心、未來心」，懷疑先生以前怎麼樣，每一個人都有過去嘛！這過去的已經過去了，還提它幹什麼，只要他現在屬於你，現在規規矩矩的，那就好了。你不要去揭開過去的瘡疤，不要讓過去的歷史，來破壞你們現在的幸福。徒兒們，有的時候，你說：「你跟我講，你過去怎麼樣啦?」先生就說：「是你叫我講的，我就說給你聽。」說給你聽了之後，等一下你的臉就鼓起來了，你要聽，你就要有肚量接受，對不對？沒有肚量去接受，就不要去聽那些歷史，也不要去懷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看到好朋友聚在一起講話，你就懷疑，他們有沒有說我的壞話啊？眾生都是有疑心的，疑心病不除，會破壞感情的。「現在的心」就是存著一個平常的心。譬如太太以前是做那種不正當行業的，而現在改邪歸正了，要做一個賢妻良母，因此，你也要原諒她。人都有過去嘛，對不對？所以，現在最重要，要好好的把握住現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9、幸福就是有感覺之美。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感覺之美？感覺到現在所得到的一切都是美好的。要常、樂、我、淨。感覺之美就是常、樂、我、淨。「常」就是真常，保持不變的一個心。「樂」，保持快樂的心境。逆境也好，順境也好，吃得好也好，吃不好也好，即使生病也好，要能保持快樂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這個肉體，這個「我」，是假我，假我都是意識接受外來的符號，而讓你有一種感受。所以我們修行是論「心」的境界，超出所有的學問。一個開悟的修行者，他的心你叫他動妄念，他不會隨便亂動。一個開悟的人，他不會隨便起心動念的。而一個妄念紛飛的人，你叫他平息妄念，他也做不到。所以說，物理學上講：「動者恆動、靜者恆靜」，對不對？所以「假我」，就是認識外來這些假符號。哲學上有講：「唯物論」，注重身體的剖析。「唯心論」，注重意識的剖析。「是心是物論」，心物合一。「非心非物論」，就是完全否決掉。這些理論，而用「智慧」去執行，支配你的「意識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平時都用意識去控制你的感情，而感情卻容易讓你顛三倒四的，所以，感性要建立在理性之上，理性要建立在自性之上，自性要建立在空性之上，而空性本身俱足智慧，智慧也就是我們的「真我」。你們要看透一切的無常，才能夠如如不動，才能夠分分秒秒保持在一個快樂的境界當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我們修行就是要糾正扭曲的心，意識已經把本性都扭曲了，修行就是要用這種「空性」去透視這種意識，把它扭正過來。所以我們要時時用「覺」用這種「覺悟」的心，去處理事情，不要用感性的，懂嗎？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今天，每一個人都希望得到幸福，而「幸福」全在我們的心去製造，從心去發覺，心不健康，幸福就無從著手。那心要怎樣去建設它呢？唯有「宰治官能，懲治我欲」，宰就是主宰的宰，治是治療的治，官就是感官的官，「懲治我欲」，懲罰的懲，治療的治，「宰治官能，懲治我欲」，不要讓你的感官拖著你的意識團團轉。這樣才能時時刻刻保持著那顆清靜的心態，幸福就隨時在你的身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每一個人都可以製造、創造「幸福之道」。不是佛為你創造的，不是別人賜給你的，不是上天施給你的，是你自己要去創造的。是每一個成員自已要去努力的。不是有錢人才有幸福，不是有學問的人才有資格，每一個人機會相等，就像成佛一樣，機會相等。所以顏回，一簞食，一瓢飲，在陋巷，他也能夠活在幸福之中，他樂道，好道嘛。孔老夫子周遊列國，受到惡劣環境的種種壓迫，他也一樣樂在其中。你們前人飄洋過海、身受凌辱之苦，深受種種的考驗，他能夠成就菩薩，這就是一個心，樂道．好道，知命，了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今天每一個人都希望活得很快樂、很超越，每一個人都在追求幸福。可是問題是，每一個人是不是都能夠得到幸福呢？有些人很快得到答案，有些人一輩子都找不到答案。每一個人都想活得很健康，但是心裏面的疾病一大堆，內心裏面的疾病不除，幸福便無從降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每一個人都要保持自己的念頭，把握自己的念頭，念頭不正了，趕快給糾正過來，把它糾正過來，淡化形象。這些，都要從心去著手啊！世間的一切苦，不透過修行，就無法將它稀釋，一切苦味，一切的苦與樂，用化學把它分析出來，你還是不能去體會呀！唯有用修行的方式，從心裏面把它稀釋，那才有辦法自己去體會，什麼是苦，什麼是樂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每一個人統統一樣啊，你求道久了，你脾氣習性不改，一樣不能達到「覺」的境界，所以說，你們問老師：什麼時候世界大同啊？每一個人都成佛了，世界就大同了！還不成佛，就還有紛爭。有人的地方就有是非，有是非才造成一個娑婆世界，所以唯有人人淨化心田，人人成佛，世界就太平、就和平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徒兒們，心就是一個佛國，心也是一個地獄。煩惱、妄想，一切病痛纏繞著你的時候．你不能開懷，不能釋懷，心中就有一幅地獄的圖畫出現；相反的，你常常樂在其中，天堂就在你的眼前。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幸福還有一點要改脾氣。改脾氣！所有的紛爭都是從脾氣而來的，家庭的不幸福，也是由你的脾氣．由你那一剎那的無明火所造出來的。所以修行啊！老師教你們，每天早上起來對著鏡子看一看，說：「我今天要做老師，我今天要做觀音菩薩，我不生氣。」即使小孩子的成績單拿回來是滿江紅，你也不要生氣，平常是開口大罵，你今天不生氣，小孩子會覺得，爸爸今天怎麼不生氣呀，媽媽今天怎麼這麼溫柔啊！你就說：「爸爸今天做老師，媽媽今天做觀音菩薩。」不生氣，一切就過去了，這一場的紛爭也就沒有了。先生從外面醉醺醺的回來，但是你今天不生氣，所以就隨他去，等到他清醒的時候，再好好勸勸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太太整天迷在牌桌上，家庭不顧，頭髮不梳，那種的太太，有時候不要怪先生在外面不守規矩，有時候自己也得施展一下魅力，頭髮要梳，要穿得整齊，要把家庭整理得井然有序，這樣子妳就會有那麼一點魅力了，也不是要你像崔苔青（林志玲）那樣子的魅力，但是最起碼你要把自己弄得整齊一點，這樣家庭才會和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要記得！「不生氣」，對於看不順眼的，你不生氣。但是不生氣，也不是那麼容易的，你把它「忍」了一個禮拜、五天也好，忍不住了就說聲：「老師我今天請個假吧！」砰！的一聲把門關上（脾氣爆發），沒關係，修脾氣嗎，要修一大阿僧祇劫，是不容易的，所以「三步五十」（臺語，有時候）準你一個假。你天天生氣，天天吵架，天天家庭革命，改變成一個禮拜革命一次，慢慢的十天運動一次，慢慢的有改善，你就得到好處啦！道就對你產生作用了，因為你會要求你自已嘛！本來一半也是你自己製造出來的，「硬幣沒有兩個，是不會響的」，對不對？儘量的不要發脾氣，脾氣一發，最無辜的是小孩子，這小孩子躲在一旁，不曉得怎麼是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社會上那些問題青少年，都是由問題家庭出來的。這家庭如果很健康的話，小孩子的心理也會很健康。所以，也勸你們做父母的，不要太溺愛小孩，要從小就好好的調教。現在人只生一個或兩個，就很溺愛，像掌上明珠一樣，等到將來管不住了，你再來哭，那是沒有用的，這另外，還有做大人的，自己抽菸、喝酒，卻叫小孩子不準玩電動玩具，那是不可能的，身教很重要啊！每一個人都要有這種觀念，小孩要從小讓他來學習聽道，讓他有這種健全的觀念，健全的人格，千萬不要太溺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於這些外境你們自已要控制，不要讓外面的一切事物、一切人物破壞你們美滿的家庭。自已要控制，要把握得住，眼前所耕耘的這一片是不容易的，太太沒有對不起你，這先生也沒有對不起妳，粗茶淡飯都好好過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改變自己，創造幸福。徒兒們，你們回去自己考試，自己對自己作一個評分，一個月以後，半個月以後，你的家庭氣氛如果有了改變，你就是在創造幸福之道。你可要千萬要去努力耕耘喲！但是也不是說光待在家裡，其他的事情都不做了，而是說修道要修，辦道要辦，而在平常影響你很深刻的家庭，你也要好好的去耕耘它。先生支持妳，太太支持你，那你修道、辨道才沒有後顧之憂，才有意義。如果有人不支持你，那你就有罣礙，對不對？徒兒們，「幸福之道」要你們自己去改善，去克服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