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第七集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1、來人世的一大事因緣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為什麼要整天忙碌？因為害怕一空下來就會面臨失去，對嗎？得是什麼？失是什麼？得失絕對不會在你準備好的時候來，徒兒要準備的是，人生無常，要懂得珍惜每個當下，才不會只是空轉人生。凡夫只所以為凡夫，只為凡事呆滯、凡事執迷、看不破、放不下，在世俗中，擺脫不了塵習，總以俗眼看萬物萬事，如此又如何能住世而超凡，入凡而超凡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命中雖富貴，若嫖、賭、飲樣樣來，終有一天坐吃山空，由富貴變賤命。命中雖貧賤，若能善積福德，則必可由貧轉富。因此一切皆有吉兆，惟命不於常，道善則得之，不善則失之。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如果只懂得用執著、無明、妄想來證明自身擁有某些權勢與地位，那徒只是漸漸在失去而已，凡事有因必有果，要洞悉一切的根本源頭，才能平常心的面對，也才懂得人生是怎麼一回事。孔子看到水在流動，就體悟到上天好象跟他說法：逝者如斯夫，不舍晝夜。就象人生一去不復返，生活一天過一天，可不能只是柴米油鹽；人生一年過一年，可不能只是白髮平添，徒兒得要悟一悟呀！把握真性才能夠悟出人生，智慧增長再增長，才能夠安撫茫然飄浮的心靈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能生在同一個家庭，成為一家人，是多少緣份累積的成果，徒常要想，我是否能多關懷他一點，是否能多聽聽他說的話，我是否能多站在他的立場想想，我是否有多祝福他呢？要讓自己的心處在平和、真誠、大方，一起讓這個家園充滿溫暖、溫馨、喜悅吧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個人都有每個人的命理，你們現在的人生，就是上天按照你們的命理，對你們所作的最好安排，為什麼要跟這個人相處呢？為什麼要這樣過一生？因為你命中注定要跟這個人相處，你才會好，要是你不和這個人相處，你會更不好，所謂的人算不如天算，你們如果有膽識的話，就交給上天安排，上天決定怎樣，你就怎樣接受，那絕對會是你們這一生最好的安排，象這樣的例子太多了，講不完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心有四不正，哪四不正？心有所忿懥，有所好樂，有所憂患，有所恐懼，這些情緒從哪裡來的？每一天過得不愉快，因為這幾樣東西綁著我們，修道就是要擺脫這些外在的幹擾，這些電波會干擾我們的自性，佛菩薩為什麼不會被幹擾？因為守中嘛，守著中點這一點，剛剛好調到這一點，明師指點的這一點，有沒有守住呢？心都不在了，哪裡能正？不正又怎麼守得住？所以悟道的人是智慧的心，沒有悟道的人就是煩惱的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做人都有功課，就是要學做人的責任，累世以來進入修行都是有慧根、有善緣，但是進入紅塵難免有痛苦、有缺欠、有習性、有毛病，是不是？所以講到你的短處壞話時，就會兩顆眼睛瞪這麼大，每個人的眼睛都要往前看，對不對？你碰到壁，碰到石頭，路走不通了，就得趕快回頭，要回頭看，看自己的內心。凡人都往外求，聖賢都往內心深究，你們每個人的功課，就是以不足多加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是與生俱來的，也是每個人都有共同點，每個人的天心都是善良的，落於後天才有憎恨心，然後有了對待，所以為師希望你們，從今以後加緊馬鞭，路唯有靠你自己走出來，師傅引進門，修行在個人，總歸一句，就是渡你自己，希望你們不要忘了自己的崗位，要修心養性、靈性光明，生命就會充滿信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在人世間雖然有這個名份，有這個權勢，卻並不是什麼大不了的事，如果你能在陰陽五行中，而不被陰陽五行所轉，那才是真正的了不起。但是要怎麼做才能達到呢？修道！徒啊，你有來人世間的一大事因緣，你來此就有要承擔的使命，你若能發出你的菩提願心，你心裡想的事情也會跟著順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落於紅塵有一定的因緣要了，修道人懂得用光明的念頭來看待，今世能得道、修道、還能辦道，多麼的可貴呀！這是普渡三曹中的人曹才能享有的，徒兒，你來人世一趟，要明白自己的聖與凡，不要輕易的辜負，縱有陰晴圓缺的不足，但要有問心無愧的覺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每個人都想過好日子，但是好日子取決於徒兒對生命的態度，短視與無知就註定悲苦的人生，因為你不懂得轉念頭與態度，只知一味地破壞美好善良的心懷。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追求適當的名與利是上進的表現，但是如果追求得太過分，而不知懸崖勒馬的話，名利如同刀槍一樣傷人又傷己，讓人陷入泥沼中而不能自拔。徒兒要了解現在的局勢是危機，同時也是轉機，如果每一個人你爭我奪，你不讓我，我不讓你，父親不象父親、母親不象母親、孩子不象孩子，缺少孝、悌、慈，如果這樣的話，就是危機！如何才是轉機？轉機就是每一個人都要有格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一個人都要珍惜自己的人生，人生很短暫，當你懂得善用它，懂得去發揮，你將會是一片光明，無論你怎麼走，你心中有道，你行的有道，你所成為的就是有道之人，合乎道、合乎理，你的人生就坦蕩蕩，到哪裡都能夠輕易走過，不會有任何的障礙，任何的阻礙，人之所以無法看破，就是心裡有障礙，心裡有障礙就無法走出自己的大障礙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2、儒風人文、修辦併兼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正信不是光用口說，而是要有勇氣去實踐、去抱守；正信不是一段時間而已，從求道、明道、修道、辦道以至於成道，這段時間都要抱持正信，而且要用勇氣去行持。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看徒兒平常忙著辦道，都沒有反觀自己，到底這個道場欠缺什麼呢？為什麼辦道這麼多還是如此，好象聞不到一股儒者的風味，有點急躁、好動、靜不下來，不管講話或做事、吃飯、甚至罵人都很快，缺少文人的氣質，道的風範就顯現不出來，那是因為你沒有悟、沒有參，所以就行不出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光知道辦道、講道理、渡人，一大堆人看起來很熱鬧，那叫做辦道，不叫修道，所以修與辦在白陽時期並行，借著環境來磨鍊你自己，把你每一個稜角都去掉，但是在切磋琢磨當中會痛，徒兒要能忍受，還要能夠承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看訓文很容易了解，可是難於精確，幾人能夠深得佛心？讀了一篇聖訓，好感動，感動之後很容易就忘失，所以學道要有體悟，行事要精確，體悟不是亂悟，悟得亂七八糟的會走入旁門左道，要精確，如果不能領會，就難於精確，因為每個人皆有個性，皆有私心偏見，同樣一句話，你看、他看，都是不一樣，所以難以精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行其道首先提倡八德，哪八德呢？孝、悌、忠、信、禮、義、廉、恥。這個機會正是有利於徒兒們行道的時候，所以要大行其道，推廣了「八德」才能安撫民心啊！現在眾生都病了，這是社會亂象，自己不能夠生病，自己的念頭要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之所以會胡思妄想，就是自己的崗位不正，徒兒得要做到「各就崗位正使命」，各人儘自己的心，道場才有倫理。現今可是儒家應運，你是應運而生，要應用得當，就是建立在倫常之中。人一沒有倫常，就會欺上瞞下，心裡不平衡，就會怨東怨西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徒要多學、多問、多行，勤習一事，則身增一藝，若懂得多，就能從各方面幫助這個世間，幫助世人，這也是功德無量啊！所以虛心學習、勤奮精進，真的是人生一大樂事啊！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要時常的學習，不只是道學的充實，而是讓理路更通達，對道理更明白。希望你們日後辦道能夠更活潑，用的方法能夠適應每一個眾生。法無定法，法法皆可行，但是要不違背「道德」兩字啊！什麼都可說，但是不可以離開真理，把眾生引導錯誤，讓自己也走在山崖，一不小心，就很可能墜崖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場推廣讀經是一件好事，不論擔何天職，不論什麼年紀，都需要有聖賢經教來幫助徒兒們洗滌無明、端正身心。徒兒不要妄自菲薄，覺得自己程度不好，要知道，讀經就是開智慧，當你口而誦，心而為時，徒兒與聖賢就差不遠矣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辦已有一段時日了，應該要破相明理，不要還執著於形相。平日不參真理、不參研聖賢仙佛的慈語、也不讀聖賢書、道理不聽、書也不看，怎麼精進呢？你們總是喜歡在人事中打轉，所始終進步不了，所以原地踏步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要奠定基礎，多讀四書，現在儒家應運，你自己都不讀書，對道的宗旨都不明白了，你怎麼把道介紹給別人呢？救你自己都困難啦！所以不讀四書會有四輸：口出無章，處事無方，儀表不莊，生命無光，所以你要多讀書啊！但是在讀書當中不要固執，讓你讀五教聖人的書，也就是要讓你來印證這個道，讓你遇到困難不能解決時，更要引讀孔老夫子的書，當孔子周遊列國，面對種種的難關時，是如何地走過，而你現在辦道為什麼走不過呢？你自個兒覺得你的委屈很多，但是跟聖人比較之下，卻差很多了，所以說，不讀聖賢之書，難體聖賢之志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自己的道統要清楚，因為你自己不了解就有可能走錯。要是不了解，你可以藉別人來讓你更了解，十五條佛規要常常看，回想自己有沒有做到，上天給我們的恩典很廣大，也留了很多的文獻，只是現在的修道人都忙於辦道，都沒有做到這一層的功夫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精進是內外都需要努力的一個方向，不論徒的道學、待人接物、應對進退或是內德、品德修養、火候功夫等，新的一年就要有新的氣象，不要只是停在原點，要知道，沒有進步就是退步的開始了。代天宣化的機會不是每天都有的，想想自己能夠當上天福音的傳播者，這是多麼榮幸與尊貴啊！徒兒講課是講給三曹聽，所以怎麼可以輕忽草率呢？不論你是明師或是辦事人員，都要好好用心準備，因為這是辦上天的事，每一堂、每一班都是三曹普渡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平日要多看聖賢書，諸佛菩薩給那麼多的訓，你們都沒有看，沒有反省，沒有給自己充電，每天只有辦道，一顆心都在動，沒有靜下來，哪能體會呢？久了你會累，原動力會消失，所以信念能產生力量、熱情，讓你往前走，希望徒要堅定信心，好好地往前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是儒教應運，徒兒要把道落實在自己身上，當眾生見不到佛菩薩臨壇的時候，能在你們身上感覺到有道味：有聖人的舉止，有賢人的風範，有菩薩的精神，有佛的慈悲，那你們就能夠攝受他，如果在徒的身上都找不到這些優點，哪天為師若沒有臨壇，你們怎麼辦呢？眾生難道就因為這樣而斷送了慧命嗎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儒教應運就從你們開始，每一個人在日常生活中具體地行中庸之道，養太和之氣，如果能如此，無論徒兒們在哪裡，或到哪一處，只要有人的地方，見到你們都會有祥和的感覺，還是你們所到之處，所有人見了你們，或是聽聞你們要來的風聲，就逃之夭夭呢？那是不是缺陷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辦的人要養慈悲心，行仁義之事，對自己守禮，辦事守節操，這都是修辦的原則。徒兒都在道場修辦，有講師、有講員、有辦事人員，而且都清口了，你們既然能夠舍，不但是舍口腹之慾，而且要邁向修行的路，所以你們就要下決心，不只修這個外表，還要真正修這個心，所以充實自己不只是道學上，還要在心性、內涵下功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3、三寶的修持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身為天道弟子，就應以三寶修持作為修行的法門。這是最根本，最直接、最簡單的修行方法。不要小看明師、明師的玄關一指，這一指點是名「授記」，是名「明心」，是指點大家找到自己的真主人，點開生死竅門，所以不可輕視，得此是一大事因緣，好好自加珍惜。三寶的第一寶，點在這裡，讓你明心，讓你守玄，把萬念歸於一念，再把這一念放下來，那就是你本來的面目。玄關是個門，是個下手處，開了正門往裡走，才能找到真主人，百尺竿頭，更進一步，欲窮千裡目，更上一層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五字真言默念於心，用天心（玄關）去念，這種修持，可以讓我們帶到天涯海角，任何場所，任何時間，行住坐臥，都可以默念。散步時、空閒時、工作時、睡覺時都可以默念，這是收束心念最簡單，最方便的方法。一切煩惱、妄想都是劫難，默念五字真言，不是外求淨土，而是內生淨土，用自性道場，獻自性心香，誦無字真經-守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真人靜坐，如何坐？二六時中時時刻刻迴光返照，二目守玄，眼睛閉八分睜二分，看住我們明師所指點的地方，不思善不思惡，就是所謂的真人靜坐。行、住、坐、臥之間都能夠守住真人之地，就不離本性。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老師教你們一個存養的方法，如果你在一天之中，起了任何一個懷疑同修的念頭，走路時看到任何一點東西，趕緊拿起簿子記起來，因為你走出去是「應」嘛！當你回來「靜」的時候，趕緊懺掉，這才叫「常應常靜」，否則會在那邊轉。．．．．老師跟徒兒們講的「視聽言動、行住坐臥、起心動念，應靜的功夫」，這些你們都得要行，方法都告訴你們了，做不做還是看你自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心裡不平衡會怎樣？有很多漣漪要怎樣撫平？怎樣去撫平心裡的傷痛啊？我們靜下來，好不好？靜靜心，我們要把真主人找出來，我們來用三寶，因為你們都沒有常常迴光返照，遇到一個狀況，你們的心裡就很彷徨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三寶乃法門，而徒兒不會用，只知遇到災難時趕緊用三寶，平時就該用來修心煉性，常念你就與彌勒祖師、為師有感應，遇困難感應就快。紅塵世局紛擾不斷，眾生無明苦根纏擾心神，不得清安自在，這是多麼苦痛啊！徒兒今逢受三寶，明白來去之端，但要能善用三寶，安頓自我的身心，行外功，培內德，這是很重要的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常常往自己身上觀，往自己身上找，往自己身上觀是聖人之道，往別人身上看，是小人之道。心靜了嗎？常常迴光返照，時常想到自己的不是，不就是有朋自遠方來嗎？你的心常常往外放，如果你能在忙中偷閒，靜下來思己過，心意收回，就從遠而入，朋友的朋不就是兩個目？有朋自遠方來，不就是你的真主人回來了嗎？故不亦樂乎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生死之門在哪裡呢？日月合德在這裡，陰陽交匯在這裡，至靈至善在這裡，你們都知道，可是你們沒有登堂入室，要登堂入室要真功實善，你們希不希望發出光，出神入化，超脫苦海呢？你們就要腳踏實地，一步一腳印的來實修，然後看經典，看訓文，都不要執著於文字表面，不要執著於老師給你們的這一點，凡事自然成，道在自心，往心裏面去求，但不是私心、妄想，而是你那個天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