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第八集《三寶的修持》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人之真我，虛靈一團，光圓覺照，本無一物，何處惹塵？又何需一法，徒增造作？只緣眾生落於凡塵，執於萬有，著於形相，未能於相離相。以致真如本來，如烏雲蔽日，明珠蒙塵，其光不彰。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聞至道，得授心傳佛子雖然眾多，但因未能深會如來實相，空執音相理論，而不能率性力行實踐，猶如畫餅充飢，終難得飽。更有自作聰明子，執於術流動靜四果旁門者，殊不知已離自然至道遠矣。為師所傳關、訣、印三寶，本為千古不洩，非人不傳之秘寶。乃是乃是諸法之王，普被三曹，總攝上、中、下根之心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故三寶之意，深者會其深，淺者會其淺。三乖根器對三寶真藏之領受，自然各有異同。蓋三寶真藏確為超生了死之心法和密法。其中蘊含了道統真傳、天命真傳，及心法真傳。雖然得道佛子是從身擔天命之\*領受三寶，但三寶真藏依然絲毫不減半分。得道佛子若能依三寶真藏修持，則今生修持，今生即得解脫，不墜六道輪迴。更能於龍華三會，見佛、聞法、證果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稽查古今仙佛聖賢，無有不求明師而成之者也。故欲求超生了死，修道會真者，豈有不盡心訪求明師點化，而行善立德者乎？今天運三陽開泰，真宗普降，有者不識天時，固執不通，不求明師點化，而盲修瞎煉，真諦無以參，性命無以立。如是在世福德，雖然多如恆河沙之數，因不能明心見性故，亦只能享受天界，人間福德，或三或三界神祗而已。所以六祖壇經云：「不識自本心，學法無益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寶修持這個修行法門，是最根本，最直接，最簡單的修行方法，不要小看玄關一指，這一指點是名「受記」，是名「明心」，是指點大家找到自己的真主人本來面目，點開生死竅門，所以不可輕視。得此是一大事因緣，好好自加珍惜。三寶的第一寶點在這裡，讓你明心，讓你守玄，把萬念歸於一念，再把這一念放下來，那就是你的本來的面目。玄關是個門，是下手處，開了正門往裡面走，才能找到真主人，百尺竿頭更進一步，欲窮千裡目，更上一層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生死之門在哪裡呢？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日月合德在這裡，陰陽交匯在這裡，至靈至善在這裡，你們都知道，可是你們沒有登堂入室，要登堂入室要真功實善，發脾氣就是心裡有一把火，那要用什麼克制呢？三寶。當你發脾氣的時候，先靜下心，想一想，為什麼要發怒？發洩之後有什麼好處或壞處呢？常常常常發脾氣，身體會累壞也會生病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心有四不正，哪四不正？心有所忿懥，有所好樂，有所憂患，有所恐懼，修道就是要擺脫這些外在幹擾，這些電波會干擾我們的自性。仙佛菩薩為什麼不會被幹擾？因為「守中」嘛！守著中間這一點，剛剛好調到這一點，明師指點的這一點，有沒有守住呢？心都不在了，哪能正？不正，又怎麼能守得住？所以悟道的人是智慧之心，沒有悟道的人就是煩惱之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無明，無法明心見性，「道」就在你的眼前，徒兒們卻還要向外去覓道，真是捨近求遠！如果您總是要看外在的形象，執著於外在的人事，這樣會把自己迷了，道在師傳修在已，自性唯有自渡，渡，你不修，諸佛菩薩也沒有辦法把你救上天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識不本心，學法無益，你不能明心，學了那麼多的才華，沒有多大的意義，達摩西來一字無，全憑心意用功夫，可見心法不在經典上，所以壇經說：自古佛佛唯傳本體，師師密付本心；世人終日只求福田，不求出離生死苦海，自性若迷，福何可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佛經云：「佛在靈山莫遠求，靈山只在你心頭，人人有個靈山塔，好在靈山塔下修」。從這一佛偈，就曉得每人身上也有個三寶殿，殿，向此求之，就能化解一切，甚而成就佛道了。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老師今天述之：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第一寶：靈山：即是自性地，儒稱「至善地」，道曰「玄關」，此關在心頭，即「良心的頭上」，如能經明師點化，豁然開悟，則在自在自身可以「求佛」。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寶：真經：經為通佛之徑，口念佛號，心起佛心，曰頓教，曰淨土，專注於斯，非僧之專利，俗家居士人人可念，稱為「最方便法門」，彼念過去佛，我念未來佛，彌勒當下生，念彼早來世，以開龍華會，人人成佛道。則在自身可以「求法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第三寶：心印：眾生若能與佛合一，才能成佛。此心與佛「合同」，手握不離這個：子亥（本來天真佛—孩），自然得佛心印，則在則在自身可以「求僧」。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以上即是自身三寶殿，平時多燒香，有事可求之，自然逢兇化吉。所謂「朝登三寶殿，夕下五行山」，如此朝煉道，夕修行，可以脫離三界，跳出五行，永不輪迴。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「求道」修佛者甚多，可惜不在靈山尋如來，偏向苦海塵緣覓假相，世人身上這座寶塔跟鎮坐在裡面的那位自在菩薩，已久無去修悟修悟禮拜，以致荒廢不堪，殊為可惜。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在心地上下功夫，將此心修得圓滿無缺，也不是心塔、聖塔完工明心見性之時了！詩曰：佛在靈山莫遠求，祖居玄竅悟能修，原靈九六先天性，無極同根溯本流，學道追根究本原，明師指我古玄關，當前徹悟歸家去，脫俗遠離苦惱煩，三寶乃法門，而你們不會使用，只知遇到災難時趕緊用三寶，平時就該用來修心煉性，常常念，你就與彌勒祖師，為師有感應，遇困難感應就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再不往自己內心著手，就太遲了。趕快！趕快安設無形的自心道場。趕快！趕快安設無形的自性道場。咱們就在自心道場，自性道場裡修道吧！凡事不要太忙碌，留點時間收收心，三寶常寶常常來使用，保證修道法喜又進步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恩師說：三寶心法日常用，修心煉性複本容，莫將此寶丟腦後，辜負上蒼把道弘。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南極仙翁慈訓：有事沒事常常守玄，三寶已經給你了，不要不懂得用，也不是遇到困難的時候才用，平常的時候就能跟上天心心相印相印。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三天主考慈訓：色考非常可怕，知不知道？男的女的都一樣，趕快把心收回來，抱三寶一心不亂，上上下下都一樣。平心了沒有？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三寶的好處，妙用太多了，但要運用於日常生活中，用於自身，如心不平靜時，念念五字真言；有問題時，靜不下來時，念念五字真言真言，就有妙智慧。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迷惘時要參拜，就是問問自己，反省自己，為什麼會有這樣的問題？先找出根本再解決，這樣就是妙智慧了。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老師說：有志於道者，以「守玄」功夫為修行的基石，守玄功夫非專指打坐禪定而言，而是在行、住、坐、臥中常收束身心，取念於前，意守玄關，念念不離而相續。把心收回玄關，就不會起邪念和念和妄想。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從玄關發出的念頭，都是正念，都是慈悲心，喜舍心，智慧心。輕提心念在玄關，再用玄關去聽，去看，去應對一切事物，如此便能與為師以心心相印。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若平時能夠時常「守玄」，祥和之氣自然會引發善因緣的發生。老師說：時時念頭守一，不思善，不思惡，不執著，五字真言時時默念，有空三寶用一用。為師傳給你們的三寶心法，是不是要是要用來預防盜賊？時時刻刻用三寶，放下人世間的情愛、痛苦、煩惱，債清德立，就漸漸與仙佛接近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清口還要清心，把垃圾汙穢一切貪嗔痴欲望掃除。見人不好，感謝上天讓我們有前車之鑑，見人好，感謝上天讓我們見賢思齊，把內心念頭真正的清乾淨，時時刻刻不離佛性，恩愛名利不戀，時時刻時刻刻三寶存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對以往的過錯要下定決心去改變，一心一意去改變自己，時刻用三寶趕走身上的賊人：貪嗔痴。徒兒閒暇要記住：時時靜心默守玄關，不浮不燥氣貫丹田。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如何克已呢？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第一，冷靜。這不是一次就能冷靜下來，是要慢慢，要功夫的。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第二，意守玄關。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第三，凡事都是自己的錯，所以要並用三寶。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第四，將心比心。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第五，替換定律，不急不緩，做到中庸之道。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第六，反求諸已，凡事先想一想，仔細思考是不是自己的錯？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老師說：你靜下來時當手抱合同二目守玄，這個守玄不是叫你守在這裡（點的地方），這樣會變成鬥雞眼，你們現在東西拿在這裡看裡看，眼睛的兩眸會不會集中在這裡？這個玄就是中。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把你的心思雜念妄念都放下來，放得一無所放；也是六祖所說的「本來無一物」，都無一物的那個至清至淨，玄之又玄的眾妙之門，所以原先叫你放下，二目守中，中就是玄就是道，而不是叫你守在這裡。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恩師說：真人靜坐，如何坐？二六時中時時刻刻迴光返照，二目守玄，眼睛閉八分睜二分，看住我們明師所指點的地方，不思善不思惡，就是所謂的真人靜坐。行、住、坐、臥之間都能夠守住真人之人之地，就不離本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一」是天下之正理，採日月寶華，由上降下，由下煉逆流，為純陽「一」，真陽上玄關，氣聚精血不洩，智慧漸開，此法要先煉丹才可得。「一呼玄關竊，一吸貫丹田」，以真意接引真氣，上串尾閭關引至玄在。恆心勤煉此功夫，心靜神定，拴住心猿意馬，至三寶（精氣神）會合，道之造化在於此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「一」即是玄關，將一本散於五臟六腑之靈，修皈一本，玄關自能震動，待天雷響，無縫鎖開，煉至此，便是人間逍遙自在仙。玄關本是精神合一之所，七孔八竅由此生，故玄關開，周身關竅才能運轉。轉周身要用真意，打開玄關府，身心兩空，頭上自有真氣上朝上朝，此時見靈光就不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（濟公活佛慈訓）一呼一吸，呼吸之間本是道，不是有形色在那裡坐禪道，你們進來的時候，兩目守玄，把心念收攝，收攝你們的心念，不要讓你們的心猿意馬往外放。那時候，那一刻，當下就是「道」！神仙在那裡？菩薩在那裡？天堂在那裡？在你們的心中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（南海古佛慈訓）方寸寶地應時時讓它清淨，無塵埃染著，時時回時迴光返照，照見自家主人。記取無時無刻牢拴意馬念無生。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（三官大帝慈訓）修行人將渾身四大皆認為假，唯有玄關一點是真，這一點處名「正門」。眼，耳，鼻，舌，身皆生滅之門（妄念隨之起，隨之消也）。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而唯有此玄關一點是不生不滅之門，人在世壽結束後，倘若魂魄（識神），不從此正門正竅（即率性之謂道，一生行住坐臥皆秉本性本性），就不能了脫生死，證無生法忍！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之全身唯性是真，身外皆是虛妄不實。因此時時觀想此「一真」，而不讓六賊走旁門，心不隨外境所轉，守玄之妙到達關無所關之境。則久久功純，觀而無觀，想而非想，一切隨心所欲而皆不逾矩，如常應緣不變，則六根常靜常應，常應常靜，而超脫六道輪迴，已操在自己之手矣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守玄之人，最初乃以收萬念皈一念，收一念而率性，至終則應無所住而生其心，如此一真觀法成矣。若是固執一點之上，死守不放，放，或藉此輕視其他天心所傳的引導法門，如此則又離真門玄關矣。切記！切記！守玄的真義乃是率性也。守玄的修持為現今白陽弟子最通用之門，故二六時內，無論行住坐臥，屏息諸緣，輕提心念，專注於玄關一點，久久功純，守而無守，也能離妄顯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過守玄過程之中，會有許多幻境出現，千萬不可以當真（以為神通），璧如看到天堂光景，或者見菩薩往來，或親睹自己識神出入，這些景象千萬不可放在心上，否則以此沾沾自喜，以此傲人誇人，則易走火入魔。此守玄固然是斂心息念方便之法門，然而務必要有明人或明師指點，以防【識神用事，認假為真】，切忌自行摸索摸索，弊多利少也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第二寶：口訣，五字真言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大家有煩惱壓力時，手抱合同在胸前，眼睛八分閉，二分張，舌頂上顎，意守玄關，吸氣時默念口訣第一個字，吐氣時默念口訣後四個字，想像著呼吸從玄關進出。晚上睡前反省也是這樣使用。但不但不可太久，十分鐘十五分鐘即可，否則會變成頑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用心觀想呼吸，吸氣時觀想，氣從玄關吸進，再由玄關吐出。我們道中是真人靜坐，道法自然，平心靜氣，坐的時候，身體要自然，背脊要直，兩眼自然八分閉，舌頂上顎，兩膀輕鬆下垂，自然氣貫丹田，二目守玄真人靜坐，平心靜氣，兩眼守玄關竅，這叫真人靜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觀音菩薩慈訓：無論在何處，有事辦則渡人，無事辦則修己。一個劫數的來臨，對於領導者及所有的修行人來說，都是一種大的考驗考驗．因此濟公活佛及月慧菩薩為此憂心忡忡；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多用功，要發慈憫心，平常在家雖不能行善，但也可以多念經回向，以善念消弭災劫。這雖是一個法，但最主要是你們要發出那一份『慈悲心』，讓人間的修行人，把這一份的慈心傳達到無極宮，報之老母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諸多人心惶恐，因此你們在講道的時候，要多提光明面，若有『求道』者的心性不能安寧，就叫他默念五字真言；沒有聞道的人的人，叫他念念佛號，仰仗諸佛菩薩的悲願，再加上自我身心的主人不亂，才能有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濟公活佛慈訓：五字真言默念於心，用天心(玄關)去念，這種修持，可以讓我們帶到天涯海角，任何場所，任何時間，行住坐臥，都可都可以默念。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散步時、空閒時、工作時、睡覺時都可以默念，這是收束心念最簡單，最方便的方法。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切煩惱、妄想都是劫難，默念五字真言，不是外求淨土，而是內生淨土，用自性道場，獻自性心香，誦無字真經：守玄。人自有生以來就是妄念用事，所以你們要調伏你們的妄念，就要先調伏你們的心，佛家之靜坐方法。也是禪定的功用。『禪定心』你們好好的好的去參悟，懂否?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到末後了，沒把握往後怎能修辦?從此刻開始，心性一定要提升!一切的人我、對待，不要存在!如果在人事上打轉，那你還修什麼?辦什麼?光看的都是別人的不對，所以說修道、辦道，要與人結善緣，而不是結冤；心裡起憎恨心，就與人結了惡緣!所以每個人都要提升，是沒有人可以代替你的：第二寶(五字真言)在緊急的時候念一念，沒事的時候也要念，最重要的是：要去『實踐』!念念如仙佛，魔就對你沒有辦法!念念都是佛心，就沒有私我，沒有私，就不會貪，還會執著什麼?憎恨什麼?要腳踏實地去實踐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月慧菩薩慈訓：調身一指調身體，使生理能獲得{致中和}的狀態，通常選擇子午卯酉等休息時間，在靜處光線空氣均通之地，自然安然安泰端坐，自可把散亂的塵念，收回皈來，此為調身之大概。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調心一把心猿意馬牢牢看住，不讓它再到處亂跑。方法很多，如：念佛號，持咒，觀想等皆可，時久就安靜下來，續之，智慧與定力，就在調心的過程中培養滋長。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調息一在色空合一之理下，心理與生理是互相依持影響的，此乃調息之所必要之點。一般人氣息急促而粗，如此心身亦處在一種動蕩動蕩不安的狀態之下。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若能藉調息，慢慢使氣息精微細長，就會使心身達到『致中和』之目標，自然精神爽朗，心情平靜安定，疲勞恢復身體健康。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(三官大帝慈訓：)末後收圓佛一彌勒佛之特德，可以從他姓名而知。彌勒乃梵語，譯成中國語就是【慈】，彌勒佛最初發心就是從慈從慈心出發。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慈悲在一般人的觀念裡，似乎相同。其實，悲是悲憫心，著重在救拔他人之苦痛。慈是與樂心，眾生沒有快樂與幸福，要設法給於他，當然佛心是俱足慈與悲的，這也是修道需要多行功德，三施勤培之因。而彌勒佛之特德，乃側重在修習慈心!經云：彌勒菩薩最初發心時，即不殺生，不食眾生肉，從此以來，都以【慈】為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我們知道釋迦牟尼佛，發願在五濁惡世裡成佛，拔濟苦痛的眾生，生，此乃象徵世尊之悲心殷重。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彌勒菩薩當來下生的世界是淨土(世界大同)，他發願在淨土成佛，人人得享快樂幸福。這象徵看彌勒佛之慈心宏博。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當今白陽弟子持念真經就要與彌勒菩薩一樣的發心，隨時隨地，儘自己的力量去幫助別人，使他人能得安樂，得幸福，所以素食、不殺不殺生，為白陽法門所重視。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因為那是增長慈心的方法，因而白陽弟子信仰彌勒，因持念彼法號，又修習慈心法門，當然會與彌勒佛之慈心相應，而不難上生兜率天(天佛院)了。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故人們修道，要時常持真經，觀想彌勒祖師那皆大歡喜之慈容，救世度人，行善布施，多為他人著想，多幫助他人，無心無為，．使慈心慈心時時溫暖別人而不執著功德。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如此理所當然必與彌勒祖師結上甚深見佛、聞法、證果、了脫生死之一大事因緣也!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再說一般白陽弟子都把持念【真經】用來逢兇化吉，脫劫避難。因此很多白陽弟子往往認為只有在發生人力無法解決之危困時，才能守能守玄，抱合同，念真經，以求逢兇化吉，脫劫避難。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而不知【劫難】不僅僅是指肉身受禍、受苦、受傷而已，其實真正的劫難乃是累世的輪迴生死，而輪迴生死，更是因於妄念牽引，故妄念不息，輪迴生死永無休止。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因此如何降伏妄念，常萌覺念，實在是修子之生死關鍵!當真今白陽明師所傳的經，乃是降魔伏邪的大光明咒，脫離一切苦厄的大清淨清淨咒。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修子若能明白其中體用妙意，在妄念不能降伏澎湃心海的時候，只要誠誠懇懇地持此真經默念數遍，而妄念頓時就無影無蹤。猶如太陽之光明一照，自然雲消霧散一樣。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修子著能常常持此咒，不但與彌勒佛結了赴龍華會之聖緣，久久功純，持而無持，妄念一絲不起，則輪迴即止，生死即了。而輪迴止，生死了，方是真正之脫劫避難，躲災避劫。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第三寶：合同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恩師說：這個肉體如果沒有水可以洗，是很髒的，所以我們天天為眾生祈福，早晚獻香叩完一百叩首，要不要加叩是看你們，可是希望你們都能夠加叩一千叩首，好不好?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你每天一千叩首的回向，眾生好安慰啊!你的冤欠不敢來找你啊!你天天為人家祈福，天天為人家擦腳、換尿布，他還恨你嗎?你對人家好，人家就對你好，那我們快樂嗎?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磕頭一心要誠，要迴光返照，筋脈拉直，頭部放鬆、手和頭一起動。力量由腳來支撐。『叩首』而非『叩手』。磕頭的動作，有發有收，頭尾動作真修，這是真修的精神。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叩首要誠心。叩首的目的在於養成恭敬謙和的心，而且叩首的姿勢正確，可打通經脈，有益身體健康。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磕頭燒香，要的是一顆真心，所以磕頭要至誠，不要隨便，要一叩一叩慢慢的磕，不要像趕火車般快。叩首，跪拜，拜什麼?拜你的自性!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要學習著平緩自己的感覺，不要以為自己看到的就對，聽見的就對，事實上六賊看到的、聽到的，未必是真理，所以你們一定要借著聖賢仙佛的典範行誼，來端正自己的言行舉止，借著叩頭時時迴光返照，才能夠對明心見性有所幫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觀音菩薩慈訓：合同代表一陰一陽融合在一起，正負陰陽磁場能相通，如果抱合同，平日叩首禮拜．依於自性正門實修實煉，能接收宇宙至清能源，浩然正氣循環周身。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叩拜皇母當中，全身會引發核子分裂反應，釋放出能量，全身熱呼呼，身障慢性疾病或傳染感冒，加上佛光照耀，叩拜時暖流流注全身，通暢血液，再加上行功立德，抵償因果，雙管齊下，可一一消解各種病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叩首禮拜時，可引發全身的核子反應，核子反應器，即在你的玄關處，所以叩首時：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一、意念清靜，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二、心神集中，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三、散發菩提心，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四、無人我對待分別，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五、掃除妄想，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六、刪除不潔念頭。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久久功成，配合行功立德，必定身心健全，久依玄關核子反應器修持．可煉得光能顯現。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在叩首當中，守住玄關一竅，認本皈宗，萬法皈一，心無旁騖，斷除七情六慾，一切皈於中道。抱起合同，做十方圓滿，無有對待分別，如此陰陽磁場，皆無法束縛於你。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莫以為抱合同叩拜是一種形式，原因是你不明白白陽三寶的真實妙義，以及用來修煉，以致『求道』如牛毛，了道如牛角。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登堂入室『求道』的修士，要了解如何運用三寶來修身養性，提高境界，行功立德，切記三寶的效用是很大的，然後必須自助而後他助，自助才能得天助。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三寶是用來修煉的，能修至內外功德圓滿，定可躲災避劫，消冤解孽，所以在接引各教信徒時，要會講說三寶的真實妙義。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日常生活當中，能將道注入其間，運用三寶來保身、保命，躲災避劫，提高境界，感化眾生。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無極在玄關竅，太極在丹田，無極生太極。因為玄關失一，落入太極丹田，參禪打坐者，即修煉精氣神，多半不離煉太極的陰陽二氣。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但真正煉處乃是方寸寶地。此地為精氣神會聚的那一點、集中點，最終究竟不離修持自性玄關，修煉合乎至道，真理。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(報事靈童慈訓：)修道的首要功課是叩頭，早晚叩頭，早晚獻香就是點燃心香，叩你們的自性佛，『人一叩』就是『命』，願懺文就是懺悔，一百叩首是要感五恩，天地君親師，感謝老母慈悲降道之恩，感謝引保師引渡之恩。感謝前賢們成全之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叩頭姿勢不標準，次數不足，記一過：叩首時電話來時或有人按門鈴，隨即起身，記一過。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濟公活佛慈訓：你們知道老師我的法寶，可知道你們自己的法寶是什麼嗎?要獻寶，寶在自身，所以道不遠人，每天叩首是基本功課，叩首就是在反省這十條大願，這一叩一叩就像天理良心在警醒你。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嶽飛嶽法律主慈訓：為什麼要叩頭?叩掉你們的罪過，頭低一點，叩頭要誠心的去叩，誠心感上天，老老實實的叩，叩出你們的良心。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：老師也知道你們業障較重，有時候你們不想這麼做，可是偏偏業障來牽纏，令你們難以體悟，你們要誠心地叩首，為什麼要定獻香禮?難道仙佛貪你們的叩拜嗎?(不是)為師用意不在此，叩拜是要讓你們找回自性，每天的獻香是要你們懺悔，你不要小看叩頭．有什麼事要求的話，叩頭最靈了，所以你們更應該勤勞的叩頭，這樣你們的冤債就能慢慢還了，你們的自性的力量是很大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當你遇到不順的時候，就誠心叩求老母慈悲，才會有突破阻礙的奇蹟出現．我們不必從大處想，我們從細微處做德性，見到人家有點苦難，見到人家有點愚痴，我們叩頭。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恩師說：開道場有什麼好處?每天叩首禮佛，能夠常常迴光返照，低心下氣，又可以消罪業，想想自己生生世世造了那麼多的罪業，欠了人家那麼多，現在要行功立德了，當然要請仙佛慈悲保佑一下，再用懺悔的心讓冤家債主慢一點來討，另一方面，在家裡有佛規禮節的約束，家人之間會更幸福關滿，夫妻相敬如賓，孩子也是用道來教導，而且天天在家就可以看到道場，就會想到自己應該好好地圓滿一切，這就是開道場的好處，另外一個好處是，每天叩首拜佛，也要向自己祖先一叩首，這叫功德回向祖先，這也是開道場的殊勝，家庭設道場對自己好，對九玄七祖也好，甚至對周遭的人都能夠潛移默化，所以開設道場是大功德一件，是一輩子的事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鍾離權大仙慈訓：把佛規禮節當作新的，不斷一次再一次的演練，每一次演練就有每一次的心境和體悟，有沒有磕頭磕到心花朵朵開?有沒有為眾生磕頭?還是在佛前求名，求壽，求福氣?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用你的天心來做事，不要用人心想，上天要給你加靈加智慧，是在你最無為，最無心的時候給你加的。就怕你們心不聽話，任耳目來導引心，你們要懂得抓住念頭。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三官大帝慈動：子亥相叉本含陰陽合一之象，亦是一個【孩】字，故手抱合同好比手抱一嬰孩。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赤子之心即是天真無邪之自性佛，亦即平常心也。赤子之心非識、非知、非欲、無憎愛、無分別、不造作、不執著、天真純潔、餓來吃飯、困來睡覺、於事無心、無心於事。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切順乎天然的流露，修子若能契入此含意，赤子之心合，與赤子之心同，時時懷抱著一顆赤子之心，二六時中，隨緣而化，興慈布道，眾善奉行，諸惡莫作。何患道果不能成熟?故吾深盼白陽弟子能深解天然如來甚深法義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續說修子每日抱合同叩首禮佛，若能心持赤誠，天真顯露，五百叩、一千叩、或二千叩、三千叩之時，皆能萬緣放下，雜念不興，全神貫注於叩首。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如此工夫若能始終不斷，不但燒香叩首之時，能心無念，即是日常生活之中，心亦能清淨無妄，久久功純，叩而無叩，常清常靜，不再受妄念牽纏，則亦自然不被生死輪迴所苦。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所遺憾的是，現今白陽弟子少人深入此寶心法，或把焚香禮視為形式．不知藉此時找自身真佛，實是可惜也。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最後一點，三寶真傳雖是應運而降的無上密寶，但白陽弟子應切記．是法平等．無有高下。只是法無高下、悟有頓漸，此乃隨個人之機緣與慧根，修行人或以藉指見月，或以頓悟，或以觀想，或以守玄，或以慈心，或以赤子，或以持咒，或以禮佛叩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只要皈依修持不怠，精進堅恆，終生不渝，立願了願，持平等心，度人度己，最後必皆能在龍華會上見佛、聞法。受彌勒佛授記，印可而證果!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