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第九集《法語珠璣恩師叮嚀》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法語珠璣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萬物盈滿堂，逍遙任霞遐。知本其意義，德佑照天下。退一步海闊天空，讓三分何等清閒。忍幾句無憂自在，耐一時快樂神仙。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莊嚴妙語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苦的根源就是對世間貪慾不舍，若無為自然就會得到身與心的自在。欲多則煩惱多，欲多則求多，當求多而不可得的時候，則埋怨就衍生出來了，而埋怨衍生時苦惱也跟著就來。修道當樂道安貧，知足常樂，以追求智慧為要務。無論身處何地，身在何時，不染世俗名耀，不被世間五欲所打敗，自然生活活得平穩了。個人的愛愁與執與執著產生無明，是生死輪轉不止的主因，凡事隨心不要攀緣，否則產生執著，則心智無法啟發，不能成大器。須知愛河千尺浪，苦海萬重波。人一旦產生執著就無法自在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恩師叮嚀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徒兒們可知如何安撫這顆不安定的心？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一：以慚愧不足的心來策勵自己。時時覺得自己不足，自己對道場、對前賢、對後進是否盡心？以慚愧不足的心來勉勵自己，來加鞭加鞭策勵自己。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二：以淡泊少欲的心來止自己的貪心。貪心人人皆有之，聖賢菩薩為救世救人，所以須戒貪，以淡泊為要。淡字是水在先，以水來滅火；泊字是水與白，水本來清，再加白更清。如清水與濁水相混，定成濁水。故要清靜是清者上升濁者下降，消除一切無明火，才能淡泊，即能少欲。欲字是人人相欠，人人相爭，使慾念產生，能淡泊使人不會互相欠人。我們若不願意種下一些因，種下一些果的話，就要先把欲掃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三：以嚴持戒律之心遠其諸惡。儼如做客到一陌生地方，對自己總是嚴律以求，使自己有氣質有禮貌，而修道人當將此嚴律持之以恆。戒者是防心、身之過，以戒謹慎自己。《中庸》上云：「君子慎其獨也。」在道場應守規矩，守做人應守的道理，方能遠其諸惡。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四：以鎮靜頭腦養義禮智。為師希望你們常以鎮、以靜之心，鎮而不可燥，靜是安而不動，鎮靜使頭腦清楚，養我們的理智，不要一時的糊塗。尤其對於情網是惟不可陷的。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五：以說辭文字解決疑難。雖然真經不在紙上，言道即非。然不藉著文字著手，也無法了解，無法解決疑難。故研究經典道義，體貼上天之心解決問題，勿以人情，應以公心為要。多方面的充實自己自己，使人能斷疑生信，方為一清淨之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六：以廣大智慧出其迷津。何謂迷？迷就是自性十字架被酒色財氣拖著走，把此性拉走。人心是好變的，要緊鎖心猿，扣牢意馬。所以人心好靜而欲牽之。牢即是關，扣即是扣押，能降服此心，拿出智慧分辨出迷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七：以勇猛精進，修其大道。知而不行，道非我有。所謂「一念不生，無物可掃，心定何用禪功？」修道在於個人，雖說有好環境的推動，也不能像溫室的花朵，像永遠長不大的籠中鳥，外人的支持只不過是起步，你們現在已在開辦領悟的境界中，所以須勇猛精進，透徹一切，以至誠精明皎潔的心應事，又何須掃除？故心既定，何用悟禪？「定以制妄，理以制欲。」定即是守，這守是一個蓋字，將這點方寸寶地把它壓制，在不可能中求可能，所以極為不易，須盡平生之力，以豪情萬丈無比的壯志慈悲之心，為世界、為原佛子而犧牲，就像蠟燭、佛燈一般。老師將永遠為你們加油，加你們持力之油，但願你們有始終真修的心。妄字即亡、女，女子有妄必亡，以聰明般若之志除卻一切不需要的慾念，妄想雖人皆有之，修其修其大道則須制其妄。如若知而不行，那道非我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八、以輕財好施之心破其吝嗇。能不能淡其財？為師看你們都不是守財奴，破其吝嗇唯有輕財，看淡一切財物終非我有，皆身外之物。世間萬般皆下品，唯有修道最高超。不只要輕財，還要好施，有困難，大家需共同解決，以惻隱之心，慈愛的手拉人一把。此去的道路是坎坷又遙遠的，不管如何，誰也不能自暴自棄，大家要萬眾一心，攜手同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九、以仁慈之心破除人我相。應以什麼心破除人我相？大公無私之心。永恆之心如太陽恆照大地般，大家要忠於老天，向老天保障。何謂仁？何謂慈？仁者仁愛，慈者慈悲。孟子說：「惻隱之心，人皆有之。」孔夫子講仁，孟子講義，「生，亦我所欲也，義，亦我所欲也，兩者不可兼，捨生而取義也。」然愛此身而患此身，此身身為坤道，然沾了師母之德，若能以仁為己任，以天下為己任，亦能佔鰲頭。梁啓超說：「天下進步靡有止期，吾之志願亦靡有止期。」平時充實修養鍛鍊正己，才能夠以德化他人。慈悲，即有悲天憫天憫人之心，為師相信你們都有仁慈心，但還不夠，還需要加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十、以直心、忠告之心勉求進取。人心善變，人非聖賢，孰能無過，現在都不錯，將來不敢保證。故在一起要互相勉勵，當一天和尚去撞一天鐘，對於道場，對於後進，應盡心。同輩有錯，應以心平氣和、坦率誠懇之心來忠告，不要不管他們，否則不夠朋友。何況你們不只是朋友，更要坦誠忠告，勉勵進取。以上為修行之境界，體悟要切切實實做到。如只求外在，不求內在，那只有望天興嘆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道寄韻律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白雲悠悠照四周，星月交輝如鉤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如煙往事恍如夢，回憶夢境何須求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人隔千裡路遙遙，幾番書信下東洲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請明月代問候，思念的老翁惦心頭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多少感觸含悲愴，多少離愁惆悵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獨望天邊光不亮，伴我天明淚汪汪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人天遙隔萬裡路，音訊無蹤又渺茫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請明月代傳信，傳俺的衷語給原皇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人天遙隔萬裡路，音訊無蹤又渺茫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請明月代傳信，傳俺的衷語給原皇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