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第十一集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1、本來面目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拾起一顆被遺忘的佛性，糾正迷惘的心靈，珍惜著老母給的緣，珍惜上帝賜予的真，克念轉情作聖，法乳融化芸芸眾生。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們以前剛從理天下來的時候，身上是乾乾淨淨，一點雜質也沒有，沒有煩惱，沒有苦痛，可是來到人間以後，卻有這麼多東西在我們身上，所以我們要把它扒下來擦乾淨，把髒東西洗掉才能恢復我們本來的面目。什麼是髒東西呢？仇恨、嗔心、虛榮、名利、酒色財氣、七情六慾、十惡八邪，說有多少就有多少。不過不管灰塵有多少，只要用清水一衝掉就能幹淨了，就如我們看黑夜好暗，伸手不見五指，可是一旦太陽出來就什麼都看見了。為師要你們自己去想自己的髒東西，然後自己去丟掉，每一個人都一樣，要自己擦，自己洗，別人又不知道你的髒東西在哪，怎麼幫你洗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怎麼幫你擦呢？師傅引進徒兒來到佛門，而修道成道則要靠徒兒自己。既然告訴你有本來面目，就要靠你自己去發心，自己去發現，去成就自己。要怎麼恢復覺性的圓明呢？你們這顆佛性，當年在天庭是亮晶晶的，三界十方無處不放光明，而現在淪落在紅塵世上，活在人的身上，為什麼就不光明了呢？因為讓氣拘物蔽所致，這個光明本來有，而一淪落下來，就讓種種的一切以及後天的習性，把這顆光明的佛性遮住了，所以使你有而不知其有，使你不能把這一份光明流露出去，不能夠圓融三界十方，所以一個人的成功與失敗就差別在這裡，為什麼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假如你那顆佛性是光明的話，你這個人就極容易活在人們的心目中，假如你不能活躍在人們的心目中，甚至讓人們看到就敬而遠之，那就是因為你的佛性不夠光明，總是戴著眾生的面目，而使人感到畏懼的緣故。為什麼同樣都有佛性，有的人成功，有的人失敗，有人成聖成佛，也有人當眾生，甚至最後淪落為魔鬼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人說這是因為根器不同，其實不管他根器如何，現在是三曹普渡的時候，不在乎這一切，反正有人就有佛性，只是光明與不光明之差而已，光明是因為他佛性不滅，若不是佛性不滅，便是有先覺者點化，那他就有而知其有，然後趕快力求自己，把那些髒東西、牽纏、習氣都去掉，所以他能夠不斷地克己復禮，使之光明煥發。還有一種是佛性迷昧、昏暗，又不肯接受人家的勸解、指點，固執己見，永遠一直迷下去，有脾氣毛病不願意改，越沾染越厚、越暗淡，越使人感到可怕、畏懼。這兩者之間就是修與不修的功夫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2、心念造因果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三寸造罪罪非淺，因果報應在眼前，適時適量戒律守，心猿意馬惹憂愁，天運浩瀚降普渡，佛祖入世走江湖，不管眾生多糊塗，修道才會煩惱無。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人一動念，不管是善念或惡念，都會受到上天的感應，我們的因果就從動念而來，所以要謹慎我們的念頭，要知道，心可作天堂，心可下地獄，心可成佛祖，心也可成魔頭。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靜下來時，心裡不要胡思亂想，思多會傷神。當你有很多的念頭，很多的思想，很多不平的想法，而使您的靈無法平靜，這都是業力在牽纏。為什麼別人都靜得下來，我就靜不來，這就是自己的業力、業識呈現的緣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我們每個人都有理想、智慧，然而欲望卻常引六賊攻心啊！你有所兩心，就有所妄心，有妄心就有欲心，有欲心就會產生無數無窮的心。道理不明白，你在人間就永遠都在操心，人間有操不完的事啊！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人的心念可重要啦！一個人如果常處於焦慮不安，他做事就不能平順，懂嗎？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人的念頭可以影響他一生的成與敗，通常一個人從小受什麼環境影響，就會有什麼念頭，而不好的念頭會成為他長大之後的陰影，好的念頭則會成為他長大之後成功的地方。我們心中若有任何陰影要趕快掃除，因為這些陰影會擾亂自己的心，所以人心很難琢磨。有的人人家罵他、辱他、不尊重他，他可以一笑置之，有的人根本沒罵他，也沒有不重視他，只是好象稍微沒有對他那麼親切，他就懷疑，常常多心，多了疑心，就不相信別人，把任何人都抹煞了，不論別人做得怎麼好，都無法彌補，這樣的人就是自尋煩惱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不要跟別人結怨，不要看不順眼就謾罵，你們應該學學仙佛的慈悲心，慢慢的用真心去感動別人，每個人的心念都會打動別人，但看你用好的心念或用壞的心念。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，我們在三省吾身之後，就要把該放下的都放下，任何的執著就沒有了，自己的心念很重要，你們說說戒是什麼意思？很多為別人所不知的，才是你要一直去導正的，暗室而不欺，你們常常在別人沒有注意的時候，就讓自己的心為所欲為，這是不對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徒兒，要知道常存正念，就能夠有毅力克服任何困難，說起來，修道簡單也一念之間，不簡單也是你們一念之間啊！如果你今天真心踏實地來修，你為了自己的自性佛蒙蔽了而要清楚，你就能夠做得圓圓滿滿的。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3、做個稱職的傳道人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沒好壞，全被人演壞了。辦道的人人事不能圓滿，還辦什麼道！其實，道不是講了那麼多的道理就是道了，道是在哪裡？是在日常生活當中，你要做的處處有道，要以身示道。為什麼有的人以為辦道就是修道，我有去道場，我有參加辦事人員就好了，這是修道嗎？這是辦道，是行功了願。修道不是辦事情，修道是對自己，辦道是對眾生，內聖而後外王，當然兩者也可以合在一起，同時並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是修自己，不是修給別人看的，若今天只是修給別人看，那修道有何意義呢？若今天修道只是為了當講師，為了人情，如此就枉費修道了。有的人只知道充實，為的是上臺演講，這都不是修道的目的，一個人說道理說的好，卻未必修得好。並不是別人看到你們這樣辦事，就是真的在辦事，很多人在辦事，都是默默地，才是真正在實踐哪！看人不要只看表面，要看內在的功夫喲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面諫言謂之忠言，背後評論謂之是非，不管對於前賢，不管對誰，我們隨時要做一個盡忠言的一個人，做一個忠心的人，不要做一個是非人。佛做不成，而做一個是非人，不但自己忙，也叫大家一起忙，忙得一團糟，這樣不是罪過嗎？你們如果碰到說是非的人，要用理智分析讓他停止，一件是非可以因你而化解，而不是因你而鬧得更大，這個角色很重要，只是看你願不願，若能做得到，那才是真正的功德無量，比你登臺講道還有功德。我們的口不要傳別人的不是處，我們要揚人之善。徒兒既然是清口的人，不僅吃進去的要清，從嘴裡吐出來的話也要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如果因為你們一時意氣用事，而使新道親跌倒了，該怎麼辦呢？每個人都知道如何做才能圓滿，卻做不出來，為什麼？因為一時氣不過，一時堅持己意，以致有了這種事，你們道理知的很多，做的卻很少啊！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雖然是一個小小的道場，如果大家都有道氣，這個地方就會好，如果大家都沒有道氣，大家都不喜歡來，那有道場與沒有道場都是一樣的。道氣是什麼？是大家，一、互相尊重，二、互相研究，三、互求進步，四、互相關懷，五、將心比心，六、奉獻慈悲，七、各盡其職，這就夠了。人氣是什麼？不是說今天人多就有道氣，這是人氣，會流汗、會發臭，人氣者，那是很多人事物的混雜不清，很多是非集成的牽纏不斷哪！在道場裡，不要人氣逼過仙氣，使得仙氣不敢來，人氣臭薰薰，如果大家有道氣，配仙氣，這不是媲美天堂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大家都是道場大家庭中的一分子，要互相幫助，修道或人生旅途中總有起伏點，如果人生都平平的，象音樂只有1、2、3，好不好聽呢？講課也是一樣，不要調子平平，不然人家會釣魚打瞌睡的，要多訓練技巧，不要灰心，也不要常說明師沒有給你機會，如果你是一個人才，跑也跑不掉，上天一定會發掘的，天生我材必有用，抄板書、謄訓文，這也是講師的工作，辦事人員也可以做，大家不分彼此，不分工作貴賤，這些你們做到了嗎？想想六祖不也是在廚房工作的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講師要講根本，要告訴人家怎麼走，怎麼做，光告訴人家以後做佛有什麼用，一步想登天啊！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身為壇主的徒兒啊，你們不要過于堅持我見，要接受後學們的諫言，咱們辦的是天上的大事，而不是人情道場之事，一個壇主要以道為中心，懂嗎？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一個團體一份力量，例如十個人拉一條線，若其中一個人往另一個方向倒著拉，會怎麼樣呢？如果你是十個當中的一個，你是不是能找到正確的方向，發出其力量呢？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道場與道場之間，要互相往來、交流，這樣你才能夠吸收往來的，但是也不要犯了佛規禮節，所以這拿捏的準不準，就看你們平常的辦事能力了。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管什麼事情，不要說我不會，也不要說他很行，都讓他去做，這樣道場可以辦得好嗎？有人笑說，老師常收到空頭支票，而且收的很高興，當發生事情時，就開始叩求仙佛慈悲，要發大願，好好修道辦道，絕對不辜負您老人家。這單子很好，結果事情一過，從生死邊緣過來，慢慢的就淡忘掉了，如果要等到仙佛再點化成全，有時連命都沒有了，要等到仙佛點化顯化，那可能已不是什麼好事了，到了癌症末期，叩求仙佛慈悲，躲得過就躲過，躲不過就人命嗚呼哀哉，那時要修要辦就來不及了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三曹大事人間辦，人辦天助，人若不辦，天怎麼助呢？人才多就濫，叫做濫竽充數，人才能做，一個也不嫌少，人才多嗎，事情卻不一定安排得當。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場已行至末秋，現在都還沒有到外來的考驗，你們卻已經自己考自己了，那以後外來的怎麼能夠防禦呢？是不是？有沒有想過，有道是「人必自侮而後人侮之」，一定是自己先侮辱自己了，人家才會侮辱你啊！是不是？因為你不尊重你自己的人格，空負萬物之靈的尊稱，有沒有想過，如果你們對內不能團結，外考來了能不能擔當啊！一考就整盤散掉了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記住，每個人都有天性，只要慢慢地發覺，自性發光之後，去成全別人，就會慢慢地比較平安、比較平靜，修道久了，第一、不能愈修愈油條，越炸越硬，會崩斷別人的牙齒，第二、不能愈走愈上，產生驕傲心態，會使你愈來愈退步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4、上帝在我裡面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非頑空無一物實存妙懷，包乾坤運萬命不沾塵埃，原如是回首見自觀自在。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個道嗎，出口即非，出口就不是了。你們都說修道，其實道本來就有，只是你讓他雜草叢生，所以要修剪才能幹淨。真正的道理是不用言語的，以前聖聖相傳，是以心印心，無法講述，有講述就已經是傳錯了。要知道，不死的真人在自身，要好好去發覺，自古聖賢仙佛傳下來的經典訓文，都是離不開自性，離不開真人的，經典文字不離自性，莫要以字解字。心能夠圓通，就能夠與天地相通，就不會受到文字的障礙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佛在你心中，要自己辨別，不要隨便到寺廟裡去請神，如果請到主權在魔的神，那麼迎神容易，送神就難了。有的先天道場，如果那裡的主人沒有道氣的話，那邪魔也會進來，不要以為先天道場仙佛都在這裡，其實你要看這裡的人的道氣，不要以為到道場就能保平安了，其實好的環境也有壞的存在，好壞就看大家凝聚起來的氣了。為師傳你真玄關，是告訴你佛在哪裡，佛要自己進去裡面找，光是在外面徘徊，找不到自己，越走越徬惶，這理路可深得很。你們講師修道這麼久，也不見得了解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道是肉體需要物質的食糧，而我們的靈性也需要有真理的食糧，當你們肉體有毛病時，就要去找醫生，不要找仙佛，醫生醫你的凡胎肉體，並不是醫你的靈性，而我們的靈性如果生病，就要找你的真主人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我們的真人本來是自己可以做主的，而今卻又不能，為什麼呢？因為欲望牽動著你，你的心不一定是真喲，被欲望牽動，真人不能做主，道心就減低了。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知道真人靜坐是什麼意義嗎？寫個「坐」字，兩人守一土，哪兩人呢？就是真人看假人，守著中央戊己土，允執厥中。心神若雜亂，便會鑽牛角尖，若能夠保持心中平靜，自然參研每件事情，都有其禪機妙理，這並不同於一般的參禪打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現在好多魔魔怪怪，正要趁虛而入啊！趁著你的真主人不在家時，六賊就從六根侵入，知道嗎？所以，修道要戒慎恐懼！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，你們要將真人與假人分辨清楚，不要為了這個假人而甘願留於塵世，一切都是假，全都會毀滅，只有靈性才是真，真人需正，方能安然返天，不要再糊塗下去了，六萬年來，該清醒了，一失足成千古恨，大劫來到，為師想救也救不了。不要只看眼前平平安安，人要放遠看，多少眾生還在受苦受難，等待援救，近視久了，永遠在凡塵，受他生老病死之苦，視野要放遠啊！看看未來該往何處。把人心都去掉，流露出天心來，才能夠和老師團圓吶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5、認清理路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道本無形象，萬般理總牽強，世如夢一場，人逐夢，流浪。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你們對於真實的不了解，對於虛假的更不了解，所以真真假假，是是非非，難分難辨啊！有的人在真假分辨不出來的時候，乾脆真假放下，跳出來之後，反而得到你需要的答案，是不是？今天你執著在真假中，你就分兩極，你在分兩極的時候，想要找到真正的答案，一定找不到，因為你已執著在其中，真假分不出來的時候，你放下，其實你就合中了。每一個人的性與天可以相合，相合以後就可以感應感受，但是修道完全看感應也不行，所以也不能執著在這些，執著在這些，就會被這些執著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每一個人的後面都有一股助力，那就是你自己的本性和心念，由於你以前所立的願，而推動著你走，但如果你自己心念不正，就有一股力量拉你越走越後退，越走越不能進步。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，不要太執著，以假為真，真假混淆，難分難捨，一切都是心的作用，所以你要找到根本，引外面的經來解你的心經，還要了解如何去念你們自己的心經，一切法、一切相，只是為安自己的心性所設，並非讓你覺得這就是根本之法，什麼是真，什麼是假，如此即可分明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的時候跟以前略有不同了，你心念想走情嗎，為師就助你走情，你想走理嗎，為師就助你們想走的心念，全靠你們自己去走，走了之後，最後就有差別了，所以現在好的非常好，壞的非常壞，好壞日益懸殊，所以現在修道人也難了，因為在真、假當中，在這情、理之間，修人情道也是要有理，然而真正深入就不落人情了，想要未來如何，就要小心你所選的路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，天地間一切現象的真假，都在自己的心中，真佛說的話，能夠深入人心，但是假佛說話，亦能深入人心，他講的話是不是中，是不是偏，我們要去判斷，因為每個人的需求不同，所以吸取的也就不一樣，今天修道要修你們的心，而修心就必須能與天地一樣公正，那你評論的標準就不會差太遠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各教各派皆有很多修道的人，他們是先修後得，你們是先得後修，其實全都一樣。你們現在有分別心，排斥那麼多的人，這是仙佛的心嗎？以後你們會不會比他們更差，還不一定呢！勿以為今天求了道就了不起，對待別人都瞧不起，看別的宗教、派別，都覺得不怎麼樣，你們自己就很好嗎？這個好不是自己出口誇讚的，是要由別人說出口才算是珍貴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什麼以前的人只要修行，就能夠飛天遁地呢？這個叫做術、奇門遁甲，為什麼現在不顯現給你們看？因為你們現在必須注重實修，而不是外在的神通法術。徒兒，你們說修道的最後極限是什麼呢？修道的極限就是佛，你們有沒有辦法打破你自己的極限呢？極限要破，你才能成仙做佛，你這個極限、瓶頸不破，你就永遠還在人情世中混。當你的罪、過、錯一大堆時，你的心是不清靜的，若想清靜就要先除欲望，欲望掃除了，你自然能了解到某一個層次，自然很靈通，也就是你的自性能跟所有的眾生相通，跟所有的仙佛相同，為什麼仙佛能跟眾生相通呢？因為仙佛不拘束於形象，而且超越形象，而你們一看到形象就不能超越了，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性是天賦的，發揮你的天心，就是率性，你們常問仙佛一些事情，常問一些解不開的愁，更有人流行擲杯，自己心中的佛都迷失了，擲杯也不一定會找到真佛，所以現在人越修越離譜，現代的修道人都有點走樣，現代的修道人口說修道，心卻沒有在修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只要有肉體，誰能無病痛，這些就是做人的苦，而今如果修道辦道了，這些苦還是要受，但是你會受的自在些，因為你了解為何要受苦，就不會怨天尤人了。今天設了道場了，不一定就算是修道啊，有的人心念不正，請來的仙佛也不是真的，就算是壇主，自己心念不正，你這房子仙佛還敢進來嗎？所以，物以類聚，你如果心想害人，邪神就會跟隨你，反之，你若想助人向善，仙佛也全都會幫助你，心念好不好，上天堂下地獄全看你自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當你們過得不好，就希望仙佛讓你過得好，生病時就希望仙佛讓你舒服，這樣又有什麼用？你救人助人都不希望回報，你為仙佛做事，為何又要要求仙佛讓你吃得好，過得好呢？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人啊，注重「以誠來去，以誠表天」，注重的是「無求的心」，什麼叫做無求呢？我雖然表面沒有要求，可是也得一顆心無要求，那才勝於外表的沒有要求，而能夠無怨無尤，那也叫做無求，懂嗎？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並不是要你們完全把假的丟掉，你說父母是假，你就不孝順，對嗎？你說錢財是假，你就不工作，對嗎？你的本份盡了，才能成就真的，做人本份盡了，才能成就神，有真才會看到假，當你悟透時，心中便無真假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執著有真有假，不知緣由就執著是假執著，知道緣由還執著是真執著。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平常就要讓自己行得深，行得充實，心裡的煩惱才會慢慢地解除，你們也要時常地反省懺悔，把自己的罪惡消了一些以後，你們的智慧就會開通了，要時常去懺悔，時常去感恩，時常地付出之後，你才會發覺你的智慧源源不斷，除了去謝罪、除了去感恩以外，沒有別的路好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真正得到道的玄妙的時候，這顆心是一片平穩、一片安祥，沒有任何不安與惶恐，那才是得到了玄妙，得到你自己本來自性的面目。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