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第十二集《歷史舞臺弄英雄如何修身培德》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1、歷史舞臺弄英雄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風流雲散人世遷，生死笑啼盡如煙。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雙拳掌古今，仍得放手。雙肩挑日月，還需見歇休。觀蝶蜂競忙，鷸蚌相持，終歸網羅。冷眼覷破幾般塵境世態。日月猶如籠中鳥，乾坤還同水上漚。盈虛本有數，月亦有圓缺。沼荷皆逢秋。秦庭成史跡，靈均投汨羅，比幹空遺恨。傅燮悲坎坷，文王羑裡囚。李陵從此去，壯志不回頭。瀟瀟易水寒，烏江多風波。項羽淚空流，神算有孔明，如今在荒坵中。唉！細數古今事，滄桑漫煙蘿，種種機關誰識透，燈前殞命看飛蛾，朝暮蜉蝣送春秋。各事何須揪捽，人生且舒眉。放眼觀來，歷史背景，社會環境已遷流。聰明的你啊！切莫自消磨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2、抖落一身塵土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人兒多情總逗留，慾海掀起輪迴波。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甜蜜的日子易過，也不是人老珠瘦，情愛本就是苦果，問一聲幾人看破，想想自作還要自受，有何言說，搪得了自疚的錯。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風雲際會英才濟濟，人生何嘗非遊戲，長江滾滾浪濤起兮，歲月帶起幾哀曲，功名財利，英雄蓋群終歸難躲無常兮，嗟噓感慨，時勢不我與，英雄英容難以長相許，說什麼恩愛幾許，談什麼深情長意，還不是歸歟歸歟。道來都是假景卻似真。追求什麼放不下什麼，要了一身灰塵。越搗越靡爛，越戀越下沉，如那競血蠅。倒不如落個灑脫來無蹤去無影。就像濟公的我，嘿嘿。，掛念什麼，貪婪什麼，爭取什麼，到後來還不是歸宇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緣的消散聚合，於我如浮雲，吹散了它就別再瞧，莫再回首，讓你的風度涵養優雅而灑脫，心胸且放寬，待人且寬容，耐得一時苦忍得一飢寒，人前顯貴方是你擁有，德怨兩忘恩仇俱泯，持身莫輕慢，用意忌太重，陶然忘機赤子心胸，抱樸守拙藏巧放拙。當要有弘法利生之精神，立德忘功。如此大智若愚，方顯出高風亮節，方能成為道中的常青樹，切切記住，六神耳目如桎梏，莫要自己拘綁，莫可寵壞了六賊，放蕩的形骸想收回可不容易，故借假修真乃要磨鍊你們的心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3、智慧的人生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閱盡人生辛酸事，徘徊流光終易失，勸君惜取修道事，苦盡甘來享洪福。生時多勇健何足羨，還不是人前扯門面，吾聞水要乾涸山要崩陷，人有血肉之軀豈有支撐幾十年而不變，稜稜的瘦骨幾根，癟癟的精皮一片，既不能坐高堂享美祿使他安閒，又何必勞勞碌碌當牛馬使他作賤，倒不如幻化身相換個菩薩腸一條，彌勒的肚量及觀音的慈眼公心一片，來個福慧雙修，又何苦人間計較奈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！你們應該如何去創造你們的生命呢？生命本來就有，為何還要創造？就是因為生命有限，而你的使命重大，所以你必須去創造。為師以往也講過：「以短暫中創永恆，在平淡中有驚奇。」明白不明白這創造自己生命的箇中意義呢？今後你們當如何去生，如何去完成這個使命？要把心安定下來，在人海中把握方向，更要積極地擔負起自己的使命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你們活在人世間，留在這個世界上，是否值得？就看你們如何以有限的光陰、年歲創造出不朽的事務，好留給後世的人，值得觀摩學習的，那你活在這世界上才有用。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你們要把自己看成是個藝術家，是個雕塑家，所以你必須把你一生最光芒的顯現給大家，顯現給後世的人。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不如意之事時常遇到，你如何在不如意當中打破這些不如意的情景？希望你們都不是遇到了臨危之急才要修道，希望你們都是已經看透了一切，徹悟了一切，對不對？還是老師高估了你們，你們原來是被人生的逆境打得頭破血流了，才看破一切，修道啦！有些是被病折磨得快死了，才說：「好啦！我要修道，我要立清口願。」太晚了，明知會如此，為何不趕快做呢？現在流行一首歌：「快快走，向前行」，而不是原地不動啊！機會要自己把握，你猶豫則自失機會。你要有這個衝勁，直往前衝，則成佛有餘。但是我們修道也不是為了一個「佛」字在追尋，我們是在盡我們的本分，是你從理天下來的本分而已吆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現在的人大多只為自己著想，芸芸眾生皆如此，難道你也要如此嗎？人家做不到的你能做到，那才配稱為聖人。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人間細想起來也沒什麼，煩惱都是自己找的，慢慢的把煩惱化解消化，好不好？人皆有苦惱，皆有煩悶，一定要自己去化解，別人是無法替你吃飯的，惟有付出，惟有一片公心，才能夠無煩惱！如果一切只為了自己的私心，只會惹了一身的煩惱。一勤天下無難事，百忍堂中有太和啊！希望你們能夠把它真正應用在你們的處事上、在你們的家庭裡，讓這個社會也能夠受善氣的薰陶，變得更祥和。時間有來去，何妨讓煩惱也有來去，好不好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要儘量放下名利，但並不是叫你們都不要做事來道場，而是堅守自己本位，不要多貪求、多拿取。名利完全是一場空，不要太執著。人往往一出了名，就受名的牽絆，怕破壞自己形象，常常為名所困，為名所害，又把名利看得緊緊的。為名利盡失和，你爭我奪，就像呆頭鵝。要想學道啊，就要先破這些，才能夠契機，否則，爭這個名，爭這個雄姿，到最後呢，也不過是孤魂野鬼一個。徒兒若要求名，也當求萬世的名；要求利，也當濟天下的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人生旅途中，難免有高潮有低潮的時候，有時快樂、有時也會有寂寞的時候。自古聖賢皆寂寞，為什麼呢？因為有時候我所做出來的，別人不了解。可是一時不了解，以後人家就了解了，是不是？只是在那段你寂寞的時候，你如何把它挨過去，如何把它獨處過去，如何把你寂寞的心靈撫平、跨過去。你跌倒了，流血了，你也要自己把傷口撫平，就是在那一段沒有人安慰你的時候，你也要堅強你自己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認清真理，實地去做，你們若有付出，上天自然不會虧待你們，不會辜負你們。專心去做，上天自然會撥轉，世間的困頓總是會過去，不要讓它來困擾你。人生本來就沒什麼，本來無一物，何處惹塵埃。你慾念越多，心靈的追求就越少，欲望是永無休止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們一心為道，努力流汗所賺的錢除了為生活花費之外，你還為眾生花費，同時你的時間為眾生，身體為眾生，血汗為眾生，你處處為眾生的快樂而賣力，為眾生的性命而賣力。那時，你乃是眾生的，同時也是老天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靜下來，看看這世界為了生活忙碌，轉眼生命消失，多悲哀！我們要把握此生，勿障礙自己，好好修持。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人生是一場戲，你是演員，不要認為既是假就亂演，人家會說你不負責，你要盡力演到好像真的一樣，但也不要被自己所演的所騙。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你們對於真實的不了解，對於虛假的更不了解，所以真真假假，是是非非難分難辨哪。一說情，一說理，該用情時又太理智，該理智時又太用情了。理智和情感就不能執中，不執中就偏其一，偏其一就受其所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眼光放遠大，人世間不過這樣，生下來哭一聲，死去了，人家哭你一聲。那你匆匆在人世間走一回，留下些什麼沒有，人家有沒有說你是好人。道成天上，名留人間哪！當你目光注視著椅子時，其他東西看得見嗎？當你名利當前時，生死大事看得見嗎？妙智慧要去破，上天自有妙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你要得諸佛菩薩的妙智慧，首先你要付出，是不是？沒有奉獻犧牲，哪能得到這些？眾生都是一樣的，拜仙佛時你得先跪下去，把你所有的高低都放下。今天仙佛菩薩不是要你跪在下面，而心卻高高在上，是要你放下我執之後，仙佛才能與你智慧相通，了不了解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何謂智慧？智慧乃上天所賦予，非後天之巧智喲。徒兒知不知道，智慧由哪裡生啊？要少煩惱、少雜欲，智慧才能流露；另外也要讓自己看得深遠，智慧才能開呀。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不管前世所造的業如何，只要今世認理實修，善念必能受到上天的感應，懂嗎？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欲海難填苦無邊，暫時快樂悲哀連，風流雲散興衰事，苦樂不均惹痴嗔。斐然成章縱篇注，莫若無語留點真。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4、如何修身培德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你們知道真正有德性的人是怎樣的呢？德者，乃能滿心歡喜，重複去聽其所早已知道之事；仁者乃能拳拳服膺，一再去做其所早已會做之事；智者乃能瀟瀟灑灑，繼續去過其所早已過慣的日子；勇者乃能無畏萬物，每日去改其所早已改過的錯；誠者乃能抱持不放，天天去看其所早已看過的東西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最難修的就是內德，要讓人認定這人內德很好是不簡單的，修內德比修口才還難上十分。徒兒，你雖然沒有資本建立一個化學工廠，但你可以在你的心裡，創立一個小小而完整的工廠。化學工廠最大的特點就是能夠廢物利用，如果你有這種化學工廠的心境，多麼不好的「話」，你把它收容下來，加以整理，再由你口中發出來，就能成為「美言好語」。如果你有這種化學工廠的心境，多麼不好的人，你把他收容下來，就可以使他改變成非常好的人，這樣做不要本錢，只要你用心，只要你有度量，有涵養，有志向，人人都可以做的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僅注意到環境，卻不注意心境，只知道美化環境卻不知美化心境，知道改變環境卻不知道改變心境。問問自己，打從求道以來，你的心境改變了多少？太少了，只是在道場上稍有改變，當離開道場，離開道親，回到你自個的環境，很快就原性復發，驕的照樣驕，傲的照樣傲，強的照樣強，是不是？後天之性改變的太少了，要改變後天之性，必須誠心誠意接受別人的磨鍊，找機會去接受磨鍊，玉石才能攻錯，如果你不接受磨鍊，只想自己管自己，可能嗎？自己做錯了，捨不得打，捨不得罵，即使你罵，也是偷偷的罵，生怕人聽見，那算是真罵嗎？所以人不成器，不長進，不成聖的最大弊病，就是護己、護短、要人誇獎，要人稱讚。你沒有這種「聞過則喜」的修養，因此就得不到忠告善導的朋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幾時你發現你的心裡，常常有一種莫大過失的感覺，你就接近於聖人的邊緣了。聖人過多，賢人過少，小人無過。聖人何以過多？因為聖人，以天下為己任，擔天下人之過，因此過多。賢人敢做敢為，擔一人之過甚凡情，所以過少。小人推卸責任，不辨是非，不以為過，所以小人根本無過。如果你開口閉口都說「不關我的事，不是我的錯」，那你的境界就差得遠了。如果在一個環境裡，無論誰發現了不對的事情，他一身擔當，想盡了辦法要叫人相信這件事情確實是他做的，他總認為在一個環境裡，誰有過失就是他的責任，這種擔眾人之過的胸襟，是不是可以得到人家的敬佩？徒兒們，希望你們從這些細節的地方加強，那便能夠使你身心充滿道的氣氛，不在於你開口講道，就叫人看得出你與眾不同，因為你身上有道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家應該學習老子、莊子所講的虛懷若谷，你看那海若低水就往那邊流，所以我們應該以虛懷若谷的心去懷抱這個德性，去培養德性，才能夠集合大家的優點變成我的優點。所以你們看看大海，河流都流到它那邊去了。好好來修道，如果沒有中道的話就會迷惑自己，然後就有了憂愁，患得患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人啊！都在得失當中轉來轉去，常為了多得一點點而計較，有了計較就有了無窮盡的煩惱。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在一個小胡同裡爭理，就如同小青蛙，不知人外有人，天外有天。我們常起比較心，別人的，我們看不上眼，卻常把自己看得太高，把別人看得低低的。其實把自己看得越高，人家反而會越看不起你：但相反的你越謙虛，別人反而會把你捧得越高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每一個人都有習氣，難免有點氣大而得罪人，所以用口行功易，考人也易，徒兒記得要謹言慎行哦。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你們要修養、要修道，就要把不該有之氣化解，慢慢讓自己平和，你要忍氣，還要化氣，慢慢的懂得含蓄，含蓄就是把自己的氣涵養一些，就是人家常說的這個人好有修養啊！那種感覺，知道嗎？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有失必有得，少一些不良嗜好，對自己比較幸福，嗜好太多，就得靠自己的毅力，設法去除。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如果人人誇你，你自己也真的就這樣認為的話，這也犯了一個毛病，就是愩高。自己的毛病自己最清楚，不肯痛下決心改掉，這樣虛有其表，不實在哦！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我們每個人不但在道場中要「圓」，在社會在家庭中也要圓滿，我們將自己的角色扮演好，素位而行，這也可稱為「圓滿」。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為人如果沒有彈性，不能容忍、圓忍、化忍，當被人家這麼一撞，你就凹進去了。如果內部稀鬆，對道信念不篤定，就算再圓，用力碰撞還是會有一個缺角。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仙佛點化人的缺點都是暗中點化，所以當你們看到別人的缺點時要拿來當戒惕，不可以以別人之缺點作為笑柄哦。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5、志在菩提心存眾生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迷人不醒戀聲色，南柯一夢昧性天，總為食穿而忙碌，名利恩愛幾看穿，熙來攘往心意亂，背覺合塵六萬年，生生死死無了日，空過一生實可憐。目睹此景心痛斷，賢徒賢徒莫迷漣，當知此時非昔日，劫煞遍地怎安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在人間要有大志向，大志氣，不要為一點小事情爭得你死我活，把你的人生目標定得太低，為師要你重新定立你的目標，學習聖賢仙佛他們的志向。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的志向是大的，中的，還是小的呢？你以為舒舒服服的過個幾年，就好了嗎？那可不一定喲，活的過今天不要想明天，什麼事都很難說，想躲想逃，逃不掉的，有沒有看過年紀很小就回去的；生病、車禍回去的？各式各樣，二十歲、三十、四十……不一定，要活幾年能控制嗎？不過至少現在我們都還活著，還當人，更慶幸的是都入了佛門，做為濟公的徒兒。為師希望徒兒都能把握今天，把握當下，活在人世間，就要做個頂天立地的人，做對這世間有貢獻的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能不能做到–只要有你們，世界上就永遠有溫暖，只要有你們就能夠散播愛、散播熱、散播光芒。所以你不只是蠟燭，你也是光芒，你也是太陽，所以要好好的把你的愛心，你的熱能，你的朝氣帶出來，好好的發揮你自己，把你自己真正的發揮到最極點，留下一些絢爛的色彩給後世的人歌頌，給後世的人景仰，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這凡塵之中，觀音菩薩、釋迦牟尼佛，我們都認識他們，景仰他們，因為他們的精神不朽，因為他們都能夠捨棄榮華富貴。為什麼他們都能成佛而不朽呢？因為他們曉得什麼是實在的東西。每個人都有每個人的一段路，我們的祖父，只有自己家人知道他的一生，因為他所付出的只有在家裡，他在家鄉所留下來的精神，並不普遍，而每個人卻都曉得祭拜觀世音菩薩，是因為他為的是眾生、救的是眾生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，要你們明白的，就是要你們知道你走的路對不對？做的事值不值得？有否昧了自己的天理良心？活了幾十年，有沒有幫助人家，渡濟眾生？小小的善事有沒有真心去做？還是只圖個功德？這一點一點都要清楚，不然任你做萬千，還是在人世間空走一回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什麼菩薩和仙佛永遠留在人的心中？因為他的心永遠牽掛著眾生，永遠牽掛著你們大家呀，所以他的心才隨著你們而應變。你們快樂的時候，他也知道你們快樂：你們悲傷的時候，他也能夠了解，了如指掌。所以只要你關心一個人，你就能夠時時刻刻知道他的一舉一動。你自己的小孩生病你會知道，別人的小孩生病你就不知道，這是你的心掛在自己小孩身上的緣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只從經典中去了解你修什麼道，那你修上一年、二年、三年，都可能原封不動站在原位不進步。比如你做小丑，別人看見就會開心、快樂。但可惜你保持了形象，穿著漂亮的大禮服，就不能配當小丑了。其實，你應慢慢的用你的心，去解開別人的心，讓大家都快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這個道，是要帶給眾生真正的快樂，我們要用慈悲心去製造快樂給天下所有需要的人，所以你們必須要真正能從你的生活當中去體會到修道的快樂在哪裡，我們自己本身得到快樂，無形之中才會影響到旁邊的人也能快樂。我們要渡眾生，並不是要給眾生什麼，而是要看眾生需要什麼，我們才給他什麼，這才是真正為眾生在設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在大我之前，我們要放棄小我。當要表現自我的時候呢，就要好好去做，犧牲小我，完成大我，不要只看到自己，如果只為自己，便是逆天。逆天是一念之叛啊！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修道是修我們大家的心，大家的身，一個群眾，一個團體，要能個個圓滿，不是只修你個人而已。自己顧自己的時候，這就是亂的時候，將漸走入滅亡啊！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不要只修表面，而不去關心別人，不去幫忙別人，你們常說「認理修真」，結果，心裡籠罩一團愈來愈多的霧氣，愈修愈不真。比如，有人說吃素好，但他的嘴巴還是在吃肉，說而不做，那修什麼道？修道不是只憑嘴巴講的「口說道」，而是真正要行出來的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修道人可以不問人情世故如何，但是這一顆慈悲之心，這一顆熱誠之心，絕不能冷卻斷掉，懂嗎？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凡事要多替別人著想，念念可以相轉，不要想別人怎麼都沒替你著想，其實是你自己未替別人著想。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大家抱定此身不在物質求享受，不在恩愛中追求，要突破一些感情的事，把你的真感情貢獻給眾生，將你的慈心利益眾人，將你的時間奉獻於眾人，知道嗎？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要時時刻刻活在感恩與祝福之中，才能體會到天、地對我們賜了多大的恩惠，我們每個人在這天地之中是多麼的重要！任何時刻只要你活著，你就要想到別人死了，我還活著；當我吃飯時，我也祝福別人都能吃到一碗飯，時時刻刻活在感恩與祝福中的人，就有福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人與佛不同之處就在這裡：佛做任何事都無所求，人呢，做了什麼，就想得到什麼代價，都有所求。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大家都是刻苦耐勞的人，我們修道，辦道都遇到很多挫折，無計其數的挫折，雖然現在人家不了解你，但是你的心與老師常相左右，你要想老師在你左右，會聽你們訴心語，你們縱然有了滿腹的怨氣，但不要發出來，要把它衝淡，因為有為師的存在。所以希望大家都能犧牲小我，為世界而奉獻，就像蠟燭一樣，燃燒自己，照亮他人，若能因為我一個人而能夠讓別人好，能夠讓別人不做壞事，能夠讓別人了脫生死，縱然是受苦也是苦得有甘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說只要是為眾生而賣命，我相信我的好徒兒們個個都會很誠意地去做，是不是？希望我們能為人類作無限的奉獻，不只是現在，希望我們做出來的那一點點，也能警醒後人，也朝向我們的目標去做，這就是無限的奉獻，然而我們不求人家的利益，也不求回報，這才算是真、善、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