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第十四集《師徒問答錄》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千言萬語想說，時不予又如何，不知不覺地淚兒流，想想徒兒執著可曾拋丟，是否師忙照顧不周，無法親自點破，徒兒們心中愁，是否怨師不再道修。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不管滄海變如何，都要記得自性佛，那是你我返家唯一能尋線索，不管徒兒是否接受，師的愛心不退縮，屏山永遠為你等候。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1、老師慈悲，請問老師，老師曾經在法會上談到說，我們現在目前只走到半路上，我們應該要登堂入室，以及老師曾經說過「忘了玄關已成佛」，這真正的含義在哪裡？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執著玄關跟人走，打開玄關見真佛，忘了玄關已成佛。你今天渡幾個？從以前到現在，總共渡幾個？（忘了。）對呀！聽懂不懂？（要涵養一顆不執著的心。）本來就是啊！（是否是自然、無為，對不對？）這道理都是一樣的，講來講去，都是在那兒轉，明明就是渡了一百人，叫我不要去想，老師所說的是不要有所掛礙，有所執著，譬如說，我今天渡了一百個人，有一百個功，我的蓮臺又上一層了，你每天都在想，有意義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然後你就在那邊想啊想啊，好高興啊，就做了一個美好的夢，穿著仙衣仙鞋在那邊飛，在那邊走，我今天喝了瓊漿，又飲了玉液，每天都在做夢，所謂遠離顛倒夢想，有顛倒夢想，就有所掛礙，有所掛礙便有所煩惱，有所煩惱便不能生菩提心了，那有人會問，教我們不要執著，為什麼還要批這些文章？法會因由各有不同，今天要渡人，有時候需靠顯化，當場也需要這些文字的點化才會了解，今天你要講給別人聽，是不是要把所有知道的東西全部掏出來，是不是？（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）很簡單，那今天仙佛要成全你們，也是因材施教，把老師的腸肚全掏出來，不然的話，你們都光說道好，擺個佛像給你拜，你在拜什麼，莫名其妙啊！不過莫名其妙也很好啊！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2、老師慈悲，各人有各人的因緣，天道弟子中或許因別的因緣轉到別的教門，是否要隨著他的因緣，還是盡心盡力去成全呢？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是否只有修道才能成道？基督教能不能成道？邪教正人來辦也是正教，正教邪人來辦也是邪教，各人因緣不要強求，入了佛門又離開，也不要去批評他，更不要認為我們的道理是至高無上的，一個真正的修道者，不能有這種想法，本身要表現出來讓別人贊同，人家進來為什麼會感覺不適合，就是我們本身有所問題，人的表現就代表道，人的表現不好，表現出來的道便不好，別人便會離開，或者到其他教門。道場在哪裡？在自己！上帝在哪裡？在自己！什麼都在自己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我們不要去做那強硬的動作，要自然、無為，不要給人壓力，即使別人進了佛門又出去，也要當成兄弟姐妹般關心照顧，不要說此人根基不好，這些話講不得，不然會口德修養不好，自己心境不好，不是別人不好喲！你要如何發揮為師的道場？要靠自己好好表現！要怎麼表現呢？（學老師，幫忙老師渡眾生，不分宗教。）對呀，不分宗教，不分法門，相互談玄論妙，他們有優點，我們也有優點，互相琢磨，不分教派，只要你們跟隨為師，只要心不變，只要對為師有信心，秉持著道真、理真、天命真，由本身做出來代表道，則別人對道場的信服力便會豎起大拇指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若光是會說自己在修道，本身卻做得不好，毛病一大堆，趾高氣揚，如此別人會相信道很好嗎？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3、老師希望我們大家身體健康，弟子想到儒家修行教平淡，但是道家有抽坎填離巧妙的功夫，很有味道，人受到陰陽五行影響，四大假合束縛，很難照顧得周全，是否請老師教幾招？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生下來，有沒有不生病的？身體為什麼會不好呢？首先就要反省，是不是很好吃？夏天一到喜歡吃冰，是不是常生氣？常生氣則這個氣沒有辦法放出去，等等。生病的原因很多，並不是修道就會常常生病，為什麼別人會越修越好，修得很好看？看你的心境怎麼樣，就呈現什麼樣的外貌，生病也不是一天兩天的事，是日積月累的，也不要說生了病就趕快求趕快求，有病必先求醫，今天會生病，要想想自己是不是沒有愛惜身體，或者心境沒有放開，或是生活習慣沒有調理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也許有人會說，今天修辦道，我在趕時間，不守交通規則，有紅燈就闖，我這麼誠心是為了去辦道，如果仙佛沒有保護我，那不是在辦假的嗎？這樣對嗎？如果這樣，那麼仙佛每天跟在你身邊，到最後只渡你一個人好了。抽坎填離的功夫很簡單，只要功夫正確，不要走火入魔即可，如果你每天都要靜坐的話，都在那邊靜，就不用做事了，是不是不合乎常理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老師給你點開玄關竅，那是最好的，就看你怎樣去運用，如果真要靜坐，舌頭頂住上鄂，頭要正，腰要直，守肛門，就是提肛，要守住肛門，才不會讓氣跑出去，每天靜十分鐘或十五分鐘，不用太多，有時候迴光返照，收斂一下外放的心，你會感覺心靈非常清，非常靜。小孩子的眼睛都是藍色的，為什麼我們的眼睛會濁濁的？就是因為往外放的太多了，精氣神一散，身體就不好，看太多、想太多、吃太多、睡太多、都是多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4、老師慈悲，有位道親，他有求道，但不會身軟如棉，請問老師，他會去哪裡呢？若因地緣關係，來不及到道場求，怎麼辦呢？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想想，既然他有求道，為什麼不會身軟如棉？（因為有所執著。）那既然這樣，我們又為什麼要執著他會不會身軟如棉？（是否沒有請明師慈悲，求老師慈悲帶他回去呢？）既然他有求過道，為師說過「天榜掛號、地府抽丁」，不過為師也說過：「願不能了，難把鄉還。」如果人家來求道，然後說，要到別的地方修，這樣能不能成道，你若跟他說可以，以後他沒有出來了，那你們怎麼辦？今天已經跟人家說可以了，那你也要常常關心他，了解他的修道過程，他修的如何，常去看看他、關心他，不要太在意他一定要在哪裡修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那其他的法門，是否也可以成道呢？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耶穌有沒有成道？（有。）但他的弟子有沒有全部成道？為師我成道，我的弟子有沒有全部成道？只是說我們帶進來道場，比較不用擔心，常常看到，常常跟隨，如果離開了道場，你能注意到他嗎？要去關心的機會不多，大家各忙各的事業、聖業，所以要儘量帶到道場上。現在基督教一直在宣傳福音、福報，這通常是只修福，不修慧，我們是福慧雙修，這樣才能圓滿，修福報是累世的好而已，能夠超脫嗎？很難講，為師沒有說不行，只是很難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那怎樣跟他講比較好，才不會讓他求道之後又到其他法門呢？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可以跟他講，修道不要腳踏兩條船，踏下去的話很危險，儘量講婉轉一點，如果真的不行，隨他而去，只要他有緣的話，仙佛一定會再把他點化回來，不要擔這個心，只是要注意講話技巧，所以當講師要多多學習、多講、多看，知道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5、老師慈悲，假如天道弟子已經當了講師，然後到別的法門，而離開道場，我們要如何成全呢？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這要看個人功力，不要你去成全他，反而變成他來成全你，你說不可以，人家已經踏出去了，講有用嗎？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在這之前，他也有修持天道，這樣他死後會歸於老師那裡嗎？很難講，他進了佛門，然後反道敗德，願不了，難把鄉還。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老師剛才說，我們各個法門都可以修行啊？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老師也沒有說他不能回去啊，主要是他在那邊修的怎樣，為師不敢保證他在那邊有沒有修成，因為即使你入佛門，也不敢保證你一定可以修成，他去那個地方，能夠說他一定修得不好嗎？不過就是要讓他了解，我們修道要真修，真正的道在哪裡？哪個地方？都在自己心上。這個道好不好，自己要表現出來，為師也沒有說他們的道不好，至於能不能成道，為師也沒有說不能，不過為師怕的是去到那邊，我們看不到他，很難幫助他，我們也無法了解他的修道過程如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剛才談到身軟如棉，他身為講師也知道三寶，那他的修持方式是反道，但沒有敗德，是不是也能夠回去？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願不能了，難把鄉還。他到別的宗教去，老師說過，到處都可以，不過我們要了解天時天運在轉，以前基督教曾經很興盛，為什麼到現在不那麼興盛了？因為運已經轉過來了。為師說過，你去外面修，有到那個程度可以回去，沒有到那個程度必然不能回去。現在應時應運，三曹普渡，誰擔這個責任呢？（老祖師、老師、師母。）所以天時天運在轉，道應運在天道身上，但是在外面，你也要去承認別人，不希望你們去爭辯，修道不是爭跟辯而來，是行為做出來的。你不能對人家說，現在道應運在我們身上，你們都沒有道了，這樣人家會相信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6、老師慈悲，末法眾生，末後的考驗必然是千花百樣，我們必須預防哪些奇怪的法門？還有就是除了涵養德性之外？要充實哪一方面以應付末後考驗？老師說過，末後考驗是考驗人情道，這範圍蠻廣的。以前五祖的弟子本來是拜神秀大師為師，由於有恩情，神秀有交待他們不要去拜六祖。那以後末後大事類似這方面，一條\\與人情世故，當如何去分辨與相處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參加考試，有考卷，那道考也一樣，各人接到的考卷不同，我們觀察國運跟道運相同，因為這道慢慢的會變成公開化，公開化以後會變成教，那時要求道很困難，有的甚至說沒有了，這個局勢的轉變並不是為師所能控制的。各人所接的考試卷不一樣。有人說老前人年紀大了，回去了怎麼辦？我們需要煩惱這些嗎？事來則應，事去則靜，考試卷要接到什麼還未知，道考沒有事先出考卷的，道是最公平的，沒有事先出題目的，有的，都還沒自個接受考試呢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是說高材生就考簡單一點，沒有讀書的就考困難一點，也不是比較有錢的就考簡單一點，道是一律平等的，大道無情，公正無私，太陽沒有隻照你家的，不要煩惱這麼多。為師奉勸一句話，越動蕩不安，越要互相勸導、勸化，安撫道親的心，這樣才是我們真正要去做的。只要你們追隨引保師、明師、前人、老前人，一條\\把握住，然後兄弟姐妹互相幫助、咬緊牙關，一定把他衝破，秉持這顆心修辦。現在道心堅強，以後如何很難講，因人心善變，為師不敢把握以後你們會收到什麼成績單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給小濟公命裡鱉頭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，你們辦道，不要一直辦，一直辦，辦得很忙，大家渡的人全部也忙，忙來忙去，你們的心都丟掉了，你們從還沒有發心到開始發心，越來越起勁，起勁了以後，也別忘了要收心，修道本來就是這樣，為什麼？因為如果一味地起勁起勁，你就會產生一種執著的心，為師不要你們越辦越起勁，卻越辦越有執著心！為什麼很多人辦啊辦啊，你看他很宏展，可是卻成不了道，因為他們不曉得一切都不是我的，我該收的時候就收了，我該守的時候就守，因為自個程度不夠，你開呀開呀，執著這功德麼！開荒得要怎麼樣呢？你光開不守，一心就往外放，放了就執著外面的東西，形形色色，自個兒去領悟吧！竅開了要起勁去渡化眾生，功果圓滿了好收心，明白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我看你們現在，都是注重辦道，沒有修道。修道是體，辦道是用，體用要兼備，本末要兼顧，有用沒有體，有體沒有用，這都不行，所以修道也很重要。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天賴人，人賴天，上天大道需要仰賴你們宣揚，而你們需要上天這份力量，修自己，渡別人。只要你們立志學聖賢仙佛渡化眾生，辦道精進，定有仙佛時時護庇你們，幫助你們，知道嗎？人生旅途、修道旅途，看前面的，走的很快，你要趕快加緊腳步，後面的已經不能走，用爬的，你最好也能用手拉他一把，這樣你的人生才不會白活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從前有一個懶饞和尚，他在學道的時候非常懶惰，懶惰的人是不能成道的，但到了有一天，他被師傅點醒了以後，則變得非常地勤勞，終於頓悟了。頓悟了以後你們知道他做什麼事嗎？他每天跑百裡之路去化緣回來，供奉那些未成道未悟道的人，這一點你們曉不曉得是什麼意思呀？這叫做了解的人才是應該服務眾生、體恤眾生，知道嗎？眾生原是天上來的，所以當你們了解了以後，才是剛開始要做的時候，是不是？何況我們都還未明性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些徒兒，看到別人運氣好，就心裡不平衡，向為師討公平，唉！只因每個人修來的福報不一樣，求老師也沒用，這是由每個人的業報來的。所以你今天福報不好的話，你只好積存一點陰德，別人沒看到，但為師幫你記起來，在理天開了一個銀行戶頭，這就是積陰德積在天上了。你若積存一點陰德，你做事就會比較平順點，有的人修道了，還是發生很多事情，為什麼？因為沒有積存一些陰德的緣故，陰德是別人所看不到的，別人會看到的，這只是表面功夫，難道要讓每個人都看見你在做事情，這才算有德嗎？不見得，如果做功德要做給別人看得到的，這樣修道就不正確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有的人適合在臺前，有的人適合在幕後，不管在臺前或是幕後，都要盡其本份，每個人都能把他的特點發揮出來，就是最好的，所以「命裡鰲頭」，不要與人比，一山比一山高，一切只求「盡心」就可以了。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道場中有文也有武，文的去行文的，武的去行武的，如果你硬是要一個人做，文武全包，那你一定會失敗。當你可以唱的起的地方，你就大聲唱，唱不起時，就養精蓄銳，等可以唱的時候再唱，懂嗎？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希聖希賢，上天在網羅人才，你們替上天宣揚，個個各盡其才，但是如果根不穩，就很容易倒塌，就算再好的人才，你循其方針，卻理念不清不正確，那又有什麼用？該在哪裡下功夫，知道了嗎？要做中流砥柱，要先把根基打好，這根基不光是有學問就夠的，這根基必須你本身從心性方面去修養，培養你的德性，那就得從待人處事之道學起，待人處事之道要向你周圍有德行的人去學習，久而久之我們就會琢磨出我們特殊的性質了，尤其你們在道場磨來磨去，磨久了也就沒有習氣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修道的路途考的很多，要吃素也考，要辦道也考，樣樣事情都有考，到時候可要看你們的心，你們的智慧了，先要把凡心去除，你的道心才能生出來喲！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其他的仙佛常常在講:」濟公活佛啊，你的徒弟光要求我們，卻不要求自己.」你們常說:」為什麼仙佛都不慈悲、不撥轉呀?」那為師倒是問問你們，為什麼仙佛要求你們的，你們也都不慈悲不撥轉呢？你們有沒有常常這樣反觀自問啊！仙佛要求的，你做到了嗎？只要你跟仙佛配合，一定有轉機，會暗中撥轉的，有困難，為師一定幫助，徒兒要相信為師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有的壇主每天都跪在佛前問：老師，怎麼辦啊？你們畢竟還是凡人迷輩，看不到為師就站在你們面前，為師這樣說，不是要你們著這個形象，要知道只要你有這誠意，個個仙佛隨時都在你身邊。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有時候要看到仙佛樣樣都行才相信仙佛，所以有很多人在懷疑，那就是他的心境還沒有到達一個境界，如果心境能夠到達天人合一的地步，你一定對什麼事情都了解，以致對萬事萬物的道理你自然也會了解，為什麼呢？這乃是天地之間的奧妙，也就是自性的奧妙。有的人不用看仙佛借竅就很相信仙佛，有的人要看到仙佛借竅才會相信仙佛，有的人看到仙佛借竅還是半信半疑，所以你的心境要慢慢地提升才會有這個程度，之後呢，你才會知道修道辦道是什麼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有道是「君子恥言多於行」，你們向上天表白這麼多，你們所做的又有多少，要知道你們來道場辦事雖是為了了願，多少要為祖先父母，人活在世上是多麼神聖、尊貴，你們要珍惜呀！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人說天底下的人都是我們的兄弟姐妹，處處都是原佛子，處處的道場也都是老母的道場，所以我們當然可以這個時候在這裡，那個時候到那裡，可以現在跟這個明師，也可以明天去跟那個明師，這樣對嗎？就是有人這樣想，要知道雖然老師跟你們說，道是無形無象的，那也並不是說什麼都沒有，該遵守的禮節還是要遵守啊！同樣的意思，我們從生下來到現在，自然而然就了解我們的父母是什麼人，了解我們在哪裡求道，是什麼人栽培我們，這就是我們的家庭，我們就不要再隨便亂跑了，我們受人家的恩惠要懂得報答，我們在哪裡求道，什麼人帶我們來求道，什麼人帶我們來明白道理，一點一滴都要記住，雖然各人的緣份不一樣，但是我們要記住，要放在心裡，有機會能夠貢獻，能夠報答，我們就要盡我們的能力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真的是很深奧很深奧，非老師我一言一行能夠講得完，老師我借相是不得已的，老師也說過，借相天人見面，是三期才有，不簡單啊！天人獻計，唯有藉顯化，咱們要互相珍惜，更不簡單的是，我們要普渡三曹，雖然你們六萬年來在苦海之中翻滾，難得在這個時候能夠站立起來，站立了以後可得要有志向喲，沒有志向就沒辦法堅定，是不是？有志向還得團結，有道是和氣致祥，團結是力量，所以你們要互相提攜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辦事不圓通，累死也無功，徒兒，這個道理你們能明白嗎？修道要修得自然，率性而為，有些限制乃是讓我們戒之為慎，但不要把戒律變成了束縛，成了束縛之後，就無法率性而為了。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不要修的職業化了，今天來道場就面帶笑容，但心裡實在很難過，還裝出笑臉的樣子，這樣根本不合乎道理嗎！有困難就不該笑了，應該嘴巴垂下來，眼淚掉下來，這樣自然的行為，宛若小孩該哭就哭，該笑就笑，如果強忍，有一天會爆炸的。修道不要修的職業化了，帶著一張虛偽的笑容，要出於自然，內心真誠地關心別人，愛護人家，才是真正的心、性表現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講師講道理都講到外面去了，你們仔細去體會，常常一些朗朗上口的左右銘，你們都悟差了，你悟不到其中的精華，修有什麼用？沒有找到真正的讀書方法，你讀那麼多書有什麼用，沒有找到路，你隨便亂闖有什麼用？這個修，修就是落入有為法了，你知道嗎？放下去，放下去，不要再拿著了，道是用悟的，不是用講的，也不是用討論的，自己慢慢地去想吧！【講道不離身】這句話，每一個人都掛在嘴邊，而每一個人卻都離得很遠很遠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天命之尊貴，你們雖遵守，還需遵行，怎麼遵行，懂嗎？十五條佛規做到多少呢？為師不曾責怪你們，只是為天下眾生憂心如焚，你們個個都是承擔大使命的，你們不知身體力行，如何了願？要知道放得下才捨得出，舍不出又如何「得」呢？徒兒要知道自己的使命，不是象兒戲，辦一辦玩一玩就夠了，完全在你們那一份心念，自己做得不周到，自己能知道嗎？別人若告訴你們，你又肯聽從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一個人的身體健康，都是由內而外的，你的心若能夠清靜的話，那外來的幹擾是感染不了你們的，沒有身體是辦不了大道的，尤其現在的罪孽討得很緊，沒有先保護自己，如何為老師辦事，是不是啊？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希望你們在前面的，能象海鷗一樣，自由自在地到各地去布道，希望你們在後面的，也能夠象海鷗一樣，瀟灑自如，心境能夠提升，將來前後呼應，共同辦收圓大事，要象海鷗一樣自由自在，不是容易的，不是說身放蕩不羈就是自在，是要心自自在在，心瀟瀟灑灑，心不受困於難處，才是真正海鷗的精神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