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第十六集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1、《勇於改變》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有的壞脾氣壞毛病都是你日積月累所造成的，如果你肯下定決心、有毅力，終有一天還是可以改掉的。今日的灑脫是千年不如意的蛻變，今日的不如意安知非一日的灑脫，你不能捨棄物慾，那要等到哪一天才能真正灑脫呢？你現在受苦受難不要埋怨，事情來時要有一顆清明的心去選擇一條正確的路，才能得到未來的解脫。所以說，再也沒有什麼比戰勝別人更背道、更累的道理了。你要戰勝別人，那是什麼心態呢？那還有道嗎？為師跟你們講這些，徒兒要去參悟、體會，把道理在你們的生活一言一行當中行出來呀！這個道，論修行的功夫在哪裡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生活當中實行出來，論到修行的本體，是性善慎獨。所以說，你修行以慎獨為尊，以體認天理為要，以日用倫常為實際，除卻慎獨以外就沒什麼好學的了。你在人家看不到你的時候都能戰勝自己，這便是慎獨的功夫。所以，修行人不要好高騖遠，眼前生活的地方要多注意，道就在這裡。修行是在日用倫常當中學習，在付出當中磨練、提升心性，千萬不要稍遇拂心、逆意的事就在意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說到慎獨，離不開六根。口無妄言，耳無妄語，心無妄念，身無妄動，內不欺己，外不欺人，上不欺天，下不愧地，君子慎獨，這樣才能學聖學賢。為人方面，你的肚量不大一點，看人家不對，說人家不是，你的心會不擾亂？只要問心無愧，何妨自己吃虧。但是這要功夫呀！想想你們，平常受不了一點委屈，容不了一點小事，那又有什麼樂趣呢？汙濁惡世就是煩惱之坑，你的心量那麼窄小，修道會快樂嗎？樂在哪裡？那麼會計較，你的快樂怎麼生出來？你們往後就知道，一切的是非對錯轉眼成空，你何必去爭，又何必去動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更何況你有太多的事情等著去做，你怎麼還有閒工夫去爭去鬥呢？你若有多餘的時間，就多觀照自己，改變自己，這不是要勝過別人，而是要改變自己。累，總是會累，但就是有股精神，不是常常講吃苦了苦嗎！你們的生命，你們的一生有這麼好的機緣，希望徒兒們至少用生命的一半奉獻給上天，另一半給眾生，這輩子就沒有遺憾了，做的到嗎？如果你真的要修道，就要在這個地方付出，才能感動人、成全人。不要光在口頭上說。徒啊，這一切就看你自己的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不少人往往是作繭自縛，牽牽纏纏太多，牽纏到無樂趣，不舒服之後就自殺了。人身難得啊！為什麼這麼輕視自己的生命呢？因為不懂得感恩，一遇到不如意又不反省自己，只一味的要求別人、指責別人，那你當然就活在痛苦的地獄裡了。相反的，你寬容別人，要求自己，事事反省改進，那你就會活在快樂的天堂裡。徒兒說生長在這個末後的時代好命苦啊！徒啊！這命苦可是一種福氣哪！上天這麼慈悲給咱們這種機會，你還說修道這麼辛苦。為師問你們，為什麼會辛苦呢？因為徒兒捨不得改掉自己的習性毛病，知道自己不好，知道起心動念不對，卻一而再再而三的原諒自己。徒啊！你可知道當你原諒自己的那一剎那，上天即使有再大的力量都幫不了徒兒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人為什麼總是聽不進去別人的勸告，那是因為他迴光返照的功夫不夠，沒有用心去了解他人的用意，也沒看清事實的真相。所以總是任性的說，我就是這樣子，這個就是我！為師問你們，什麼樣的我才是真我呢？【我】可分為過去的我，現在的我，未來的我。過去的我已經過去，不管好壞都已經告一段落。未來的我能不能預測的到呢？你能預測自己活到幾歲嗎？你能夠掌握的、把握的又是什麼呢？是現在的我嗎？或許是，但也可能不是，除非你能把握住當下的清淨一念，否則什麼都不是我。你這一刻想站起來，就可以站起來；要睡覺就能夠睡覺；要學道的就來學道，這一切操之在誰，都是自我掌握。所以是禍是福，也都是你自己在掌握的，是不是？徒兒啊！你們能與仙佛結緣，這個叫做機緣。但是能夠隨順因緣，這就是道啊！隨順因緣，把握當下才是修道。如果你能夠把握好每個當下，那你就是活菩薩再世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事情經歷的愈多，智慧就會愈增長，因為不經一事，不長一智。人哪，是很奇怪的，假如沒遇到困難，不經一番寒徹骨，死也不甘願，總是要到最後關頭，才會真正覺悟過來。世上有許多不平的事，為師希望你們能夠敞開胸懷，眼光看得更遠，不要為眼前的事而憂擾身心，這些都只不過是個過程而已。如果別人有對不起你的地方，而你能夠寬恕他，這便是你心境的成就，懂嗎？徒啊！當你遇到困難的時候，是用什麼心態去面對這件事的呢！是逃避還是面對呢？逃避，永遠沒辦法解決事情；面對，也就是有轉機哦！可是徒兒們都怕跌倒，怕失敗，徒啊，跌倒沒關係，跌倒再爬起來，對不對？不要害怕苦，有一句話說「吃苦就像吃補，愈補愈勇」啊！懂不懂？為師希望徒兒們無論做什麼事都要用智慧去面對，不要因為外在的環境就輕易影響到你們的心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路難免會遇上困境，徒啊，當困難來時你要面對它、接受它、處理它，最後，還要放下它。千萬不要迴避，更不要怨天尤人。如此，你才能得到真正的解脫。在人生旅程中隨時都有可能出現出乎意料的事，徒啊，要用你的意志、你的真心去接受，而且要好好的了解你自己，去做個真正的自己。學會接招，事來則應，事去則靜。生命是有限的，難免會遇到困難坎坷，如果我們把這大半的時間都拿來難過，那生命就白過了。徒兒啊！你稍遇到坎坷崎嶇就要傷心、退滯了嗎!我們要愈挫愈勇，要再站起來，不管怎樣一定要救活自己。道不遠人，人自遠之。這只是你解決事情的態度而已，樂觀才能夠進取，事情難免會有挫折，因為有挫折才會激發智慧去開發理解，破除困難，而在這困難之中也才能夠成就自己。所以徒兒要以樂觀的心情去面對一切挫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覺得有問題、困惑重重時，你要靜下心來想想，事實上真的有那麼難解決嗎？徒啊！你不去面對就難，就像修道，是理則進，非理則退。徒兒信的是什麼呢?信的是理，對嗎？但也不是一味執著於自我認定的理，你一旦掉入我執當中，一切原本容易簡單的事，也會變得複雜困難哪！家家都有本難念的經，而且各自不同，但是，只要你想去化解，這本難念的經會變得很好念。同樣的，你有心想要改變命運，就得要發大心願，立定志向，你連自己都不能發願了，叫別人如何幫得了你呢?徒啊，只要你有心想讓更多人受惠，為師相信，上天絕對不會虧待你的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想要擁有好的生活質量，可是，但是得從品格下手，當下改變，品格改變了，生活質量也跟著變得優雅，人生也從此變的光明亮麗了。其實徒兒們的本質都很好，只是外在的環境的引誘力太大了，大的讓徒兒們經常迷失自己的本質，經常覺得好像別人的比較好，自己的比較差，於是放棄了自己的本質，隨波逐流。徒兒啊，不好的就要勇於改變，你那個潔淨的本質就會展現出來。徒啊，你們要見賢當思齊，每個人都有優點，每個人都有值得我們學習的地方，你看到好的，就要去學習、去接納、去吸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看到不好的，也跟著學，那你就不是聰明人了，智慧是從經驗及錯誤中累積出來的。人的一生不怕犯錯誤，怕只怕錯了不改，只怕你知道這是不好的還去做。一個有道的君子，要有不二過及自我反省的心，要留意自己的心念，因為心念可以成為思想，思想再形成為行為，行為會累積成習慣，最後習慣就決定了你的一生。你今天既然要修道辦道，你的言行舉止就要代表道，就要以身載道。因此，怎能不見賢思齊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2、《不枉今生》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雖然容貌會漸漸老去，但是你的心要比以前更光明，更善良，更有智慧，更有能力去教導別人，幫助他人，那便是你此生的收穫。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想在人生的旅途中有所得，那你必須有一顆清淨的心，才能觀察到生命的動靜。萬事萬物都有值得你去學習的地方：你看到螞蟻團結，看到它們的勤勞；你看到燕子飛行，看到它們的合群；看到馬，會想到什麼呢，它是有毅力的。所以說，人生的目標呢？徒兒們正處在生命的黃金時段，要立定自己的目標，如果你只會東看看，西看看；東也要，西也要，這個也喜歡，那個也不錯，到最後只有一頭空，什麼都沒有，所以要確定你的目標，努力實踐，才不枉費此生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人生就像浮雲，飄飄泊泊，雖然你擁有個家，卻顯得不安定，總是欲求很多，求不得苦的滋味常繞心頭，是不是呢？不要光看天上的浮雲變化莫測，徒的心不也像天上的雲時時存著疑惑、不如意、不滿意、不知足嗎？這就是世人的弊病，心靈空虛，是不是呢？雖然物質生活充裕，可是心靈卻沒有一個依存、準則，渾然不知為何而活，更不知百年後要往哪兒去。徒啊！生命的聚散是不是很無常呢？這是個輪迴，由有、到沒有，而生、老、病、死，這不也是輪迴嗎？六道輪迴雖然不是用我們的肉眼就能看到的，可是在生活中不也可以體會的到嗎！什麼叫輪迴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人的喜、怒、哀、樂、聚散無常都是啊。道理說起來很簡單，只是未求道前，沒人引導我們去探討，現在你們已經有這條修行路，就該確實的把自己的心修得更圓滿，讓生命過得更有意義呀！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會碰到的問題無外乎人事問題、彼此關係，徒啊！當你的思想無法與人溝通時，無明就產生，此乃累世意識種子的輪迴，你一旦讓它燃燒起來，可就不好受了。愛欲與執著會產生無明，這是生死輪轉不止的主因。所以徒啊，不要攀緣，你一攀緣就容易產生執著，須知「愛河千尺浪，苦海萬重波」呀！一旦掉入愛河的執著裡，就無法自在了。所謂的習慣乃是累世的宿習，而我的，我做的，我本來就有的等等，都是一種執著無明。徒兒修道最終的目的是為了超生了死，你們在未成佛道之前，就要先結善緣、改習性、去我執、除愛欲，之後才能在眾生當中立起標杆，做好度化眾生的工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個人來到這世上，都是借著環境來造就自己的。如果不是人與人之間的相互折磨、相互牽纏，如何能達到事事圓融，各個無稜無角的境界呢！平靜的海洋鍛鍊不出真正的水手，相同的，修道的路途必然不是一路順境，人生苦海中那層層的波浪正是體悟生命和升華心境的機會。世界上沒有所謂的好，或很好，沒有所謂的很壞與最善，更沒有所謂的最不好，這世事很無常，但就【生、死】這兩件事情，你們就很難掌控的，更何況其他的事呢！如果徒兒再一味往外追逐的話，很難保證不會迷失在善惡的對待當中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把根留住，徒啊，你的根是什麼，是不是每個人的生命本體，你若不認識生命的本體，還會知道要留住根嗎？根需要澆水，施肥，滋潤等。生命的根是不是要不斷的自我反省，不斷地讓每一個當下都回歸到清淨的本位，隨時歸零，你才能夠不斷的超越自己呢？徒啊，你已經看到清清楚楚的自己了嗎？七情六慾斷了嗎？你如果還是一直在欲望裡面追逐，便會掉入輪迴，這叫生死苦海呀！徒啊，你這個肉體要把它當成救生舟，而不是輪迴舟，你要超越自己的欲望，戰勝自己的情緒，好讓你的身、心、靈都能安泰呀。鏡中花，你把花拿走，鏡中就沒有花了；水中月，如果月被烏雲遮蓋了，還看得到月亮嗎？在這世事浮沉當中，你能肯定自己所看到的一切都是真實不虛的嗎？徒啊，用心去體會，你會懂的更多，了解的更透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之所以流傳這麼久，能感化人心，教化人心，都是因為實踐出來的，也因為道無形無相，無法用語言來形容，所以透過各種人、事、物來彰顯道的存在。就好比天地無以言語，但它透過日月照明，承載萬物來顯出天的高明與地的博厚。所以，天地之所以能夠生生不息的惠澤於人，這不是它感人、教化人的地方嗎？人要有韻味，有韻味的人，才會讓人懷念，也才會願意與你見面。相反的，沒有韻味的人，別人對你會避之猶恐不及，每個韻味是一種能夠通權達變，融會貫通的慈悲與智慧。一個人縱然很有才識與德性，如果沒有尋獲一條永恆之道的話，那就不是真正的大丈夫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但看歷古以來的英雄人物，他們都有很好的財勢與名利權勢，但這一切都會隨著生命的滅亡而消失，縱然讓你有權有勢，但是大家對你棄若敝屣，不屑一顧，那是因為你不懂得在你的生命中開發一條有意義的路，所以，縱使讓你富貴如天，那也是毫無意義的。當你的生命面臨結束時，妻子、兒女再孝順、再賢能、錢財再多，也換不回你那珍貴的生命，你那一口氣呀！你一心追逐這些掌控不住的東西，為的又是什麼呢？到最後還不是換來一片的空虛。徒啊，你們選擇哪一條路呢？是短暫的享受還是永恆的生命呢？不要再迷糊度日了，要善用你有限的生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名利是眾生所追求的，但是追求的本身也可以成就一個人，你可以追求效法聖賢仙佛的風範道範，而追求利的，你可以去做利益眾生的事。話說回來，要效法聖賢仙佛，就應該言行一致，無論什麼事情，既然講了就要去做，言顧行，行顧言。雖然容貌會漸漸老去，但是你的心要比以前更光明，更善良，更有智慧，而生活的歷練也越來越豐富，更有能力去教導別人，利益眾生，那便是你此生的收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間有氣數，所以為師要你們跳脫氣數，改變命運的方法就是行善，這可以跳脫氣數。徒啊，在你們的心裡一定會這麼想：修道這麼久了也沒有改變多少命運啊。那為師要問問你們：你們有沒有每天行善？有沒有對人和氣呢？對不起天的事有沒有做啊？對不起人的話有沒有說啊？徒兒啊，我們寧可人負我，也不可我負人啊！你們有沒有天天自我反省呢？有沒有抱怨過老母娘呢？尤其在不如意的時候，你們更容易心生怨言啊！對不對？你們修行的功課如果沒有每天做，命運怎麼能夠改變呢？氣數的力量是這麼大，我們如果沒有一股比氣數還大的善氣，那命運怎麼能夠改變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當你有這個身體的時候要好好的運用。如果你用這個身體去做壞事，那你們所累積的惡業會更多；如果你善用這個身體，你不止可以救自己，更可以幫助千千萬萬的人。修道這件事是從你出生那天起就註定要走的路，咱們修道，不做傷天害理，背地宵小的事，咱們所行的都是引人走向極樂、弘揚真理的事。所以說，修道是本分事，既不沽名釣譽，更無須自命清高，咱們只是本本分分的做幫助人的事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身難得啊！既然擁有此身，就要懂得善用。天生我材必有用，如果這項功課你不會，你可以選擇其他的，可以來廚房幫忙，煮菜你不會，可以來學習擦佛燈，只要我們真心想學，道場沒有不會做的事，也沒有學不好的事，你只要多去了願，不要計較，不要選擇，只要有地方能夠讓你付出的，就要感恩盡心付出，也只有感恩，上天才會加福給你。你多一份的計較，上天可能覺得你自己都會安排自己了，所以也就不需要器重你了。所謂天公疼憨人，不是沒有道理的哦，憨憨的做，憨憨的得。花開雖美，終須凋落，在這無常的世間怎能不及時把握時間呢？如果你是一朵花，就要有信心讓它開的很漂亮、很燦爛。徒啊,你願意當一個有作為的人嗎？不管你是怎樣的一個人，只要你發心向道、修道、辦道，你就可以讓生命綻放光彩，就像一朵綻放的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善，好比處在天堂一般快樂無憂。你若做壞事，縱然別人不知道，卻有良心的譴責，甚至比在地獄受刑還來嚴重得多。徒啊，你可別看那些衣冠堂皇、社會地位高、人生歷練豐富的人是很風光，你們要知道，如果你的內心還有不安與良心的譴責的話，誰也難保你不會活在痛苦的地獄裡。所以咱們還是腳踏實際，但行好事的好，才會快樂無憂。徒兒們都在行善，你會不會想人家為什麼那麼好修道，人家的家庭、家事為什麼那麼好，那麼順利，而我呢？徒兒啊，不要去羨慕別人，那是人家的因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想改善自己的因緣，或想讓孩子的因緣也變好，就要靠你自己多行好事，了自己的業。你們每個人都有自己的使命，都有要了的願，都有要做的事，別人怎能代替你呢？要看重自己，善用有限生命，但行好事。上天不生無用之人，沒有誰的條件比較好的問題，而是你自己有沒有盡心，儘管你現在已經白髮蒼蒼，只要你還有一口氣在，就有機會去做、去了。徒啊，希望你們每個人都能修得圓圓滿滿，不要修的到處都是稜角，現在的人什麼都怕，怕人家講話，也怕人家站上她的風頭，所以修道要做到謹言慎行，要少言多做，多講好話，正面的話，不要強出風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可以講的，你不去講，就失去度人的機會，這叫做失人。我們要看時機講話，做個識時務的俊傑，讓你的人生活的更圓滿。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希望自己能成器，要成器當然要先立定目標，按部就班進行。如果你好高騖遠，目前的事情還沒做好，心裡就想著另一件事，這樣你就很難成功，甚至一事無成啊！修道人要有修道人的樣子，生意人要有生意人的樣子，你們想成仙作佛，就要有仙佛的風範。如果你想當一個普通的眾生，平平凡凡的人，那麼請你們也盡力做好平凡人的本分。你們人既自稱為萬物之靈，就要鼎立在天地之間，能夠入世而出世，出世而入世，在塵而不染塵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之前要先看看自己的所作所為是否合乎常理，如果說你的作為或是所動的念頭有了偏差，就要及時把心收回來，才不致一失足成千古恨。明知不能做的事，偏偏要去做；明知那裡有苦坑，偏偏要往苦坑裡跳，這樣的人是不是很愚痴呢？那你怎麼能夠成器呀？徒兒啊，你要好好珍惜生命，好好把握每個當下，因為歲月不能重來的，生命是那麼的短暫，要如何在短暫中去創造永恆呢？要如何使生命活的更有價值、更有意義呢？這些都是你要去努力經營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3、《破除執著勇闖考關》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人只有懂得改變對困境的看法，才能找到衝出困境的方法和做法。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形象要破除，不是等到仙佛臨壇時來點醒你才想要破除。上天是很慈悲的，常借著人、事、物來啟發眾生。只要你們用心體會，就不至受到形象的蒙蔽，因為修道必須依理而行。有些人已發了菩提心，身也舍、財也舍、法也舍、力也舍，把所有一切都放下了，可是只有這個我放不下，這是修行上最大的障礙，是很難過關的。道，是悟者得，修則有，你若能常保清淨，一定能領悟到其中的真理。希望徒兒們在困難當中能提起勇氣，逆境是上天要在加重你的責任之前，先為你奠定根基、火候、基礎所做的試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人大都貪生怕死，自古英雄何其多，但又有幾個人能看淡生死呢？自三曹普渡以來，多少全舍辦道的前輩們都有這種胸襟。所以你們現代的修道人哪，要多歷練，增廣見聞，才能打開你的視野，增加你的智慧，天地的寬闊、玄妙你才能略知一二。徒兒啊，把窗戶打開，太陽光就會照射進來，你如果常把自己關在陰暗的地方，困難就會永遠無法排解。修道是要走一條寬闊、光明的大路，而不是愈修心量愈窄、愈孤僻，知道嗎？鍋裡的灰塵本來就是從空氣中來的，那你又何必執著灰塵是在鍋中還是在空氣中，不管沙塵在鍋中或在空氣中，都是沙，你又何必執著這個相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無相之相才能見到真理，你不執著形相，便說在塵不染塵，你愈執著於有或沒有，就陷入了萬丈深淵。相同的道理，苦樂是眾生自己說的，對諸佛菩薩來講，哪有苦樂可言呢，你對色身還有我執當然有苦樂，所以修道對你們來說，就是一條自我解惑的門徑，惑除了，苦樂自逍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今生能得道著實不容易呀！你覺得自己是棟梁之才嗎？是不是中流砥柱呢？既然覺得自己是中流砥柱，就要有擔當。遇挫折的時候要勇敢面對，生命的學習過程中不在於追求的多少，而是要如何面對逆境，如何走過，修道也是如此。在一切順利安康的時候，你常出現於道場，這不稀奇，當你處身於混亂困厄之際，依然能挺身護道，這才是英雄中的英雄嘛！所以，當你遭逢人生的困境時，不管你能不能接受，都要去面對。徒啊，你要學習從逆境中活出自己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聲色迷人的世界裡，你們每個人都往外尋找形相，不管娛樂場所、銀幕上的節目，都是這麼的撩人耳目，小心小心啊！你們名為修道人，如果還貪愛這些聲色，那會腐蝕你的靈魂啊。縱然你自認為不會受到影響或者迷失，但是在你的潛意識當中，不自覺的已經埋下了心識的根。徒啊，斬草不除根，春風吹又生啊！千萬不要忽視自認為不起眼的任何聲色誘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事若關己，則手忙腳亂；事不關己，則兩袖清風，是嗎？徒啊，別人的過程你真的能夠體會嗎?你沒有親入其境，哪能體會眾生的苦。你如果沒有經過挫折考驗，哪能練就金剛不壞的志向。你要救眾生之前，得先救得了你自己。救人容易，救己難哪！什麼最難，化掉我執最難。別人的障礙是小，你可以輕鬆的跟他講道理，勸化他，因為事不關己嘛。一旦自己碰上了，自我的執著不轉化，就苦不堪言。為什麼呢？關己則亂啊！如果你的心也能夠如大地般廣大，那麼你就不會去執著別人的哪點小毛病、小錯誤、小缺點。徒啊，你的心量如果太小，那麼執著別人的一點點小瑕疵，同樣的，如果你對自己的要求也能夠像尋找大地中的一粒米一樣那麼仔細，認真的去把它找回來，你就不難成聖成賢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的心情是不是經常得則喜，失則憂呢？與其一喜一憂的輪迴度日，無若放下，不繫於得失之間，才是自在解脫真正快樂的人，因為不求就是無私，無私就會快樂。徒兒啊，修辦道的人要受一點磨練才會成長，不受磨練如何顯出勇者的剛毅之氣呢？只有在最困難的環境中，才能顯出你的智慧與德性。徒兒都是有智慧的人，為師相信你們在修辦道的旅途中，都能確立自己的修道目標，即使在風雨交加的路上，徒兒也可以挺著胸膛走過，是不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處在不思善不思惡的境界時，就是你的天性顯露的時候。但是一般的人，你叫他不思善惡，他會沒有安全感，因為他不相信自己的天性，總要用人心加以分別、思量，才會放心。如果他是口說而身不行，就會有慚愧掙扎的不安感覺，相反的，如果他是率性的，必能說了又行出來，那便是能不能善守直心的問題。既要修道，就不要怕環境的琢磨，越是困難的環境，越能讓你的良知顯現。凡人只求順境，聖人不畏逆境，因為順者為鬼，逆者成佛。徒啊，你們每一個人都覺得自己已經修得很好了，是嗎？經上天這麼一篩選，才看出誰有幾分根基、火候。徒啊，沒有經過雕琢，哪會成大器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哪，就是放不下，所以計較執著了。當你有能力做好事的時候，就要敏，敏於學，敏於修，敏於講，敏與行。你能多做就多做，多做好不好呢？人就是愛計較，別人做得少，而我怎麼做這麼多呢？這就是計較心。徒啊，你有沒有想過，今天你做得多，你的經驗也比別人多，是不是呢？你經驗比較多，當然你的智慧也會比較多，但這樣子還不夠，雖然做得多，經驗也跟著多，但重要的是心量也要隨著寬廣起來，你的心量不夠寬廣，就容易抱怨，容易起驕傲心，這對你的修行是沒有幫助的哦。徒兒啊，修道可不能選擇環境啊，順逆境都需要鍛鍊，逆境中可鍛鍊出你們的智、仁、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能在逆境中跌倒了再爬起來，徒兒啊，恭喜你呀，你的心性又上一層了。可是要小心一個不善的念頭，可能會讓你跌入深淵哪！要想想，你好不容易才更上一層樓，可是就僅微細的一個念頭，就足以讓你輕易的不自覺的摔下來，這是不是要戒慎恐懼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謹言慎行，謹慎我們的行為，注意我們的說話，反省我們的行為，才能少過錯。有很多事情都要我們帶頭做，難免會辛勞，難免會煩惱。但是事多，越不能亂了方寸，不管多忙，都要心存感恩。徒兒啊，你們都稱為辦事人員，自當盡好自己的職責，無論你的工作是壇務，是文書，是操辦還是服務，每一個細節，每一個環扣，在人與人相處之間大家互相幫助，都要守住自己的職責，這都是謹言慎行要注意的部分。身體要力行，知行要合一，才能顯出道的尊貴。如果人人都有道，那就不用再那麼費神的溝通了，因為你的道還沒有在你的身上顯現出來，所以才需要溝通、協調。如果你們每個人心中都有道，那就可以互相產生心靈的共鳴，不用言談也可以產生默契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德，要在何處培養呢？在日常生活當中培養，在你受到委屈、困難的時候，更能培養出你的修為、德性。沒有經過這層層的考驗，又如何承受得了這麼多的業力呢！如何培養出你的德性呢！修道嘛，要瞭然於真我，才能真快樂，但一般人都迷於這個假我，所以把這個假我看得那麼重，才會憂患。如果人相、我相、眾生相都能除掉的話，你的一生就坦然快樂多了。徒啊，自從你出生以來直到現在，是不是上天都幫你安排得順心如意呀！人生不如意的事十之八九，是順境，是逆境，都好，對於一個真要修行的人來說，都是一種助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時局不安定，你的心也跟著恐懼、不安，是嗎？要懂得放下生死關的念頭，並非這麼容易。可是對於一個辦道的人來說，如果你心中有浩然正氣，時局再怎麼動蕩不安，你的心就早有主張。即使槍林彈雨，你都沒有畏懼之心，這才叫做看破生死關。徒啊，在修辦路上這麼久了，你的定靜功夫一直無法達成，該怎麼辦呢？一個小小的考題，就能讓你心急如焚，無法應變，那麼，當你遇上大難時，你又要如何過關？到時不是更慌張嗎？古人說，急中生智，一個人能夠在急中生智，就可看出他有多少的修養功夫。你臨危不亂，才能給自己一條生路走。你先引出生機了，後面的人才有希望啊！徒啊，照此看來，你能平時不下定靜的功夫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逆境當中要懂得退一步，不要硬撐或直衝，先退一步才有辦法轉念頭，而你的修道路也才走的下去，走的長遠。徒啊，要走出修道的路，就要有明確的目標，有耐性，更要有一顆清靜的心，因為，清靜才能空，空才能納物，才不會衝動固執，這便是你走得下去、走得長久的方法。而且不可以等有時間才做，人哪！最容易在有空的時候生出怠惰心，徒啊，你無時無刻，念念當中都要想到如何修才能更精進，知道嗎？修道就是要耐得住任何考驗，只有在最困苦的時候才看得出他的修行功夫。徒兒都很有福氣，能生長在這個時代，可是不懂得珍惜，不就是在浪費你自己的福氣嗎？徒啊，你要時時刻刻去珍惜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