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第十九集《來自理天的消息》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首先呢，後學非常的感謝天恩師德，感謝老前人、前人大德，那也更感謝我們明師的慈悲，還有各位講師、各位前賢的成全，給後學這個機會。透過後學的故事，讓各位前賢更了解我們修道的可貴，還有老師對我們的慈悲、關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後學今天的內容，大概是講述後學自己親身的一個故事，記得親身的一個經歷。後學在民國八十一年的時候，後學發生了一個車禍，那時候後學剛好是就讀中山醫學院的護理系四年級。那一年，那時候剛好後學還在醫院實習，那一天早上後學剛出發去醫院實習的過程當中，很不幸的發生了一場車禍，這場車禍讓後學體悟到了人生真的很無常。在後學昏迷不醒的過程當中，我們都知道三寶很好用，大家有沒有用過三寶？那後學在出車禍的當時，也來不及用三寶，來不及找我們的老師。我們的老師是誰？我們修道的老師就是濟是濟公活佛，他是一代明師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時後學發生車禍的時候，只記得自己最後的一個、當下的一個念頭：啊！這下真的完蛋了！也來不及用三寶，更來不及找老師。那老師祂很慈悲，就在後學被送到醫院急診室急救的過程當中呢，老師他就站在我的旁邊，叫後學的名字。那後學的車禍實在算是蠻嚴重的，因為後學摔在那邊都沒有人敢救，當場就昏迷不醒，全身上下很多的傷，一直流血。那時候後學覺得非常的痛苦，那時候後學的嘴巴，醫生還幫我縫了六針，那時候我都昏迷不醒了，他們也沒有上麻藥，就直接縫，看我會不會痛醒過來，結果沒有痛醒。為什麼沒有痛醒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就是因為在當下，後學在昏迷的過程中老師站在後學的旁邊，問後學說：「禎美，等下醫師要給你縫，很痛喲，你要不要跟我上去？」大家知道上去是指哪裡嗎？天堂啊！後學就說好，後學就點頭，然後老師就扇子一揮，後學的靈性就跟他回去了。那回去的那個過程當中後學才恍然大悟很多的事情，才了解了一件事情。原來我們的家在哪裡？我們靈性的家在哪裡？在理天，不是這裡，這裡是哪裡？這裡是人家說的紅塵，有沒有？那另外一種說法，就是說這裡是苦海，有沒有？我們在這個人間呢，就是在輪迴，其實我們靈性的家就是在哪裡？在理天！那可能我們都忘記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後學回到那邊才恍然大悟，啊！原來我們的家真的在那裡，真的在理天！不是這裡喲。那老師帶後學回去呢，其實不是要帶後學遊天堂，老師有他的用意，就是因為後學修道修的怎樣？修的不好，老師說他看不下去了。帶後學上去給後學很多的叮嚀，讓後學恍然大悟很多的事情，才知道修道是在修什麼，修道的可貴在哪些地方。這個顯化呢，改變後學非常的大，讓後學從一個新道親，那時候後學才求道第五年，本身對道也不是很了解，從那時候開始後學才恍然大悟，原來我們的老師，濟公老師一直都在我們身邊，幫助我們徒兒好好的修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這件事使後學自己完全的改變以外，後學家裡的人全部都有很大的改變。因為當初後學發生車禍的時候，父母親對道也不是很了解，也沒有吃素，也沒有設道場，也沒有在修道，那就在後學這個顯化故事之後，不到兩個月，後學家裡就設了道場，媽媽就立了清口，到現在後學父母親都非常的發心修道，像後學媽媽常常跟著明師出國辦道，今天后學媽媽也不在，她也在國外，在越南。一切都是感謝老師的慈悲，讓後學明了了，原來修道這麼的可貴，讓後學的家人知道說原來修道是這麼的好，不只後學改變，後學全家人都改變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那時車禍的時候，後學的臉部受傷非常的嚴重，因後學全身上下的傷口，不管大的小的，全部都留下疤痕，那個臉是最嚴重的。所以那時後學媽媽最擔心一件事情就是，後學這個臉受傷那麼嚴重，以後如果留下疤痕怎麼辦呢？每次醫師來查房的時候，媽媽就一定跑去問醫師說：「醫師啊，我這個女兒這個臉，以後怎麼做美容？」可是後學一點都不擔心，為什麼？因為就在理天的時候，老師有給後學叮嚀交待說，要幫忙後學，讓後學的臉好的最快，老師說：「這個臉會讓你好得最快，因為你還有很多事情，要去替老師辦很多事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所以那時候，後學全身上下的傷口，像後學膝蓋的傷口，後學本來學護理，回家擦藥，自己擦藥整整一個月才好，而且都留下了疤痕，後學臉部是最嚴重的，可是竟然就在後學要出院的那一天，第七天，後學就發現這個臉的這個傷口很癢，後學就去抓它，就沒想到一抓，厚厚的結痂就整個掉下來，掉下來之後，後學的那個臉就跟沒有車禍之前是一模一樣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曉得各位前賢有沒有看過傷口是怎麼癒合的過程，因為後學本來學護理的，每天在醫院我們看過各種大大小小的傷口，很少那個結痂掉下來，跟之前一模一樣的，就像我們自己小的傷口，有沒有扣下來都會紅紅的一段時間，才會變回來。所以後學非常感謝老師慈悲，讓後學這個臉都看不出來，都沒有留下疤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再一個是老師也很慈悲，後學在理天的時候，給後學叮嚀非常多的事情，那沒想到這每一件事情都應驗了，老師真的是，人家說佛不打妄語，就是這樣子，每一件事情都應驗了，包括後學在上面老師要叫後學下來的時候，跟後學問說：「禎美，讓你下來的時候呢，像小孩子一樣快快樂樂好不好？」後學就給老師回答「好」，沒想到這個「好」，讓後學整整兩年，後學的動作、講話都像小孩子，就變回了後學在理天的模樣。原來後學在理天是個小仙童的這個模樣。所以這個過程的一個顯化故事，大概就是這樣子一個開始。所以老師很慈悲就是老師給後學叮嚀的每一件事情，後面都應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後學就細說從頭，老師帶後學回去，老師給後學叮嚀了什麼，後學發現老師真的很慈悲！有時候我們在修道的過程當中，我們心中還有很多的疑惑，不是很了解，甚至我們很想修道，可是常常也會怎樣？沒有抓到重點。那老師很慈悲帶後學回去的時候，一項一項跟後學提醒，後學才恍然大悟，原來修道就是要這樣子修的，要好好的從【心上】下功夫。那後學剛才有提到說後學發生的那個車禍，當時後學才二十四歲，發生了那場車禍，相距已經十一年了。那時後學沒有想到說，自己會在那麼年輕就差點回去了，那件事情讓後學體悟到人生無常，這件事情是很可怕的一件事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常常每個人在人世間活著的時候，每天都活得很忙，因為很多事情我們都要去忙對不對，可是忙的過程當中沒有去思考，人生除了現實面以外呢，人生還有個真實面，所謂什麼是人生的真實面呢？就是人生活著就有生、老、病、死，還有人生是很無常的。那什麼是無常呢？無常就是怎樣？就是變化、沒有一定的，就像我們的身體是無常的，就像後學那時候，無常找上後學了，後學可不可以說「不要」，say」No」，而且那時候後學剛好還很年輕，大學正要畢業，正要展翅高飛的時候，無常竟然找上了我，後學想說say」No」的機會都沒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過這次後學非常的感謝老師慈悲，再給後學一次機會，所以後學就一定要跟以前不一樣，要去思考很多的事情，一定要好好去想，人生這麼無常，究竟我們要把握的是什麼？要去體會的是什麼？所以後學對無常有很深刻的感受，後學覺得無常，它並不是讓我們害怕用的，無常是讓我們可以學到很多功課，讓我們真正地去面對生命的很多真實的層面，讓我們知道無常當中我們要把握什麼，就是要把握真常。那到底真常是什麼，所以讓後學體會到，人生當中有無常，可是它也有真常。從無常和真常當中，也可以讓我們體悟到人生什麼是真的，什麼是假的。所謂真的就是怎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常而不變，那假的就是怎樣？變而無常。所以後學覺得，濟公老師也慈悲提醒我們，一個修道的人，對人世間什麼是真的，什麼是假的，一定要很明白地了解，如果不明白，要修道都不是很容易。因為我們就不曉得什麼是我們要把握的，我們當然是要把握真的對不對。所以人世間有很多東西是無常的，那很多東西是真常的。上帝很公平，我們把時間、精力投資在哪裡，你的成就就在那裡。那如果我們都把時間投資在無常的東西的話，那將來呢就是怎樣？我們的成就也是會一場空，所以我們應該把時間精力撥一點點來投資在什麼是真的，什麼是真常，值得我們去了解探討的地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老師帶後學回去，後學就看到，哇，回到理天真的很漂亮。那回到那邊，後學就看到一群小仙童在歡迎我回去，後學看到他們也好高興，原來他們以前都是後學在理天的玩伴，後學看到他們好高興，就玩在一塊了，好久沒見面了，後學看到他們就說：「啊，好久不見了」，他們看到後學，就覺得你怎麼那麼久都還沒有回來。後學就跟他們玩在一塊，玩得都忘記老師的存在，那老師就看不下去了，把後學叫過去說：「禎美，你在天上那麼貪玩，到人間不可以貪玩了，知不知道？」老師就很慈悲，提醒了後學，叫後學下來後不可以再貪玩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件事情讓後學想了很久，什麼叫做不要貪玩？人世間我們常常都怎樣？我們是不是玩過頭了！我們在人世間很多地方，我們在遊戲人間，還是被人間遊戲的。這個很好玩哪，後學就一直在思考這個問題，老師在提醒我什麼？好多年之後，後學慢慢體悟到，老師在提醒我們，那就是來到紅塵，不要忘記了你最重要的事情是什麼，我們都是怎樣？我們來到紅塵我們每一個人都是乘願而來，我們有我們的使命要了，不要在紅塵追逐很多的東西，忘記了你來的目的是什麼，那將就會怎樣？玩過頭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在《六祖壇經》裡面有提到說什麼叫做遊戲三昧，因為後學發現在紅塵大家都想遊戲人間，大家懂得什麼是遊戲三昧，回去大家可以翻一下。《六祖壇經》有講，我們要怎樣？來去自由，無滯無礙，才是遊戲三昧。來到紅塵，很多東西要怎麼樣？我們不要被很多東西給執著、障蔽了，我們要來能夠進，也能夠出，來去自由，無滯無礙。就一個比喻來講，常常我們都在賺錢，有沒有？如果我們太執著這個錢的話，我們就會怎樣？我們的心就會被錢轉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很多時候老師很慈悲，提醒我們來到紅塵記得怎樣，我們要忙最重要的事情，記得達成我們的使命跟任務，還要達本還源，不要追逐假的東西，都忘記來這個人世間的目的是什麼。老師很慈悲，就提醒後學，帶著後學走，一邊走就一邊叮嚀後學，老師就跟後學說：「禎美啊，帶你回來後真麻煩，怎麼連個地方站都沒有。」那時後學才恍然大悟，我們修道一定要腳踏實地，好好真正地修，我們可以騙得了別人，其實騙不了誰？騙不了上天，騙不了仙佛。你回到理天一看，一清二楚，你到底修道有沒有真修實煉，就非常的一目了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後學修得不好，老師一看就知道了，就說：「哇，你回來連地方站都沒有。」還不夠格回去喲。那怎樣才夠格回去，大家知道嗎？一定要把我們的雜質，我們的一些不該有的東西都去掉，修得怎樣？很清明，很透徹，才能夠回得了上天那邊。那老師就繼續帶著後學走，給後學提醒了很多事情，也讓後學了解到後學個人的因緣。老師一回去就跟後學說了一件事就說：「禎美，你給我開了很多空頭支票，你知不知道？」後學就想，怎麼一回來就跟我提這件事情，什麼是空頭支票？大家知道老師的意思嗎？老師在提醒後學怎麼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給老師許了很多的願立都沒有做到，老師就說後學開了很多的空頭支票，都怎樣？沒有兌現啊！後學那時心就在想，老師大概是在隨便說說的，那我就隨便回答，就說：「老師，我忘記了。」那我就想，看老師會不會這樣就算了。沒想到老師很認真呢，我們濟公老師就從他的口袋裡面拿了一本簿子給後學看，哇，上面寫得好清楚喲，把後學曾經立過的願立就一條條都寫得非常的清楚。後學一拿起來看：啊，不得了，怎麼那麼多點！後學就在想：唉，怎麼那麼多點，有的甚至一點印象都沒有啊。後學心裡就在想，會不會是老師幫我寫的，那我怎麼一點印象都沒有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然後後學就鼓起勇氣，跑到老師的身邊，就問老師說：「老師，怎麼很多我都沒有印象啊，是不是你幫我寫的？」老師就搖搖頭跟我說：「你自己講的話你都忘記了！」就叫後學把上面的每一點都記起來。後學一看不得了啊，這麼多點怎麼記啊！後學就想個辦法，原來它每一個大點，大點下面都還有小點，好清楚，後學就把大點背起來，記在心裡，後學曾經立了這個願力，然後接下來要怎樣？要把自己的使命達成。那其中有一點，後學還是非常的納悶，後學敢保證這輩子沒有立過這一條願，後學就鼓起勇氣問老師說：「老師呀，怎麼這一條我一點印象都沒有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那條願立是寫什麼的？是寫後學要把我們全家的人都帶回去，當初的後學絕對不敢立這條願力，為什麼呢？因為後學那時候只有自己，全家人只有自己勉強還算是有在吃素，有在學道，不敢說修道，還只是學道的過程。那其他的人呢，父母親對道都不了解，那媽媽跟爸爸每天都在玩股票，弟弟也是對道都不了解，所以希望他們全家能夠跟後學一樣，能夠來道場學習聽道理，好好的修道，是後學很大的期望。可是後學不敢把它當願力來立呀，所以那時就跑去問老師說：「老師，怎麼這一條一點印象都沒有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老師就很慈悲，老師就顯個像給後學看，原來這條願力不是在人間立的，是在哪邊立的知道嗎？這是在天上立的。所以可見啊，我們常常聽到仙佛，還有明師都會慈悲說：「我們很多人都是從哪邊來？我們都是乘願而來！」來到紅塵有兩種嗎，一種是乘願，一種是乘業，不是願力就是業力。我們很多人都是乘願而來，我們都有使命，有願力的，那這條願力並不是在紅塵立的，是在理天就立的。老師就顯那一幕給後學看，讓後學知道後學當初立這條願力的情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原來有一天，我們濟公老師就把天上的那個小仙童都叫過來，就跟我們說：「唉，人間有一個人不錯喲，他想要生小孩，那你們誰想下去？」天上的小仙童，就像後學因為怎樣？因為起了這個凡心，就心動了，就很想下去，後學就心裡想，後學以前在理天都是帶頭在玩的，所以腦筋都動得很快，後學就跑到老師的前面，跟老師說：「老師，你讓我下去，我下去之後呢，我把他們全家都帶回來。」老師聽了後有沒有很開心，很高興？（有），老師就摸摸我的頭，就說：「好！讓你下去。」所以後學就是因為這個因緣就下來了。那後學立的那個願要不要了？要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老師回去就很嚴格地問後學說：「禎美啊，那你給我帶誰回來了？」後學就心裡想：「糟糕，全家的人只有後學勉強還有算在道場學道，其他的人呢，根本都沒有，那怎麼辦呢？後學就在想，這樣怎麼辦呢？怎麼交差啊？後學腦筋都動得很快，後學就想到：「唉，至少我們全家都求過道了，不曉得這樣可不可以？」其實我們全家求道，也不是後學帶去的，是後學的媽媽。後學的媽媽很好玩，她當初為什麼把我們全家都帶去求道呢？她就想求道是不是有三寶，三寶是不是很好？她就覺得怎樣，全家至少都求了三寶，可以怎樣？保平安，對不對！求了再說，這樣子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她只是求了道，並沒有去研究道理，只是把我們全家都帶去求道了。然後後學就跟老師報告：「老師，我們全家都求道了，這樣可不可以啊？」老師就搖搖頭，老師就故意問後學說：「那你們家好像連個道場都沒有，這樣子怎麼算是全家都帶回來，家裡也沒有道場，也沒有吃素，也沒有修道啊！」後學就想，怎麼辦呢？對呀，我們家裡也沒有道場，父母親也都沒有接近道場，也沒有學習吃素，也沒有修道啊，那怎麼辦呢？然後後學就趕快跟老師報告，因為後學曾經努力過，我也努力希望父母親能夠設道場、修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初後學在中山醫學院讀書的時候，我們的負責講師就是吳忠誠，吳講師，後學自己講了，講不過父母親，後學就拜託我們那個吳講師，他是從臺中要坐了三個小時的車子，坐過官塘，哐哐哐，坐到後學家裡成全後學父母親修道，後學父母親呢，就是成全後學媽媽設道場，結果有沒有成功？沒有啊！因為後學媽媽她有三個執著，她覺得她不可能家裡設道場、也不可能吃素修道。那大家知道哪三個？三點嘛，第一點，後學媽媽覺得吃素太難了，而且吃素後學媽媽也努力過，她只要吃超過兩餐，她就會覺得怎麼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很想要吐，她覺得吃素有那個菜味，不曉得大家吃得出來嗎，吃素有個菜味，所以她覺得她沒辦法吃素。第二個原因就是後學媽媽覺得，設道場太麻煩了，設道場麻不麻煩？是不是壇主很辛苦，早晚都要怎樣？獻香對不對？初一十五還要怎樣？還要獻供對不對？那道親來要不要招呼？就像今天大家開班，我們劉壇主是不是都很辛苦哦，一大早就起來，準備招待大家，是不是很辛苦？所以後學媽媽說這個苦差使她才不要。後學媽媽那時的價值觀就是：人生就是賺錢、花錢、享受，她才不要用這個事情綁住自己，而且後學媽媽說，她有空了她就要出國去玩，她才不要弄個道場把自己綁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這兩個原因，後學媽媽沒辦法設道場，也沒辦法修道。再第三個原因呢，就是後學媽媽說，我們家裡有供奉祖先，祖先也沒有吃素，你現在設個道場，祖先要拜素，萬一祖先不高興怎麼辦？所以後學媽媽就三個原因，她覺得她沒有辦法設道場吃素。那後學就趕快怎樣？跟老師報告啊，我已經努力過了對不對。在理天很好玩，你不要講太多話，你只要點點點，老師就知道你要講什麼了。那老師就接著跟後學講，你回去跟你媽媽說，下面的話就是老師要破後學媽媽執著的，就跟她講，你回去跟你媽媽說，你們家的家運，已經越來越不好了，只有一個辦法可以改變家運，就是怎麼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家裡設道場，全家修道，這是老師說的，全家修道可以改變家運。那各位前賢有沒有看過一本書叫《了凡四訓》，它裡面教我們怎麼樣改變命運的方法，原來我們好好修道，就是怎樣？修心，把我們心念一改變的時候，我們的命運也會改變的，大家有沒有聽過他的故事，有機會我們可以跟明師要這本書，這本書它是非常好的一本書，袁了凡四訓，它教我們怎麼改變命運。那老師很慈悲，他就說我們家裡設道場全家修道就可以改變家運，那後學媽媽就真的，兩個月後我們家裡就設道場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初設道場之前，我們的家運真的是不好，家裡發生了非常多大大小小的事情，很多事情都不平安，包括後學出車禍，還有很多事情，所以後學媽媽一聽就懂了。所以我們每一個人要改變自己的命運，就好好的從自己的修道開始，從修心上下功夫。那要改變家運呢，就怎麼樣？全家一起來修道，我們的家運一定會改變的。那老師又繼續說：「你回去跟你媽媽說，你的外婆現在日子不好過，等著你們家設道場，她要沾光。」老師在講後學外婆，後學外婆在當初過世很多年了，後學外婆是得胃癌過世的。可見人不是一死就一了百了，因為後學的外婆當初沒有修道，她的靈性還在幹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是會受苦！所以她在等著我們怎樣？子孫好好的修道，她才可以沾光，可見我們不要小看我們修道，我們修道的人可以怎樣？有沒有聽過一句話說，一子成道，九玄七祖都可以沾光是不是，都可以超升，都可以沾光。這也是老師講的，所以我們很多的祖先都等著我們怎樣？好好的修道！所以我們不能看輕自己，我們後面啊，旁邊啊，都很多人在等著我們好好地修道，所以要好好的努力啊。好，所以後學的家裡就這樣兩個月以後就設道場了，設道場之後，後學的家裡有沒有改變，哦，改變非常的大！包括家裡就一片祥和之氣，而且把老母請到家裡來安座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的就是家裡整個氣氛就不同了。像後學的父母親，他們年輕的時候，兩個個性上就不和，從年輕，從後學很小吵吵到大，常常聽到家裡是什麼聲音？吵架聲，或者是子女對父母親怎樣？也會頂嘴！家裡都是一團亂七八糟的。可是當我們全家修道以後，有沒有很大的改變？有誒！這印證了《大學》講的一句話，《大學》講怎樣？修身才能夠齊家，那修身之前要幹嗎，要先明明德，就是我們明明德的功夫，就是怎樣？明德、親親、新民、止於至善，然後才能夠怎樣？物格而後知致，知致而後意誠，意誠而後怎麼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後身修，身修而後家齊，家齊而後國治，所以我們好好的修身，我們就可以齊家。後學父母親開始修道以後，開始改變自己的脾氣毛病，竟然後學有一天，後學就發現那個奇蹟竟然會產生，以前只聽到他們彼此在數落對方的不是，竟然有一天聽到他們兩個在怎麼樣？彼此誇獎對方！那對後學來講是很不可思議的事情，為什麼會有那麼大的改變呢？後學心裏面就在想，為什麼會改變那麼大？是對方改變的還是我們自己改變的？其實應該都有，對不對？有聽過一句話，修道的人修心，當你心境美的時候，就怎樣？事事皆美，物物皆美。所以修道的人，看人有沒有不順眼的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的人看人都是很順眼的，修道人看人哪一點都是很美的，你看仙佛看每個眾生都是很美的，有沒有想過這件事情？那我們人用什麼角度來看人，要把那個角度改變過來，改變像仙佛的角度，看每一個人都很順眼。所以後學常常用這個來衡量自己，我們修道修的好不好就看自己，我看到順眼的人越多呢？還是不順眼的越多呢？好，順眼的人越多，表示我們修道有進步，如果沒有，我們就要反省一下。所以佛眼看人都是很順眼的。有聽過佛印禪師和蘇東坡大仙的故事嗎？佛印禪師看蘇東坡坐那邊就像一尊什麼？一尊佛，對不對？那蘇大仙看佛印禪師穿一身袈裟就像什麼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他就形容他像牛糞，對不對？他就以為他贏了，結果他回去跟蘇小妹報告的時候，蘇小妹說：「大哥，你這次輸的最慘，因為人家佛印禪師用佛眼看你，所以像一尊佛，那你不曉得用什麼眼看人家對不對，把人家看成了一堆牛糞，對不對？」所以我們修道呢，每一個人修心，心境美的時候，看每個人都是很美的，心境善，看每個人都是很善的。那就是這一點，那這一點也是感謝老師慈悲，改變了後學家裡，後學媽媽就是因為這樣子而改變。再來呢，老師在理天的時候會問後學的一件事就是：「禎美，你曉不曉得你媽媽的腦袋瓜就只有裝兩個字!」叫後學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猜了很久，後來終於猜到了，你知道哪兩個字嗎？就是「賺錢」，老師就說：「你媽媽腦袋瓜裡面就只有裝「賺錢」這兩個字！」當初老師講的沒有錯，因為在民國八十年的時候，那時是股票都大漲，漲得很高的，後學那時候家裡的經濟狀況都算不錯，所以後學的爸爸媽媽兩個人沒有在上班，他們兩個都做什麼事呢？他每天都穿得漂漂亮亮的，開著轎車到哪裡呢？到股票市場，租個貴賓室，就在哪裡幹嗎？玩股票！所以你每天聽到他講話都是什麼？漲停板、跌停板，都是股票經，你跟他講修道的事，他都跟你說什麼？沒有空！沒有空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所以後學那時候也是很苦惱，媽媽整天都是忙那個，然後後學媽媽下午去哪裡呢？她就去【自然美】那裡做臉，讓她的臉看著漂亮一點，結果這樣子有沒有越來越漂亮？唉，並沒有，後來怎樣才變漂亮，知道嗎？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就是後學媽媽吃素以後，啊，那個臉真的是變得越來越漂亮，因為後學媽媽就一直為了她的臉的黑斑很困擾，用盡了各種方法，花掉了不知多少的冤枉錢，包括後學以前讀藥學，後學專科讀藥理，讀藥專的時候認識了很多的教授，還有林俊卿教授，後學就帶後學媽媽去看那位教授，開了一些藥，他就說後學媽媽體內有毒，吃很多排毒的，包括要把薏仁當飯吃，排毒，結果吃了有沒有用？都沒有用，那個臉上的黑斑還是照舊。後學媽媽黑斑怎麼不見了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臉怎麼變漂亮的，就是開始修道，後學媽媽吃素不到半年，那個臉全部的斑全都不見了，所以現在看到後學媽媽的人都會嚇一跳：啊，你的臉怎麼變這麼漂亮？其實就是什麼造成的？是吃素，吃素才可以真正地排毒，把身體的不該有、髒的東西都排出去。而且後學媽媽跟爸爸修道以後，那個臉就不一樣了，大家有沒有仔細看看我們明師的臉，是紅光煥發，像後學當初，後學現在也是，當初在學道的時候，很喜歡看明師、講師的臉，因為每一個看起來都怎樣？很漂亮、很舒服！為什麼？有沒有聽過相由心生，當我們在修道的時候，我們的面相會慢慢的改變，這樣了解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就像後學爸爸媽媽以前的眉頭都是怎麼樣？都是結在一起的，可是在修道以後，竟然慢慢的會打開，而且那臉看起來是會亮的，為什麼會亮？當你把你的自性的燈點亮的時候，把你的心燈越擦越亮的時候，你的臉看起來是亮的耶，不相信我們回去好好的試試看，我們可以把自己的相片留起來，修道幾年後做個比較，修道以後有沒有越修越怎樣？開始慈眉善目有沒有？修道看起來那個面相久了都會改變的。好，所以修道修心，真的是有很大的改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時後學媽媽，真的她的心就一直在忙賺錢，那老師怎麼跟後學媽媽講，他說：「禎美啊，你回去跟你媽媽說，說那個錢夠用就好了，不要賺那麼多。」好，老師怎麼說？他說夠用了，不是說不要賺了，他說夠用就好了，這樣知道嗎？老師在提醒我們，人生在人世間一場數十年當中，不能把所有時間都拿去幹嘛？賺錢，對不對？要把一點時間花來怎樣？好好的修道啊，不能全部的時間都拿去賺錢，這樣太可惜了。老師繼續又說，你回去跟你媽媽講，說：「你們人世間的人啊，也不是你想賺多少錢就有多少錢。」好，老師就這麼說，老師就接下來跟我說：「你要好好的修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剛好那時候民國八十年的時候呢，大陸發生了一場很大的水災，老師就舉這個例子，老師就說：「你看啊，大陸那邊淹水災，那麼多的災劫有沒有？」老師就說，你們臺灣也有，只是因為怎樣？有很多修道人，所以來的比較慢。大家想想看，從八十（1991）年到九十一（2002）年這中間，我們臺灣是不是發生了很多事情，很多的災難，所以我們要好好的修道，才能夠躲劫避難，我們好好的修心啊。在我們的無常還沒有找到我們的時候，趕快怎樣？好好地修道。所以那時候老師就很慈悲，提醒後學媽媽，不要把所有時間都花在哪裡？花在賺錢。後學媽媽有沒有很聽話？有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媽媽她真的很有決心，然後聽老師的話，她就回來把所有的股票都賣光，這個修道要不要有點決心？有，後學媽媽真的很有決心的，聽老師的話，老師說修道不要一直忙著賺錢，她就把所有的股票賣光。唉，結果這樣子聽老師的話對不對？對！當初後學媽媽把股票賣光很好，那時候股票跌的非常的慘有沒有？還好那時候聽老師的話，那時候後學媽媽把股票賣光了，她就開始做什麼事呢？因為後學媽媽就是說，我現在當壇主了，我什麼都不會，吃素也不會，拜拜也不會，後學媽媽就一切從頭開始，所以修道不怕慢，只怕站，只要你有決心，一切都不會嫌太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媽媽就為了表達修道的誠心敬意，那時候修道也不會吃素，也不會煮素菜，後學媽媽就怎樣？就去素食館去做事情，去那邊幫忙，為的是什麼目的？為的是要去學怎麼做素食，成全家裡人吃素，也成全附近的道親跟著吃素，所以後學媽媽就開始這樣子哦，放下身段，很多年都沒有做工了，大家知道去素食館做工很辛苦的，媽媽就講給後學聽，她每天都站在外邊洗菜、端菜，是不是很辛苦！後學媽媽的手部以前就有受傷過，所以手有風溼，晚上就會怎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風溼就會發作，所以後學媽媽每天晚上去道場，整理道場，然後就跟老師報告，就跟老師說：「老師啊，修道好苦，好辛苦啊，全部的手都抬不起來。」可是啊，她每天給老師報告，她每天就喝老師的敬茶，貢茶，這喝喝喝，很奇妙，那隻手就怎樣？就不酸了耶，就好了，後學媽媽就好開心，最後就想到老師，濟公老師曾經講了一句話說：徒兒，你只要發三分心，老師助我們七分力，那現在又改了，聽說只要發一分心，老師就助我們九分力，只要我們人有善願，天必從之，這是真的！所以後學媽媽就很努力的，就真的放下身段好好的修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媽媽修道以後有沒有越來越快樂，有沒有比以前更快樂？有！後學媽媽以前沒有修道的時候，很多事情都想不開，她每天的心情都會隨著股票的漲停板跌停板，怎麼樣？起起伏伏，現在會不會？現在不管它漲停板跌停板。後學媽媽以前，沒修道以前，她的心思都放在子女身上，每天都煩惱東煩惱西，只要子女，象我們晚點回家，後學媽媽會做什麼事？她就會站在窗臺、窗子面前等等等，等到我們回來，甚至我們家附近有一座橋，後學媽媽還會跑到那個橋邊等我們，可以知道，後學媽媽的心就被我們這些小孩子給綁住了，不得自由。那現在修道以後有沒有快樂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啊，她想通了啊，兒孫怎樣？自有兒孫福，她學習放下。後學媽媽就說，她修道，她找到了人生的目標，為什麼？她每天在道場，她怎樣？學習幫忙別人，付出，當志工，她覺得怎樣？人生過得很有意義，很有目的，很有目標，不像以前就像一隻浮萍一樣，漂來漂去，不曉得為什麼而忙，每天只是忙的那些錢而已。她現在覺得每天都過得很有意義，很快樂，所以後學媽媽現在每天都掛在嘴邊的都是：「很感謝老師，感謝天恩師德，感謝老師提醒她知道要好好的修道，修道讓她找到了人生目標，也找到了快樂之道。」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我們不要小看我們修道的力量，修道，我們好好的下功夫的話，你一定會發現自己慢慢地改變，自己的面相也會怎樣？也會慢慢的不一樣。然後呢！我們好好的修道，可以改變我們個人的命運、很多的造化。如果說我們全家修道，就能夠怎樣？我們全家的家運就會改變。以上是老師慈悲提醒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是經歷了上次那個車禍，了解了人生真的很無常，從無常當中後學就體會到了有沒有好好的把握什麼是真常。好，那真常是什麼，各位前賢了解吧？好，我們求完道以後大家要了解，這是我們修道就是最重要的，一定要好好的把握。接下來老師帶後學回去，老師就提醒了後學很多的事情，下面提醒到後學修道有毛病的地方，有脾氣毛病要改。老師帶後學回去，就給後學講好多後學修道修不好的地方，老師每次講一點，後學就會覺得很慚愧，就很不好意思，頭都低低的。老師一直講，講到後學都已經怎樣？頭都低到不能低的時候，老師講完了沒？還沒有，可見有多大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時後學就會想說，理天的風景這麼漂亮，被老師念叨心裡會怎樣，就很不舒服，對不對？後學心裡念頭一甩，我就想說，好吧老師，你念你的，我就假裝怎樣？沒聽到；我就自己在那裡看理天的風景，看得好舒服對不對，後學剛這樣子想的時候，老師知不知道？老師就回過頭來念我了，就說：「禎美啊，我在給你交待，在給你講這些話，你都沒有仔細聽，你回去要是漏掉一點，我就打你的屁股。」後學當時恍然大悟，原來老師給後學提醒的事情這麼重要，後學就慢慢地把他記起來，我都不敢把它忘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帶後學一回去就提醒後學修道修不好的地方，老師就念後學，因為當初後學在大四那一年，後學曾經有懷疑過老師，我就是想說，因為那時後學大四快要畢業了，就要煩惱考國考，要考執照考，然後煩惱上哪裡去工作，那時候夥食團的道務又辦不開來，自己的功課也很重，所以那時煩惱非常的多，當我們人煩惱一多的時候，你的內心就沒辦法怎樣？很清明，很自在，當你內心沒辦法很清明、很自在的時候，你對道的信心一定會很低，這樣了解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的道心就被很多烏雲蒙蔽住了，那時後學就是因為這樣子，就對道起了懷疑，也懷疑了老師，我曾經就偷偷地問老師說：「老師呀，現在有這個徒兒很爛，在這邊，快不行了，老師你要怎麼幫忙我。」結果後學想了很久，就自己給自己答案，就是說怎樣？老師的徒兒那麼多對不對，他一定不知道我的存在，我就想到一個方法說，我看我還是自求多福好了。就沒想到，後學被老師帶回理天才恍然大悟，老師有沒有在我們身邊？老師都一直在我們身邊，從來沒有離開過，只是後學不知道而已。那老師在我們身邊，為什麼後學會知道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那時老師帶後學回去，就講了很多後學修道修不好的地方，包括在哪裡，不是只有在道場，包括後學在家裡表現不好，老師也知道，包括後學那時在醫院實習，在醫院表現不好，老師也清楚，包括我住在夥食團裡邊，因為我們那一年，我們發一組要是有學生的話，就住在一起，就叫夥食團，在裡面一起修辦道，後學就在裡面，也是很多脾氣毛病，表現不好，老師知不知道？老師也知道。所以可見老師從來有沒有離開過我們？都一直在我們身邊，那後學還懷疑老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時候後學才恍然大悟，原來修道不是只有在道場，才叫做修道哦，修道，其實我們自身就是一個小道場，我們到哪邊，都要把道帶著才對呀，不是只有在道場表現得彬彬有禮，回到家裡又怎樣？講話又很大聲啊，不禮貌之類的，所以說我們修道，真的要每個地方，處處都是道場，處處都要有道味。那後學就不是這樣，後學就處處就怎樣？都不像修道的人，老師就看得一清二楚，老師就提醒後學。那時後學在醫院剛在實習，是小護士，做錯事情就會被護士罵，被罵的時候後學心裡高不高興？就很不舒服，對不對！後學不舒服的時候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各位前賢如果你被人家數落，你心裡不舒服的時候，你會怎麼辦？後學就找人訴苦啊，後學就找人家，就告訴同學說：「唉，某某同學，那個人對我很不好」，就講她很多很多地方缺點，這同學就幫忙我，怎麼幫忙我呢？她就罵那個人給我聽，那我聽了會不會很舒服？結果這樣子做，老師知不知道？濟公老師也知道，他就跟後學說：「禎美啊，你算什麼修道人啊，你修什麼道啊，你到現在還到處講別人壞話，你修什麼道啊！」那時後學恍然大悟，原來修道的人，可不可以說人家是非？我們看《六祖壇經》就知道了：「若真修道人，不見世人非，若見他人非，自非卻是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所以其實我們看人家有是非，代表我們心中怎麼樣？我們也有是非。這是我們修道要修的地方，那時後學恍然大悟，原來修道的人，怎樣？不可以到處說別人壞話。OK！我們修我們口業有沒有怎樣？不要有惡口、兩舌，有沒有？綺語，很多嘛，我們身口意很多地方都要修，後學都是掛在嘴巴修，講是聽了很多的道理，有沒有做到？沒有！只講義筆記抄得很漂亮而已，可是回到家裡呢，那些道理歸道理，那你自己有沒有把道理用在身上？還是都沒有，所以老師一看就怎樣？就一清二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時候後學在夥食團裡面，還有一件事情，就是我們那時在夥食團裡面，後學在找房子，總找不到很理想的房子，有一天，我們真的找到我們期望中的房子，就是要很大，然後離學校又很近，方便道務的推動，又要很便宜，這樣是不是好不容易找？結果讓我們找到了這樣的地方哦，又大又便宜，而且那個房東已經跟兩個人籤好合約了，都要租出去了，卻竟然還是租給我們了。當我們籤好合約的時候，心裡就好高興就在想，莫非這個房子有仙佛撥轉，幫我們找到了這麼一個好的地方。結果等後學回到理天才知道，不是莫非，是千真萬確是仙佛幫忙，是哪位仙佛幫忙找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就是老師，是濟公老師幫我們找到了那個房子。濟公老師他就念後學說，那個房子幫你們找到了，結果有沒有替老師在做事情，都沒有哦，就是只會在裡面偷懶、懈怠。為什麼那時候我們會這樣子呢？就是因為那時道務推動遇到困難，那時我們大四，要畢業了，功課很重，那時我們道務推動遇到瓶頸，前面沒有人，後面也沒有人，已經辦到前不見古人，後不見來者的這種境界，所以那時候我們大家內心都很苦悶，道務又推動不了，功課又很重，對不對，渡人人家又不要來，那我們就怪別人怎樣？眾生怎樣？根基不好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從來都不會反省自己，所以那時候我們大家共同的默契就是大家一起休息，好，我們就怎樣？就在夥食團裡邊每天悠哉過日子，把自己功課顧好就好了，道務就怎樣？就停辦嗎，休息。結果我們這麼做的時候，仙佛擔不擔心，很擔心啊。所以我們每一個人不要不看重自己，我們好好在修道，一個人修道，一個人發心，會影響很多眾生。那我們一個人懈怠了，也是影響到很多，所以我們這樣做的時候，老師擔不擔心？老師很緊張，他就說看你們都在裡面偷懶、懈怠，老師很緊張、很擔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時候我們道務就是推動不了，我們都是怪眾生根基因緣不好，結果老師他就跟我講：「禎美啊，你曉不曉得你們道務為什麼推動不好，你曉不曉得？」老師就把我們的原因講出來，老師說什麼知道嗎？老師就說：「因為你們啊，上梁不正下梁歪。」這樣了解嗎？你們道務為什麼推動不了，因為你上面的人的帶動者，你沒有把修道的楷模表現出來，每一個人在修道，把修道的那個道味表現出來，我們修道人要給人家感覺就是怎樣？你要以身作則，不是掛在嘴巴修道，所以今天我們要渡人之前，要像儒家所講的，要先怎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己立而後立人，你自己在修道，你自己都修道修的不快樂，你的生活有沒有到位，沒有到位啊！作息不正常，吃也不正常，然後呢，每天睡覺也不正常，讀書也沒有用心專心，就是沒有到位就對了，那這樣修道沒有樂趣，別人敢跟我們修道嗎？所以不敢！所以老師講的好不好？所以說：「行有不得，反求諸己」。當我們道務推動不了的時候，我們不要怪眾生的根基因緣不好，我們就先反省我們自己，我有沒有把道運用在自己的身上，把道表現出來？好，這是老師提醒的。老師還提醒後學說：「禎美啊，你修什麼道啊，你到現在還會怎樣？忌妒別人，怨恨別人，討厭別人，你修什麼道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老師這三句話真的將後學打醒了，敲醒了，讓後學才恍然大悟，我們常常會掛在嘴邊說，修道就是修心，可是我們的心既然有那麼多的不該有的心有沒有，我們有沒有下功夫過？好像很少哦！象後學自認為，那時候修道第五年了，都自認為每天跑道場，好象跑的很認真，到道場聽課，我就以為這樣就是修道了耶！講師講什麼就很認真地聽，那有活動就幫忙辦，幫忙打毛巾，幫忙做很多事情。我以為這就叫修道，其實那是不是修道？那只是在辦事而已。真正的修道要從哪邊下功夫？從心！所以我們看《六祖壇經》有講，我們要怎麼下功夫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性眾生無邊誓願渡，自性法門無量誓願學，所以我們的心內有沒有很多的眾生，有啊，我們的自心眾生有很多啊，像邪噁心、不該有的那些心，怨恨別人的心、貪心、貪嗔痴的心，那都是不該有的心，我們要把那些眾生給渡化起來。所以修道就是要真的從哪邊下功夫？修心！那後學以前都不曉得，以前看到別人不順眼的時候，看到別人很討厭的時候，後學就會想：「這是你讓我討厭嗎！」就是長得那麼討厭，讓我才會討厭你對不對，從來沒有想到要反觀自己。其實你要感謝它，讓你知道怎樣？你心中還有個討厭別人的種子，你要去化除，你心中還有對待心。好，後學這樣講了解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今天修道的人一定要從這邊下功夫，從心上下功夫。所以在《六祖壇經》裡有提到說，有人問六祖說：「請問西方極樂世界有多遠？」六祖說，有十萬八千裡。這十萬八千裡你要怎麼走呢？我們六祖就很慈悲，他就說，你只要去十惡，就是走了十萬裡，然後再去八邪，又走了八千裡。所以十萬八千裡從哪邊走？還是從我們的心上走，我們心上的十惡八邪去把它去掉，去掉了以後就怎樣？頃刻就到了。所以修道後學非常感謝老師的慈悲提醒，一定要怎樣？從心上下功夫，我們每天就反觀自己：我的心裏面還有多少的眾生，還有多少的眾念叢生，哪些念頭。所以修道離不開什麼功夫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反照啊！就是反省的功夫，還有觀照的功夫，常常觀照自己的念頭，有沒有偏的，有沒有不正的，就像釋迦牟尼佛悟道的時候所講的八正道，八正道就是其中有怎樣，要正見、要正念、要正思維。我們的見解有沒有偏頗的，我們的思維有沒有偏頗的，我們的念頭有沒有偏的，只要有一偏，我們就觀照，就要把它轉回來，所以修道就是要修心，就是要調心，常常把我們的頻率調到哪裡？調到最中正中庸之道，最不偏不倚的那個時候，就是要調心，我們的頻率把它調得很好，才叫做修道啊！所以《六祖壇經》又講到說，從我們的般若可以生多少個妙智慧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可以生八萬四千個妙智慧，為什麼？因為我們眾生有八萬四千個塵勞，所以我們的內心是不是很多的煩惱？所以不要怕煩惱，不怕念起，怎麼樣？我們要把煩惱化為菩提，當我們煩惱的念頭起來的時候，我們就要怎樣？把它轉換，用妙智慧觀照，去想怎麼把它變成菩提。後學常常這樣想，有時候我們念頭的煩惱的根源，其實是有很多的執著在這裡面，有時候不是表面上你所看的問題點，還要內心一直挖挖挖，挖到最深的那一點才知道：哇，原來我就是執著在這邊。各位前賢，後學這樣講大家了解吧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我們修道要常常的，《大學》不是有講，要如切如磋，如琢如磨，上天有時候會借著各種人事物來磨鍊我們的心性，磨到最真的那一點，最痛的那一點，讓你把它找出來，你就知道了，你就成了。所以絆腳石也是你的墊腳石，煩惱也就是什麼？菩提！所以我們在人世間啊，上天常會借著很多事情來磨鍊我們，磨鍊讓我們煩惱變成菩提，就是有智慧了。所以有一次很奧妙，老師來法會啊，老師送給班員一樣東西，那位班員也很聰明，他給老師說他要什麼東西，他不是要桌上的供果，他就跟老師說：「老師，我要智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請老師給他加智慧，老師回答的也很妙，濟公老師怎麼回答他的？他說：「智慧啊，都在挫折當中，那你要不要呀？」所以你要智慧就要從挫折當中去磨鍊出來，所以可見般若，煩惱就是怎樣？就是菩提，那是老師慈悲勉勵我們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老師帶後學回去呢，其實老師只帶後學去幾個地方，一個是老師住的地方，就是南屏山，後學在上面看看老師，老師非常的忙，每天都忙什麼？三曹普渡忙不忙？好忙啊！老師非常的忙。那後學在上面，就是跟老師製造了很多的麻煩，老師一有空就坐在南屏山上，看誰呀？就往下看，看我們這些徒兒，老師的心思，念念都是惦記著我們這些徒兒，看看有沒有好好在修道。那我們這個紅塵當中的徒兒，有沒有好好在修道？我們讓老師看到高興的多，還是傷心的多？我們常都辜負老師的心，讓老師很難過。後學就看到老師在上面，後學看到老師那一幕，讓後學很感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看到我們就怎樣？就一直搖頭，看到徒兒不好好的修，老師就搖頭嘆氣。後學看到老師那一張臉就怎樣？就整個像苦瓜臉一樣，愁眉苦臉的，後學就看的很難過，就想去安慰老師。後學跑去旁邊安慰老師說：「老師啊，你幹嗎這樣愁眉苦臉的呀？」老師看看我，就跟我說：「他們都跟你一樣，陋習啊！」這樣才知道，原來啊，我們每個人都讓老師這樣的擔心。要如何才能減輕老師的重擔呢？一定要怎樣？把我們自己給照顧好。那時候後學看到老師那一幕，後學真的被感動了，老師愛我們那一幕，那個眼神，那個關切的眼神，你只要看過一次，你永遠都不會忘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覺得老師對我們的愛，已經可以感天地泣鬼神，可以感動很多天地鬼神，可是常常會不會感動我們這些徒兒？我們真的那麼鐵石心腸嗎？後學從理天被老師帶回來了以後，後學醒來了以後，後學常常會想到老師，想到老師，後學就會想到一首歌，把老師的心聲寫的真好啊。那首歌叫做「換到千滴淚」，裡邊的歌詞這麼寫：「瑤池百花盛開，為何歸人尚未回來！」就是老師說，理天的風景這麼漂亮，可是為什麼徒兒都還沒有回來；裡面還有一句話就是寫：「痴心濟公，愛徒不改，但問徒兒知音何在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」老師就說，他愛我們愛到怎樣，「成痴」來形容，就是痴心濟公，愛徒不改，愛徒兒的心永遠都沒有改變，可是徒兒能不能當老師的知音？我們常都沒辦法當老師的知音，所以老師他很難過。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初老師帶後學回去的時候呢，老師就是把很多事情交待完了，就叫後學要下去，那後學想不想下來？大家覺得人間好不好玩？那時候後學回去到理天，就覺得人間一點都不好玩，人間很苦，對不對？人生有什麼苦？有八大苦嘛，有沒有？除了生、老、病、死，還有什麼苦？求不得，怨憎會，愛別離。就像後學最近，後學在讀研究所，我們的老師，一個教授，他兒子也在讀研究所，在今年的二月二十二號，就回去了，為什麼回去呢？因為過勞死！後學聽了我們的同學在說，他小孩在要回去的當天晚上，就跟他爸爸說：「爸爸，我好累，我好想休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就這樣子講了就去睡，就沒有醒來了，享年二十三歲。所以人生就是很無常，這一覺就怎樣？就SayGoodbye了。那我們老師很難過啊，這兒子養那麼大了，然後就回去了，所以人生有很多的無常，有沒有？我們終究有一天都要愛別離，跟我們最相愛的人都要分開。還有什麼苦？求不得，我們想要什麼東西，可是偏偏求不到，是不是很苦！怨憎會，明明很討厭的人，跟他每天都要碰到，有沒有？還有很多苦，五蘊熾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人生有很多的苦，我們濟公老師也講過一句話說：「如果一個人不懂得修行，不懂得去體悟真理，人生對你來講就是一種懲罰，生命對你來講就是一種折磨。」各位前賢，覺得老師講的有沒有很有道理？如果我們不懂得修行，我們每天在人生的這個無常當中，這個苦海當中，我們會不會覺得每天都是為了這個事情怎樣？在這個無常變化當中，我們的心就不得自由，不得自在，不得解脫。我們看到花開花謝、看到月圓月缺，我們心裡就跟著在那邊難過，有一天當我們體悟到真常的時候，結果發現，從來沒有月圓月缺，也從來沒有生死。這樣了解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悟道了以後就了解，從來沒有生死，月亮從來沒有缺過，只是看你用什麼角度來看它，你用變化無常的角度來看，萬事都是無常的，可是你從不變的一個角度來看，有一個真理，體悟到真我，體悟到真，你會發現，唉，從來沒有一樣東西是變過的，包括我們，也從來沒有生老病死過的。所以像後學自己體會到了這次的無常，後學發現生死並不可怕，真的不可怕，像後學那時候車禍，一剎那當中，也不覺得痛，當場就忘記了，就昏迷不醒了，沒有任何的痛苦，就這樣回去的。可是後學覺得最可怕的是什麼，知道嗎？可怕的就是，你這口氣斷了，你不曉得要去哪裡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飄渺，不曉得要去哪裡！最難過的就是人生你沒把握到該做的事情，如果說該做的事情你沒有做，人生句點一划上的時候，你會留下很多的遺憾。所以生死並不可怕，可怕的是你有沒有認真地活過，你有沒有留下遺憾，夠了，我這輩子這樣子都夠了，對得起自己，對得起上天，沒有留下遺憾，這樣就夠了。所以後學發現生死並不可怕，可怕就是什麼？不知道去哪裡，你的靈性沒有得到解脫，那才是最可怕的一件事情。那時候老師帶我回去，我就覺得紅塵怎樣？一點都不好玩，想不想下來？不想下來耶！那可不可以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叫我下去，我就說「不要」，下去，我就說「不要」，結果怎麼下來的，知道嗎？就被老師給踢下來了，老師一踢下來的時候，後學當場在加護病房就醒過來了，後學醒過來的時候，內心還非常的懊惱，懊惱什麼，知道嗎？懊惱說，老師剛剛的佛腳，為什麼沒有抱緊一點，我明明不想下來的，為什麼被老師踢下來。那為什麼老師說我一要定下來，知道嗎？老師說：「因為你怎樣？你的願力沒有了，你的支票沒有兌現，所以你還要下來。」所以當初我們求道的時候，明師在點道的時候，有沒有說一句話說「願不能了，難把鄉還！」所以我們下來做什麼事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下來做了願的事，要把自己該做的使命、願立了完，你才可以回去。我們來到紅塵，就像老師講的，不要玩過頭了，不要在這個紅塵當中，追逐了很多的東西，以為是真的，那其實是假的。所以後學回去那一趟以後，回來發現很好玩了，以前覺得很真的東西，竟然是假的耶！以前覺得很假的東西，竟然是真的哎！各位前賢覺得什麼是最真，什麼是最假？很好玩的哦，你現在看到的一切是不是最真，看到的東西你都覺得很真實的存在，有沒有？可是它其實都是假的；那你覺得最假的，像靈性看不到，仙佛看不到，你覺得是假的，那其實它卻是最真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就是這樣，所以回去這一趟讓後學體悟到人生的真假，需要有智慧，而不是聰明，需要用智慧去體悟，那要看破，還要看透，那就知道修行真的很好，讓我們人生真的會活得越來越真、善、美。當我們修道，就是把握到真了嗎，真我可以當自己的主人，而不是每天被你的煩惱、掛礙牽著走，你的心就不得自由。所以今天修行最大的目的就是要得到心的自由，無掛無礙嘛！我們讀那個《心經》講：「心無掛礙，故無有恐怖，遠離顛倒夢想，究竟涅槃。」我們的心本來是很自由，無滯無礙的，可是要把那個掛礙，那個煩惱，都把它丟掉。所以今天修道，只是一件很簡單的事情，就是怎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把本來的我–真我找回來，把假的東西去掉。我們修道這件事情也很奇妙，你假的沒有去掉，真的也找不到，所以真舍才能夠真得，所以說修道要有點智慧，你要看透什麼是假的，什麼是真的，你假的不丟掉，你真的也是找不到。很奧妙的一件事情有沒有！假的它就把你給蒙蔽住了，你的心就看不到什麼是真的，就像烏雲一樣。所以那時候老師叫後學下來，後學就不要，還是不行，願力沒有了，沒有了完，就被老師踢下來了。被老師踢下來之後呢，後學就醒來了，內心很懊惱，老師剛剛的佛腳怎麼沒有抱緊。那時候後學就自我安慰，告訴自己說，既來之，怎樣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則安之，被踢下來就踢下來了。可是那段時間很奧妙，後學發現好像這個靈性被老師帶回理天，哇，洗滌得好乾淨的，就發現很多煩惱都去掉了，後學就發現那段時間，後學內心非常的清明，那時候非常的清明的時候，後學發現自己非常的快樂，就像老師所講的，每天都快快樂樂的，那個快樂是從內心生出來的，不是以前的那種快樂。我們以前的那種快樂是怎樣？都是因為怎樣？因為什麼樣而快樂的，都不是從內心所生出來的，那這種快樂是短暫的，都會消失掉。我這樣講了解嗎？因為外在的東西帶來的快樂，可是這種快樂都是怎樣？都是短暫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有一種快樂是不需要依賴的，不需要依賴任何東西就很快樂，是怎樣的？從你內心裏面會生出的那種快樂，是不需要任何的依賴的。後學這樣講了解嗎？這種快樂很清明。那時候非常的清明，非常的快樂的時候，後學發現啊！我竟然有超能力，這樣了解嗎？我有什麼樣的超能力呢？後學發現，當你的心很清淨的時候，你的感應力就非常的強，後學就會感應到很多事情，包括後學那時候在住院，我都會知道等下有人要來看我，什麼時候會有人來看我，後學都可以感應的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連後學的媽媽是不是在玩股票，每天都在看那個股票漲停板跌停板，後學心裡都知道什麼時候股票會漲，什麼時候會跌，我都知道，可是後學沒有告訴她。你的靈感會非常的靈妙的，所以人都是有靈感的，很靈妙喲。那時候後學還發現自己的超能力還包括，我都知道別人在想什麼，你都不用說什麼，我就知道了。好奇妙喲，後學就發現，原來我們每一個人，當你的心很清澈的時候，你就會像一塊明鏡一樣，什麼東西都可以反映得出來，別人的念波你都可以收得到，很清楚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是人而已啊，連我們家的狗，我們家魚缸裡的魚在想什麼，後學都可以感應得出來，後學發現原來眾生都有靈性的，修道為什麼要吃素，就是培養慈悲心，你就發現眾生都有靈性的，後學都可以感應的到，他們在想什麼，都知道。後學那時候有超能力對不對，後學那時候超能力還發現自己非常喜歡看經典，以前看經典都覺得看不懂，文字上的東西好深，我都看不懂，後來後學發現那段時間，後學非常的喜歡看經典，而且是《六祖壇經》，後學發現他每一字每一句都見性，都很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那時候發現看經典，竟然有一種體悟，就是每一本經典在看的時候就好像在照鏡子一樣，各位前賢有沒有過這種經驗，看經典好像在照鏡子？為什麼？因為每一部經都在寫什麼知道嗎？在告訴我們本來面目長什麼樣子！當你找到你自己本來面目的時候，發現經典所講的，對對對，我們的本來面目就是長這個樣子，就是互相輝映嘛，由經典來印證我們這個道，我們的靈性是真的。所以一般人沒有求道的人，他從經典去找道，他迷失在經典當中，我們今天求道的人，看經典是在做什麼？做印證！今天老師給我們明師一指點，我們這個道是真的，我們的靈妙的心是真的，就是這樣子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就像《六祖壇經》裡邊有一段話，五祖傳道給六祖的時候，六祖悟道時說過一段話是什麼？「啊，何期自性，本自清靜；何期自性，本自俱足；何期自性，能生萬法；何期自性，本無動搖。」後學當時就很想發出相同的感慨，啊，對對對，我們每一個人的本來面目就怎樣？我們什麼都有的，我們本自俱足，我們什麼都不缺，外面的東西都不缺，那些都是假的，我們什麼都有了，本自俱足，什麼都不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然後呢，我們的內在有無窮無量的寶藏，無窮無量的妙智慧可以從我們的本心生出來，我們的般若可以生出八萬四千個智慧，我們什麼都有，我們什麼都會，還有我們的心本來就這麼的清淨，這麼的自在，這麼樣的無滯無礙，我們本來都有的。那今天為什麼我們本來有的東西現在都沒有了呢？像後學那時候有超能力，現在怎樣，也沒有了，那些都沒有了，為什麼，知道嗎？因為我們迷失了，我們的心有執著了，那些東西就像烏雲一樣，把我們的太陽給蒙蔽住了，所以當時，後學不是醒過來的時候內心非常的清明，非常的自在有沒有？後學就很想學誰？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很想學顏回，顏回不是怎樣？他悟道的時候是拳拳服膺，很怕那個道不見了，很怕找回來的清明的本心、本性不見了，後學就很想學顏回，好好的守住，善護持！不要不見了，不要不見了！就在後學這麼小心翼翼的護持之下，它有沒有不見了？這個紅塵很可怕啊，就在後學不知道他什麼時候不見的時候，他就不見了。所以我們紅塵真的很可怕，它會蒙蔽了我們，它會以為很多東西是真的，讓我們去追逐，在追逐當中我們生起了很多的掛礙，很多的煩惱，那些東西就把我們清明的本心給迷失掉了。所以今天修道就是在做一件什麼事情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很簡單，把我們的【本來面目】找回來，把不該有的東西去掉，就是這麼簡單的一件事情。那我們常常都還會對自己沒有信心說：「啊，我修道真的可以成佛嗎？」其實不用問，你本來就是佛，你本來的面目就是這麼清靜自在，只是我們現在自己給自己塗了太多的顏色，戴了太多的面具，都忘記我們自己本來面目是長什麼樣子的，我們忘記了那種最純真的快樂，我們忘記了那種最自然的快樂是從哪裡來的，是從我們的本心本性就可以流露出來。各位前賢相不相信？當我們找到自己的時候，當我們內心很清明的時候，有一種很快樂，很自在的感覺就會流露出來，有沒有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定有啊，只是很短暫而已，對不對？不能長住嘛！所以修道要不要火候？要不要功夫？修道要像蘇東坡講的：「八風吹不動，安坐紫金蓮」，八風有哪八風，知道嗎？八風就是利、衰、苦、樂，前面還有什麼？（稱、譏、毀、譽），每一種風都很可怕，我們現在不用大風大浪，我們的心就會動的很厲害。八風裡面就是怎樣，人家誇獎你，人家毀謗你，都怎樣？都不為所動；還有利益誘惑你，你都怎樣？你的心都不會起了執著，啊，這個厲不厲害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現在不用八風，我們小小的一風有沒有，人家講你一句話，你就會難過很久，所以我們的心就沒有辦法維持得很清明，就沒辦法很自在。所以我們今天修道就是要把我們清明的本心本性給找回來，那份自在找回來，你就發現真的是太好了，萬物皆備於我！你就會悟道說，我們的《清靜經》不是講了一句話：「人能常清靜，天地悉皆歸」，有沒有？萬物，什麼都會的。所以你看我們仙佛來臨壇，他是不是什麼都會，天文地理，哇，真的好厲害喲！曹植都還要七步成詩，我們仙佛走一步就好幾句詩出來有沒有？所以今天唱的很多歌都是仙佛當場作的，那種妙智慧一流露就很不得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就發現，只要我們每一個人好好的修道，有一天我們的妙智慧就會找回來，你就可以流露出來，所以當我們本心本性找回來的時候，我發現我們每一個人，我們也可以寫出一部《六祖壇經》，寫出一部《金剛經》，你就是把你的本心本性寫出來了，就是一本佛經了。這樣了解嗎？我們要相信我們內在的這本無字真經，最寶貴的就在我們身上，不用外求。不要往外求，往內找，怎麼找呢？就是把不該有的去掉，假的去掉，真的就會跑出來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好，那時老師帶回去，就讓後學體悟到，真的修道一定要從心上下功夫，如果沒有從心上下功夫，還會怎樣？你還是你，道還是道，然後你就會發現你修道修久了，還是會覺得心很虛，為什麼？發現自己都沒有進步呀！其實修道就是要用到自己身上，你就發現你自己越來越進步，越來越怎樣？越來越快樂了，越來越清明了。所以後學一向用什麼來衡量自己修道修的好不好？用什麼來衡量自己修道還有多遠，離理天還有多遠？怎麼看呢？就是看你的煩惱，後學每天都看自己，你的念頭還有多少，你的煩惱掛礙還有多少，天堂就有多遠，理天就有多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煩惱，每一個煩惱都是我們要下功夫，要去觀照觀照，你就發現原來觀照最深的那一點就是你的執著，要去把它化掉。所以一天修來一天工，一天不修一日空，師傅引進門，修行在個人。所以老師已經把最重要的道傳給我們了，今天你的體悟多少，還是要靠我們下功夫。我們不要像有些人來道場好多年了，就問：「哎呀，道好不好在哪裡？」不要問別人，道好不好絕對不是明師講的，也不是講師講的，今天道好不好，自己去體悟的，體悟還要把它行出來，行出來就是你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所以修道的信心絕不是來自於講師講說「道很好」，而是來自於你自己的進步，你自己的改變，你自己的不一樣，這樣子，你那份清明的心流露出來，你就會發現：「修道真的太好了！」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老師帶後學回去，其實也沒有去很多地方。老師還帶後學去一個地方，那個地方叫做「仙桃園」。老師帶後學去那個地方就發現，哇，整片都種的滿滿的都是仙桃，那有些人的仙桃樹結了很多的仙桃，聞到那個味道就好香，後學聞到那個味道就會流口水，就好想吃，後學就鼓起勇氣，就問老師說：「老師啊，這個仙桃我可不可以吃啊？」大家知道老師怎麼回答我呢？老師說：「可以啊，不過你看你的有沒有長啊？」原來是這樣子的，原來那個的仙桃樹是怎麼來的？我們每一個人求完道以後，我們就種一顆仙桃的種子，它就種在哪裡知道嗎？就種在仙桃園裡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個仙桃樹要怎麼樣才能夠長大呢？就是要澆水，要澆什麼水知道嗎？不是人間的自來水，要澆什麼水？要澆兩種水，一種就是智慧水，一種就是功德水。那大家會不會澆水？智慧水要怎麼澆？譬如說我們今天來聽課，來道場聽課，聽講師講的不錯的時候，內心會生出一股法喜，那時仙童就拼命幫你澆水了，就開始下雨了，你的仙桃就得到滋潤；還有你看經典會不會有所體悟的時候？有！那時候，仙童會幫你澆水；還有什麼時候智慧水會流露？當你把你的煩惱、掛礙去掉的時候，你內心的智慧水會生出來，就會幫你澆水，這是智慧水。那什麼是功德水，大家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功德水就是我們常講的財施、法施、無畏施。財施就是我們量力，其實布施，我們在六度波羅蜜裡面講的，布施就是在幫助別人，其實是在渡自己心中的眾生，我們自己的眾生，慳吝，就是吝嗇，就是渡我們那一份吝嗇的心，執著的心，所以布施也是在渡化我們自己。六度波羅蜜有沒有布施，財施！法施呢？就是常常講好話，說好事，看到別人心情不好你就安慰他，或是講道理給他聽，這個是法施。那無畏施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看我們今天有很多辦事人員，他都犧牲自己的假日，來這邊打毛巾，排桌椅，還有這邊的壇主做很多的點心招待大家，讓大家吃得很高興，法雨滋潤，還有點心的滋潤，所以這些都是無畏施。財施、法施、無畏施，就是在澆我們的功德水。大家都需要澆水，我們回去要不要澆水？像後學有沒有澆水，澆得好不好？澆的不夠！所以仙桃有沒有長出來？沒有哦！老師就跟我說：「那你的仙桃沒有長啊，那你要吃誰的？」那後學聽到這句話有沒有死心，還是不死心啊，我就在想：「哎呀，好不容易來到這裡，沒有吃它一顆太可惜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開始動腦筋了，我就想，跟我比較有緣的，我可以先吃他的看看，結果想來想去，剩下誰了，後學就想到後學的媽媽，後學就想後學的媽媽沒有在修道，至少後學的媽媽還蠻誠心的，初一十五都會買供果，去道親家，去明師家獻供，後學就很天真啊，想買供果會不會長仙桃，有供果嘛，結果有沒有長？老師就說：「你媽媽的也沒有長，那你要吃誰的？」後學死不死心，還是不死心，我就開始在想，想想還有誰跟後學最有緣，只剩下旁邊的這個誰？老師啊，我就鼓起勇氣問老師說：「老師，我可不可以吃你的仙桃？」後學一講完，老師就搖頭，就說：「噢，連我的你都敢吃喲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我們那個仙桃園都有護法大仙的，後學一講完，每一個眼睛都瞪得大大的在看後學，後學就嚇到了，就說：「謝謝，謝謝，我不要吃了！」結果後學還是怎樣？還是不死心啊，我還是跟老師要求說：「老師，我想去看看我的仙桃。」為什麼？因為我怕老師的眼睛花掉了，明明有長，他沒有看到，所以後學就跑去看自己的仙桃。那個仙桃樹很奧妙喲，每一顆都有名字的，後學就找，很快就找到了，看到自己的仙桃有沒有長？沒有長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結果很奧妙的一件事情，旁邊所種的那些仙桃樹，都是我認識的人的，哦，有的講師，明師的仙桃樹長的好多，滿滿的，後學看了就說，哎，人家真的是真修實煉，上天那邊都一清二楚，仙桃長得好多。然後呢，後學看到很多我們夥食團的，都種在後學旁邊。原來怎麼樣，知道吧？我們同一個道場修道的，我們仙桃樹都種在一起，這樣子的。結果後學看過去，很多很多的仙桃都快枯死掉了，知道為什麼嗎？因為他第一個，修道沒有信心，是不是沒有根？沒有紮根，再來呢，他修道有沒有澆水？沒有澆，沒有澆智慧水，沒有澆功德水，所以那個仙桃樹看起來都快枯死掉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那時候後學講到這邊的時候，我們夥食團的那些姐妹們就問我說，你沒看到我的呀？後學就不能講，後學就告訴她們說：「你們有很多人的仙桃樹都快枯死掉了，要趕快加油哦！」好，那各位前賢想不想吃仙桃，想不想像後學一樣回去理天的時候，很想吃仙桃，那記得喲，仙桃只能吃誰的？自己的！別像後學，因為沒有仙桃，都想吃別人的，是吃不到的。所以我們現在想要吃仙桃，就開始努力，要澆什麼水？智慧水跟功德水。那時候也很奧妙，後學那時候好想吃仙桃，然後後學被老師踢下來以後，後學在家裡修養，我每天都跟我媽媽吵著說：「媽媽，我好想吃那個仙桃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對那個味道還是念念不忘，這樣子大家知道嗎？我每天在念的時候，我媽媽就說：「那你沒有長，我有什麼辦法呀！沒有仙桃可以吃，我也沒有辦法」。然後後學就拜託媽媽說：「媽媽，你去菜市場買幾顆水蜜桃給我吃，讓我過過癮也好啊。」後學媽媽真的去買了，可是你知道臺灣的水蜜桃好不好吃？都沒什麼水，不是很好吃，後學一邊吃就一邊念說：「天上的仙桃絕對不會那麼難吃的。」結果一件事情也很奇妙很奧妙，那時候很多人都知道後學車禍，都來看後學，幾乎每一個來看我的，都帶什麼來看後學？帶水蜜桃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學的冰箱冰的滿滿的都吃不完，水蜜桃又不耐放，很快就壞掉對不對。然後後學心裡就在想：「好奇妙誒，怎麼大家都知道我想吃仙桃，想吃水蜜桃！」後學心裡就在想說，會不會是老師請我吃的啊！因為天上的仙桃沒有辦法吃到，老師就請我吃了很多人間的仙桃。然後後學就跟老師打PASS,就默默地跟老師打訊號說：「老師，如果是你請我吃的，那謝謝你，夠了，不用再送了。」就從那一刻開始，就沒有人再送水蜜桃，送仙桃了。所以後學就覺得很奧妙，那我們大家一起努力好不好，讓我們回去啊，都可以吃到什麼？仙桃！那知道要吃這個仙桃要怎麼努力呢？要澆什麼水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智慧水還有功德水。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現在我們來唱一首歌，叫做「群仙島」。那後學現在說明一下，為什麼要唱這首歌，因為每次後學講理天的故事，很多人都問我說：「天堂到底是長什麼樣子？」後學實在很難形容，因為這首歌呢，它就把天堂的仙境給我們描述出來了，當初後學看到的天堂，理天就是長這個樣子。那看老師寫的這一首歌，老師在提醒我們「群仙鳥」，我們都是住在哪裡？我們每一個人都是從哪邊而來的？我們都是從天而來，我們將來要怎樣？回家！回哪個家？不是回臺南的家，或高雄的家，我們有一個靈性的家在哪裡？就是理天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