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第二十一集《濟公活佛說五戒之戒殺》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曾經給大家開過一張支票，說要講五戒，不知道大家是否還記得？大家也在期待著。那今天老師就來兌現這張支票，大家注意聽。在座的有的是立過清口的老道親，有的是新道親，那不管是新老道親，都給大家做個參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是無上菩提之本，應當一心持清靜。不管有沒有清口，你是修菩薩行也好，或者你是隨便修個善，總是要了解一下這個「殺業」在那裡？了解一下戒律是怎麼樣一個持法？對你們修行只有幫助的。不管你們要不要修個滿分，要不要持個滿分，那隨你們個人，為師為師總是要把這些觀念給你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今天先講「殺」。講到這個「殺」字，叫你們拿刀子去殺人家，或者去殺動物，在座的，我想是沒有這種現象，因為大家都已經是清過口的，甚至於說，現在在家裡也很少養動物，是不是？但是，不是說拿著一隻刀子在殺生，才算是犯了殺呀，許多都是在微細的地方，起心動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個「助緣」的地方。助緣的地方你們沒有去注意到，那也是犯了一個「助殺」。我們是修無上菩提大法的，所以一定要身、口、意都要清。你們立過清口的人，身、口、意都要清，身清、心清、然後呢？「口」也要清。不是說只有吃素，那叫做「茹素」，不叫「清口」，所以「清口茹素」，一定心、口、身都要清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往往你們會犯到哪裡呢？犯在那個「助緣」，一句話不小心啊，譬如說，人家在殺動物，你就是在那裡讚嘆說：「好！好！這個肉好吃！殺得好！」這樣子見濁隨喜，也就是讚嘆殺。所以呢，「殺」有分很多種，自殺、他殺、讚嘆殺、濁喜，這些都是你們容易犯到的，而在微細的地方，你們不知道。既然我們是修菩薩行的，我們就要預防這些微小的地方，不然的話，你在起心動念的地方，你的意識就不乾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會說：「我不殺別人—我有權利自殺吧？」所以，往往人都會輕視自己的生命，但是你要想，得個人身不容易，人身難得啊！五重恩未報，你動不動就自殺，但是一個人會自殺，這也是累世意識裡面，他有種下自殺的種子，所以，動不動就很消極，想要吃個安眠藥，想要輕生，所以大家要注意，千萬不要在你們的意識當中種下自殺的種子。因為一個人自殺的話，最少會有連續七次自殺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現在這個社會上有這麼多人自殺？尤其是那個旅社你們都不曉得，住進去以為乾淨，青年男女這個想不開了，兩個人怎麼樣呀？不能同年同月同日生，但願同年同月同日死。啊，不久以後，那個醫院就出來一對連體嬰啊。所以這個種子，這個因果，很可怕，大家要小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戒律」是幫助大家解脫，不是給你們束縛。所以你們的願立得很多，你們剛開始起步的時候，是不是覺得很束縛啊？這個也不能做，那樣也不能做，尤其是清口的時候，到外面，這個也不能吃，那個也不能吃，應酬啊，人家喜慶的時候，你們就很傷腦筋了，是不是？覺得很束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規禮節你們也是覺得很束縛。你們的「戒」就是火車的一個軌道，出了軌道就危險了；「戒」就是界線，出了這個界線之外，紅燈就亮起來了。所以一個人的本份之內應該怎麼做，超出這個本份之外，那就犯戒了。所以，自由是以不妨礙他人自由，為什麼？是啊，所以呢！必須要有一點戒律來約束你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是如果你們人人都能夠持著一種慈悲心的話，那戒律對你們就產生不了作用。所以你們持戒就是在降服自己，不打妄語、不貪心、不偷盜、不喝酒、不邪淫，這是在幫助你們走向無上菩薩道之內，所以不要把它當成一種束縛，也不要拿來衡量別人。你說；「那個人吃素，吃素吃成那個樣子！」，你拿來衡量別人，一個人有心，發這個善來持戒，你要讓他慢慢適應，因為累世以來，大家所種下的那個種子，在你們的意識當中，已經累積太久了，所以不容易除掉。每個人都有一些習性，每一個人都有脾氣、習性，所以這就是你們不圓滿的地方，必須要靠著這些戒律慢慢的來調服你們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說「戒律」會幫助一個家庭怎麼樣呢？—「和樂」。如果夫婦兩個人都修行，都持戒律，那絕對不會犯到邪淫這般事情，也不會犯到其他的酒、色、財、氣。所以如果社會上每個人都持戒，那這個社會不用派出所，也不用法庭，也不用法律，所以，要使社會和平、和諧，唯有人人持戒，約束自己，是不是？所以大家不要怕，不要怕這個戒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在每一個修行人來說，是必定要的一個階梯，幫助你們走向菩薩道。你們立的德、行的功，戒律不清楚，還是一樣，等於說你的衣服沾了髒東西，你沒有把它洗乾淨嘛！不把它洗乾淨，你這個汙點永遠都存在，你再拿出來的時候，汙點還是存在。所以一個人生生世世都有這個「習性」存在，因為累世以來沒有去掉，所以，常常存在於你們這個意識田中，那個種子一發芽出來，碰到陽光它會萌芽。所以，斬草不除根，春風吹又生，唯有借著「持戒」，你們根本的把它除掉，持戒必須靠你們的覺性，靠你們的悟性，所以希望每一個人都能夠行這無上菩薩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第一、戒殺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我們現在就來談談如何「戒殺」。「有情所種，莫過性命，為救物命，首先戒殺。」人因具惻隱之心，而菩薩萬本，以大悲為本，菩薩萬行，以大悲為本，人為存人道以及萬行之本，所以首先要戒殺。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「殺」就顯示一個人沒有惻隱之心。現在世上刀兵劫是怎麼來的？若是全臺灣省你們戒殺吃素，不到兩年，五穀豐收。所以，農夫就不用灑農藥；等一下後面我們會談到農夫，有功德，但是也有過，也必須要負這個因果。再者說，賣農藥的人，他可以幫助農夫五穀豐收，但是他也助殺了這些無量的生命，所以他的因果還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這個微細的地方大家不清楚，為什麼會有這些情形？因為眾生的共業嘛，今天你們要生存，而這些小動物也要生存，所以它來跟你作對呀，你要吃東西，它也要吃，所以你殺它，往後它找你，冤冤相報，往後無量劫之後，它們還是會轉得人身。不是說這些動物，永遠是動物，有一天，它也會轉成人身，轉成人身的時候，它來跟你作對。所以呢，不是說人去殺一條性命才有果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這個果報有現世報，有來世報，也有隔了好多世再報。比如說，你們種菜，有的很快就種出來，有的種蘋果、種荔枝、種龍眼，那一種的是不是要隔好幾年，它才會長出果實來？所以，有些人說，他做了很多壞事，怎麼卻見不到他的報應啊？因為他還有餘功存在，他累世做了善功、做了善事，所以還可以庇蔭他現在還不遭到這個「報」，而有些人，拼命做好事，奇怪，好人沒好報，就是你所做的還抵不過前世、累生累世所做的那一些。所以呢，大家要了解，因果絕對是公平的，比法律還公平，比法庭那些判官所判的都還要公平，所以因果是絕對逃不掉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你說，什麼叫做「助殺」呢？助殺也就是「間接的」。比如說你看到人家在殺啦，你說：「好！殺得好！這種肉好吃。」或是說這個坤道人家，有的家裡面已經好幾個小孩子，他不想再要小孩啦，那怎麼辦呢？所以就告訴朋友、告訴先生說要拿掉孩子，那這個時候你可不可以講啊？你不要說：「好、好，拿掉。」那你就犯了助殺，雖然不是你親自把它殺掉的—我們今天談的是「殺」，所以這個微細的地方，我們一律公開來談，希望大家用這種虔誠的心來學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或是說，看到人家—怎麼樣呢？生日啦，看到人家生日啦，在請客—哇！你今天請客好豐富啊！殺得好多哦！殺得好！」或是你有親戚朋友，你有兒女要結婚啦，「我要請葷的。」那你怎麼辦？【好！你們去請吧！】那你這樣子就中了—助殺。那要不然怎麼講呢？要請他的朋友，你要怎麼講呢？你就說：「爸爸媽媽是拜佛吃素的人，絕對不希望殺生。」那要怎麼作，你們心裡有數，也只能講到這裡，你們要堅持，那你們自己負責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如果有人賣中藥的話，中藥裡面你們常常就有這個問題「中藥裡有動物啦！比如說你們是賣中藥的，有人問你說這裡面有動物，那怎麼辦？你們賣的人心裏面要起一個念頭：「我這個藥賣出去只治人的病而已，我不希望它去犯到『殺』。」你用這種救人的病，救人治病，那種念頭，但是你不可以向他說：「這個還要加燉雜、燉鴨、燉龜、燉鱉、燉蛇…」這樣子不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這個藥賣出去，你就想說：「他病治好，那就好。」那他來問你說：「人家說要這個燉雞、燉鱉、燉什麼牛、燉什麼豬…，人家說這個藥才有效，中醫師，是不是這樣子？」你就不能這樣講，你如果這樣講的話，你就犯到了助殺。你就說：「這是一般人的觀念啦！在我們認為，不要燉什麼，就這樣子喝也很有效啦！」那萬一他堅持：「別人都這麼說，你怎麼說不用燉？」那你就說：「我們認為是這樣子，那你要聽別人的話，那跟我也沒有關係。」所以你就強調跟你沒有關係。所以，日頭赤炎炎，各人做各人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然的話，一句話說下去了，經過無量劫之後，你這個「助殺」，經過無量劫，那個戰爭，戰爭那個城一破的話，抓到了那個俘虜，一個一個貓臉貓臉，這個殺來，問說「這個可不可以殺？」旁邊的人說：「可以。」就剁下去了，頭就剁下去了。你無量劫以前說那一句「可以殺」，所以這一次也是一樣，逃不了被殺的因果，所以那個因果是逃不掉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所以，現在為什麼，常常那個小孩子當流氓會去殺錯了人呢？明明要殺這個，可是剁下去卻殺不對人，是殺錯了。那殺錯了怎麼辦？這個就是無量劫以前所累積下來的因果，你助他殺嘛。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這個賣西藥的。賣西藥的，賣那個速賜康，還有什麼強力膠、安眠藥，這些都要背因果。安眠藥，是要幫助人家好睡，沒有念頭要去助殺，但是萬一他今天給你買兩顆、明天再買兩顆，你就要小心啦，萬一他吃了死掉了，那怎麼辦？所以，賣賜康這些毒品，是種慢性的自殺，血管都硬化掉了，所以賣這些東西的人，他將來這個因果也跑不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所以呢，人要選擇職業的時侯，也要小心，千萬千萬不要犯到有關助殺的行業。所以這種「正業」很重要。「正業」啊，在八正道裡面的這個「正業」是很重要的。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立了清口的人，身要清，口也要清，不能亂講話，今天這個人跟你說：「世間沒有意思，我真想去死…」你就說：「啊你這個又醜又…，趕快死了算了。」他聽了你這樣的話，萬一真的去死了，這就是你助他的一個緣，所以不能夠這樣子講，一定要用安慰的話，關心的話來關照他，讓他慢慢的轉回這種心境。不要隨便一句話，你隨便一句話，他可是一條命。所以要小心、要小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看到人家在殺，你不要「見濁隨喜」，不要說：「這個肉好吃！」或是說「這種束西很稀有，很補，把他殺來補補看！」不為我殺，為──他殺。你們到人家家裡面作客，主人很熱忱，趕快把家裡面的土產、土雞，趕快殺來請你的客，那這下子你就不得了。所以你們啊，要到人家家裡去作客，千萬要第一個說：「不要為我殺生。」要不然的話，這個土雞將來到閻羅王那裡告你，說：「某某人到主人家裡面去作客，為了他，我一條命才喪生的。」所以這個帳啊，要找你去算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助殺的「因緣」，就以你們做生意的人來說，做生意的人要小心，不要販賣刀棍，就是幫助殺生之類的武器。這個「人」常常是很衝動的，萬一他不小心，拿著這隻刀，兩個人吵架了，咻！飛刀過去了，這很危險，那麼賣刀的人，多多少少要負一點因果。尤其是賣這個牛刀啦，菜刀啦，這一類的，最好是不要。三百六十五行，很多行嘛，不一定要做這一行，那做這一行的累世都有因果存在。以前就有發生過，是不是？所以，現在還有很流行的這個電屠場，殺雞啦、殺鴨啦、這一類的，那發明這個電屠場，這種武器的人，世世代代都絕子絕孫。發明了一臺殺了多少條性命？咻！一隻出去，一隻又進來，一隻出去，一隻又進來，多殘忍！所以這是電機工程系設計的，讀電機工程系的人要小心，千萬千萬不要去設計這一類的，這個對你們很不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再來說了，不要販賣酒。不要買酒，也不要買酒送人，因為酒是亂性的根源。你喝了酒，開車出去，出了車禍，或者出去邪淫，萬惡之首都是亂性，亂了性以後才造出來的。所以，千萬千萬勸你們，不要買酒，也不要賣酒，更不要喝酒，因為這個喝了酒，來世會像龍發堂那樣子，頭腦不清楚，那你買酒送人，幫助人家造惡，來世因果也跑不掉。所以勸你們，再怎麼窮啊，都不要去做這一類的生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呢？不要販賣棺材。當然，你們不會販賣棺材，但是就是說給你們有一個概念。賣棺材為什麼說不好呢？因為這個賣棺材店的人，沒有生意，等一下那個木棍拿來敲一敲：「最近怎麼都沒有車禍，最近怎麼沒有火災…」那不就是咒人死？這叫咒人而死。咒人而死，心地會壞。如果說你買棺木送人，那可以，買棺木給人家作功德，這個可以。但絕對不可以起那個壞心，不要說：「我買這個棺木要送人，啊，怎麼沒有人死啊？」所以這個也不行。所以，這個起心動念很重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點，最容易犯到的就是不要穿皮的東西。像皮衣啦、皮帶啦、皮包啦，這一類的。現在一百五十塊臺幣的那個合成皮，是沒有關係，但是那個幾千塊，上千塊那些啦！什麼蛇皮啦，貂皮大衣啦、牛皮、羊皮啦，這些最好是不要。你殺了拿了這個東西，你萬一到閻羅王那邊去，閻羅王再拿了一個豬皮給你穿，啊你穿進去，馬上出來就是一隻豬；他拿了一件很漂亮的衣服給你穿，出來到動物園去當孔雀，要不然就是公雞。所以這一類的皮類啦，皮類這一類的東西，修行人最好少去享受。皮包一百五十塊臺幣的也就好啦，皮鞋也是啦，一百五、兩百的臺幣，這些合成皮是不會加到真皮。那皮帶也是。（這裡是指新臺幣，兌換人民幣為1/4）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什麼貂皮大衣的，女性這個小姐太太喜歡香港的皮包，進口的幾千塊的，這個不好。你們知道這個「貂」貂的皮是怎麼來的嗎？貂是一種很有愛心的動物，它長年都是在冰天雪地之中，那些要取貂的這些獵人，實在啊，連動物都不如！他們就在冰天雪地之中，假裝死掉，所以就臥在那一邊，那這些貂很有愛心，就成群的跑出來，用它們的這個毛，用身上的毛把這個獵人圍起來，用體溫來救醒這個獵人：獵人看到這個貂上當了，網子就拿出來了一網打盡！你看，動物這麼有愛心，人卻這麼殘忍！所以，連動物都不如。奉勸在座大家慈心增上，千萬不要去穿那什麼貂皮大衣，這個對大家的修行都不太好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還有呢？錢借人家也要小心，你好心錢要借給人家，你不知道他的用途在哪裡，那也很容易犯到助殺。你的媳婦啊：「媽媽借我五千塊錢…」不知道她要幹什麼？噯！拿去墮胎，這樣子不好。所以，布施、借錢給人都要有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「布施」也是一樣，外面有很多神道廟，那種「神壇」，有沒有？神道廟，知道嗎？不是很正統，不是很正神的那一種。哦！這裡一間，那裡一間，它啊，落成啦，落成它是不是要募捐一些啊？千萬千萬你們要搞清楚，這神道廟，是拜葷的，還是拜素的？那萬一他是要殺豬、殺雞啦，耶！那你們就是助殺啦。神道廟落成，邀請那什麼布袋戲來演啦，哦，這種神道廟啊，殺幾隻豬啊，你都要負因果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嗯，所以，六度以般若為首，人要有聰明的智慧，布施也要聰明一點。不是說呀，人家來化緣就給了，那如果是布施在三寶門中的話，那可以。這個廟，哦，這個道場，你布施過來了，給很多人辦道修行，成全很多眾生，那你這功德很大。所以說：「三寶門中好修福，一粒種子萬粒收。」那如果這間廟它是拜素的，那倒無所謂啊，它沒有修行做什麼功德，那至少他不會殺生，不會給你帶來這種業。那還有，不要去賣這個釣魚的魚竿啦、魚釣啦，那一類的，這支釣竿、釣鉤，它釣了幾條魚，這幾條魚都會找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坤道啊，坤道你們沒有全家吃素的，只有你吃素，有時候小孩子回來啊，先生假日啊，要買個葷的什麼給先生、給家人吃啊，是不是要殺魚？那你們就要小心啊，不要殺到母魚，母魚這個裡面有很多卵，是不是？腹中有很多很多卵，你殺了這條魚，要連肚子裡面那些卵全部算進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說，坤道有沒有業障啊？（有）有的人還不服，「騙瘋、騙瘋，坤道就業障較重…」啊！我說你真行，自己不懺悔，還說要騙瘋子（臺語）。所以坤道就是這麼容易造業？造業啊！你不能作主嘛。還有，諸位青年男女，奉勸你們，少去烤肉。這個烤肉，一烤就是那麼多，當然啦，你們去烤那個什麼玉米啦、素肉啦！那些都不包括在裡面。不要真正烤那個什麼雞腿啦、豬腿啦、雞翅膀啦，人吃得太多，這個意識當中，生生世世都去不掉，你連作夢都想著在嚼雞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還要知道，這個「豬」啊，是最執著的，豬很會「守屍」，守住這個屍體。這個豬啊，豬頭、豬腳、豬肝啊，你們全部要把它分開掛在那邊，有的人喜歡就把它醃起來，對不對？醃起來那個要賣得很久。你這隻豬腿醃了三年，沒有賣出去所以它呢，豬靈就在那邊守屍，守了三年！一定要等到它全部的肉被吃掉、被腐爛掉了，它才會再去轉世。那這樣子又有人說啦；「老師，這樣就要吃給它出世啊（臺語）！給它吃，早日讓它超生！」哦！你功德有這麼大，你可以超生它嗎？那萬一你自己都超脫不了，你怎麼超它？所以，奉勸諸位，肉少吃一點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這個殺豬的。你們常聽到，如果住在這個屠宰場旁邊的，他就會說：「豬啊！豬啊！你莫怪，你是人間一道菜，他人不吃我不宰，你向買的去討債！」拼來拼去，推來推去的。所以可見人那，知道這個殺生不好，可是還是偏偏要殺，就是離不開這個「殺」！所以，今天的這個眾生，為什麼病會這麼多？什麼癌症啦！什麼症全部出來，照說今天的醫學這麼發達，應該沒有這些奇奇怪怪的病，可是醫學再發達，怪病越多！這只能用「殺業」、「業力」來解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，你們這些灑農藥、灑這些噴蟲劑，這些啊，也是不太好啊！所以，這些都是跟你們共業的，它要生存，你也要生存，是不是？那累世之前，你們就結下來了。所以呢，你要靠這些東西吃，它偏偏要跟你作對。今天如果大家都戒殺、都吃素；兩年後五穀豐收。絕對是少病的。要不然你看人家兩千多年前，堯、舜、禹、湯、文武、周公，那個時候，人家有沒有農藥，沒有農藥，人家還不是照常生活，人家還不是五穀豐登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可見，你殺得愈重，它的蟲愈多，殺不完嘛！你看山上的老虎，老虎是吃人的，有沒有人去吃它？沒人吃老虎？很少啦！是不是？你不要被它吃掉就很好了，就阿彌陀佛了，你還想吃它啊！那老虎沒有人吃，有沒有越來越多？沒有！變成稀有動物。你看啦，雞啦、鴨啦、豬啦，就是太多的人吃，所以越來越多嘛！這些昆蟲殺不完，因為你這樣一下殺了這麼多，是不是？所以奉勸諸位家庭居家環境，儘量打掃乾淨，蒼蠅、螞蟻這類的就少來了。這些都是跟你們共業的，它也要生活啊，是不是？那它要生活，它又會干擾到你，那你只會殺它，你殺它，它殺你，就像你吃羊一樣，人吃羊，羊死為人，人死為羊，就這樣子，一直在輪迴，輪迴個沒完沒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大家要小心，說到這個殺，太多太多了，我們今天就講到你們比較容易接觸到的，這些微細的地方，你們不曉得，那你們不曉得，又很容易去接觸到，去觸犯到，大條的你們不可能，說叫你拿刀子殺人、放火，去搶劫銀行，你們絕對不可能，說叫你去殺生、去殺動物，你們也不會犯到。但為什麼佛還要制定這個殺戒，還要制這五戒呢？就是還有這麼多微細的地方，你們忽略到，所以才必須要「戒」這個，制這個「戒律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這個「殺」，還有分這個「重」跟「輕」，什麼叫重？比如說：七逆罪，就是下位的殺上位的，父母啦，還有你的恩師啦、師輩的，下位的殺上位的，這個叫逆罪。這個以後絕對墮落三惡道。那殺人呢？為重罪，就是平輩之間的殺，也是比較重，這兩種都會墮落三惡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輕罪就是殺動物，但你不能說：「輕罪啊！我可以殺，一隻螞蟻它離成佛的距離還很遠，可以殺…」不能有這樣的念頭，一有這樣的念頭，你就犯了殺戒，那你慢慢、慢慢的在意識田當中就種下了這個殺因啦！永遠都去不掉，這樣懂嗎？雖然說這個「殺」，它還有分這個「開源」的地方，比如說，這個人精神錯亂，不小心去殺了人，這樣子，以因果律來說，以這個罪來說，是比一般人會輕一點，因為他精神錯亂嘛！那再來就是為救聖賢仙佛，或是為救大多數的人。比如說為救國家，而殺敵人，這樣子的罪是比較輕，但是還是有因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說人呢，是不能殺呢？因為人離成佛的距離最近，離成佛道很近。對於你這輩子受苦，你聽到佛法，你拼命的修，那麼業了了，你就可以成了。那動物為什麼可以說罪比較輕？因為它離成佛的距離還很遠，還有一段距離，但是它有機會成，所以，你不能殺它，絕對不可以殺。那麼再說，犯了殺會得什麼樣的果報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：會墮三惡道：什麼叫三惡道？墮三惡道就很可憐啦，你要翻身很困難，所以殺，千萬千萬不要去惹到，你殺了這個眾生，殺了這些動物，你想一想，也是一條，所以逢年過節，你們是在過「節」，節日的節，眾生是在過「劫」，劫災的劫，所以啊，冤冤相報嘛，何時了？有時候也讓你過過劫，讓你過過劫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：若是生在人中會多病短命：多殺生的人，若是轉世為人，絕對是會多生病，壽命也會很短。有些人不是這裡痛，就是那裡痛，整天就是藥罐子，跟藥離不開，明明看起來沒有什麼病，可他偏偏就是藥罐子，就是查不出原因來。所以，多病的人那，要多放生。講到這個放生啊，除了放外在的這些生，還有一種般若思想的放生，也就是放內在的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就是「集諸多煩惱而生」，才叫做眾生，煩惱就會左右你們，讓你們煎熬苦難，所以要把這些煩惱先放下來，所以內在的般若放生，也就是放掉你們的執著，放掉你們那些內在的執著、意念，貪、嗔、痴這類的，把內在的這些「生」先放掉，那麼再來放外在的生。所以，放生是裡外兼放，這是談到一種般若思想的放生，所以煩惱一起來了，怎樣呢？你必定墮入到惡道裡面去了。哪有人說，煩惱一起來，像活在天堂的，有沒有？煩惱一升起來，是不是像在地獄裡面？所以，煩惱沒有放下來，你就等於墮入在地獄道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要舍掉這些內在的般若思想，這個一定要先放掉，眾生眾生集眾多煩惱而生，放生放生放掉這些生起來的諸多念頭，叫做放生。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、所感外物皆少光澤：所感外物皆少光澤，也就是說，你們做生意也好，或是在外面跟人家交際也好，就是不順利。有些人要再怎麼做，就是不賺錢，越做愈虧，投資的小虧得小，投資大的虧得多，有些人就隨便在路邊擺攤做一做，就賺錢，這跟你們的福報有關係。你殺生殺得多，來世這些外物跟你沒緣，所以說所感外物沒有光澤，沒有光澤就跟你無緣，你的面子也掛不住，所以出去跟眾生不容易接近，跟其他人不容易接近，人家明明在跟你談生意，旁邊一個人來跟他談成了，就是跟你談不成。所以做生意，做失敗的沒有關係，多多放生，多多戒殺，你就認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心腸懷毒，世世不絕，一個殺生的人，心裏面，這個心很狠，很狠毒，你看那個殺豬的，殺得久，臉都會變豬臉，殺雞的變雞臉，殺鱷魚的會變成鱷魚臉，你殺什麼，殺久了，那臉就黑黑啦（臺語）。那麼那個意識當中，你的意識當中，常常就會起那個殺的念頭，不是殺動物，就是殺人。那個「殺」的念頭，那個種子太重了，所以事事你都會心懷惡毒，想要去謀算別人，常常呢，要去殺害別人，這樣子一來，你世世都在這個地獄道、還有這個惡鬼道裡面輪迴不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、心懷恐懼：殺生的人，心裏面會懷有恐懼。有時侯生病，哎喲！不知那裡不好，哎喲！要不要來問個什麼的，抽個籤，卜個運，走在這個暗路上會怎麼樣呢，也會害怕。他會懷著恐怖之心啊！他殺太多了，他也知道這個殺不好，可是他偏偏改不掉，所以一碰到生病的時候，他就會想，是不是衝到太歲啦，是不是遇到鬼呢？其實這些都是自己的業力現前。像你吃魚一樣，吃到母魚，肚子裡面這些卵，這時間一到就像十二月三十日銀行一樣，算總帳。所以一個人犯這個殺戒，犯太重，到你臨命終的時候，就像十二月三十日的銀行算總帳，有的人死的時候，叫得很難聽，七孔流血，會聽到牛的聲那，馬的聲那，牛聲馬喉，有沒有看過這樣的？有啊，是所有的業都來了，都現前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個是惡夢：殺生會常常做惡夢，不要說夢到有什麼東西壓到你的脖子，就會夢到說吃雞腿很好吃啊，的在座你們良心說，你們剛改吃素的時候，有沒有常常夢見你們去烤小鳥（臺語）？去烤肉？有沒有夢到你們在吃雞腿，還有吃那個控豬肉？有沒有？有的剎不住，一個禮拜口冒白沫，剎不住，再燉一鍋，這種根器實在哦…！哦，所以有的人改吃素，十幾年改不掉，一直想吃，沒有油腥，就好像沒有力，口冒這個白沫。想到了就再去吃，多吃「一口」，有的人說，「老師，我先吃鍋邊菜…」，鍋邊菜吃一吃，就變成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菜邊「肉」，所以本來是鍋邊菜，後來變成是菜邊肉，挾一挾很想去夾一個起來…「不是我故意夾，是它跟著我起來。」，這個就是吃太多了啦！，想一想，你們一輩子當中，吃多少？有沒有算？光說「肉」好了，皮跟骨不要算，一卡車載得完嗎？所以說，有些人小孩子一出生就吃素，一吃到葷的就吐，這是人的宿世根基，根基很好。有的人在母親的肚子裡面就吃素，這叫做菜骨（臺語），人家就是有這種根基，所以對小孩子最好不要說：營養不夠啦！要他頭腦發達，就買個豬腦給他吃，吃腦補腦，補成豬腦，像什麼？吃肝補肝，這是種錯誤的觀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有些小孩子生出來，一聞到那個味道，他就說很臭，有的人哪，吃！吃！吃到牙齒快掉光了，還想吃上雞肉，咬不動了，才要去吃豆腐（臺語），這個肉咬不動了，他說我要吃素，要吃豆腐。眾生就這麼執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殺多，眾生生惡：這是第六點。殺太多了，不曉得你累世以前這些靈，都通通殺過了，它當然怎麼樣？現在一見你就討厭。所以，這個殺豬的人，人家就不喜歡親近他，一付兇煞面（臺語），對不對？所以你累世殺的太多，這一世沒有人緣，人家看到你就不喜歡你。所以，為什麼說：「哎呀，我為什麼這麼沒有人緣呢？」自暴自棄，有沒有？這是累世殺得太多的關係。那麼說，殺生殺太多，臨命終的時候，恐怖、餓死，就是剛剛老師說的牛聲馬喉，這個牛頭馬面要拉著他，所有的這些冤親債主全部都會出現。所以有些人死得很安詳，可是有些人死的很難看，有些人是意外死亡，對不對？所以，這個就是「殺」，犯了「殺」的果報。心裏面有什麼感想？，有沒有犯到？大的沒有，小的呢？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我們現在來說「戒殺」。戒殺有哪些果報呢？犯殺有果報，那戒殺也有果報。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戒殺就是修無畏施：「無畏施」不是說你不怕布施，家裡很有錢，五萬、十萬不怕布施，這叫做無畏施！無畏就是給動物給眾生沒有恐懼感，這個叫做無畏施。有這個慈悲，你不殺它，它就不會恐怖啦！你要殺一隻雞的時候，你抓起來，毛搓一搓、搓一搓，它有沒有瞪著眼你看？所以讓它恐怖，它也是一條命，它也怎麼樣呢？它也有「天倫之樂」！你把它硬硬的殺死，那實在是太殘忍了，所以我們修行的人，要修無畏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若生在人中，會少病長壽：這跟剛剛那個相反。所以有些人身體很健康，健康的人不知道生病的人的痛苦，「天天在吃藥，啊！不要假了！」是不是有這樣子？所以，有些人看起來很健壯，八、九十歲了還是老當益壯。有些人呢？二、三十歲就離不開藥，這跟你累世有關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、慈心增上，煩惱減少：你有慈悲心，你戒殺啦，你自然而然煩惱減少，因為你就身體健康嘛，你就少病、你就少跟人家結惡緣，所以煩惱會減少。再來就是斷嗔心：斷嗔心，捐除熱惱：這些都會跟你意識有關係。你殺多了，脾氣會壞，會暴燥，你有沒有看到一個很喜歡「殺」的人，他脾氣很溫順？「彬彬有禮」是在形容什麼？讀書人，對不對？讀書的人彬彬有禮。有沒有說殺生的人「彬彬有禮」呢？沒有！再來說眾生喜歡親近，鬼神喜歡守護；你不殺，眾生就喜歡親近你，這是累世你跟他結了善緣，你放生嘛，你放了他，你有恩於他，他喜歡接近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人出外得貴人助，有沒有？那鬼神守護，善神會守護著你。因為你身上沒有殺氣，還有慈悲心，你們持戒的人就是菩薩心腸，所以呢，善神容易守護著你，還有呢，再來說，常無惡夢，睡覺很快樂；所以你很久不吃了，就不會夢見吃雞腿啊！還有呢，你也不會去夢見那些奇奇怪怪的、什麼東西壓著你，所以睡覺都會很安穩，一覺到天亮，睡覺都會躺個吉祥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再來就說，於未來世中富貴自在：於未來世中能夠富貴自在，你戒殺啦，那麼將來的果報就是你有修福，那麼你就沒有病，少病你就自在，你又能夠給眾生布施這個無畏施，所以你就會富貴逍遙自在，這是它的好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呢，解除怨結，廣結善緣：這些都是很接近的，你不殺，自然而然你就會怎麼樣？不會起那個好殺之心，不會去當流氓，流氓一看到這個人家不順眼，刀子拿出來，「你看什麼！」是不是就「殺」了？所以可以解除怨結，廣結善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最後一條是，受持五戒，若發願行功，來日必往生淨土：命終升天的意思。殺盜淫妄酒，你們這個五戒都持了，將來必定怎麼樣呢？再行功立德，往生淨土。因為這些都是汙染你意識的種子，你這些汙染的種子去除了，你就可以往生淨土了。所以殺盜淫妄酒，不殺就是仁心仁慈，不盜呢就是有義氣，不淫就是有禮，不打妄語就是有信用，不喝酒就是有智慧，跟儒家所說的五常是一樣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一個人有沒有修行跟因果有關係。這樣子有沒有問題？因為這個很微細，那你們聽了這些人說：「哎呀！這個也不行，那個也不行，那我乾脆不要來聽，不聽了就不會覺得恐懼！」這個螞蟻不能殺，酒也不能買來送人，哦，我不要來聽，不知道就好了。不知道你就不能解脫！你就會犯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今天老師先講「殺」戒，你們能夠接受，下面再繼續講，不能接受，「老師那個我就不要聽好了，我乾脆迷迷糊糊，我只有清口茹素就好，其他的我們不要聽！」那就講到殺，其他下面我們就不要講了。所以今天作個淺談，給你們一個概念，一個修無上菩薩道的人，我們是必須要起心動念，處處要維護這個善心，處處要怎麼樣？跟萬物同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人家說，「那麼這些畜生動物這麼多，我們不吃，那不是滿天飛了嗎？」那問你，老虎吃人的，你們是不是生來給老虎吃的？這些雞鴨魚肉，你們說是生來給你們吃的，那老虎吃人的，人是生來給老虎吃的哦？那些蚊子喜歡叮人的血，你們也是生來養蚊子的啊？蚊子叮你們，你們要不要殺它？是啊！所以你們不要自私，將心比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說來，為什麼會有這個因果，這個因果不論佛家，不論哪一家，它絕對是跑不掉的，既然生為一個人，絕對是在因果循環當中。來說水是什麼，一個位能，對不對？水在水力發電廠的時候，它是一個位能，位能它流下來，流到發電機就變成什麼？會轉變成電能，對不對？電能再發射出來，變成光能，光再射出來是什麼？變成熱能。所以，水不是電，電不是光，光不是熱，但是他們是一體的東西，他們是一個質能互換，質量轉換的東西。所以，你力量大的，你就往上升，沒有力量，你就下降，這不修行怎麼會不六道輪迴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六道輪迴都是人在輪迴，在於你們累生累世當中所做的這些能力能量。畜生不是人，人也不是蚊子，那為什麼會換來換去呢？這身殼會換來換去呢！跟這意思一樣的。所以，是一種能量轉換的問題。所以，要修行才有力量突破因果，才能夠上升。你沒有修行、沒有功德，那你就下降，沒有這個能力嘛！沒有這個能力，所以要下降。今天我們都要修行的，希望你們大家要小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還有一點，你們家裡面大家都有拜拜，都有安佛像，對不對？安佛像你們要小心，房間裡面換衣服的要小心。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那還有最重要的，佛像爛了，可不可以拿掉？如果是磁器的，可不可以把它摔破？如果是畫的畫像，可不可以把它燒掉？可不可以？不可以。為什麼不可以，那要不然怎麼辦？收起來對了，收起來。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的你那些佛像拜得再怎麼爛，不能拜了，你都要把它捲起來，收起來，千萬不要把他燒掉，你燒掉，這些灰啊，丟到垃圾堆裡面跟那些髒東西混在一起，那你對佛就是不敬。這個戒是從「出佛身血」這邊演變出來的，古代有出佛身血，這條戒律，就是說，去傷到佛身上，讓佛身上流了血，這個要下地獄道，要墮三惡道。現在佛、菩薩都不在人間啦，留下這個佛像，這些經典，那這條戒律就是這樣子演變出來，也就是說你不要以噁心、不好的心去破壞佛像。所以說家裡面，太太要拜拜，先生不拜的，那先生很壞脾氣：「你再拜，你再拜，我把你這佛像燒掉…」這樣子就以噁心破壞佛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所以佛像不能拜了，你們把它捲起來，如果要燒掉，那就比較麻煩了，還要拿到大海去丟掉，反正就是不能當做垃圾丟啦，懂嗎？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