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第二十二集《濟公活佛說五戒之戒盜》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上個月老師為我們講了這個「殺戒」，或許已有各方面的風聲了，所以有興趣的人，這個月不妨再來聽聽看。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戒律戒律是一個根本，是超生了死的一個根本。如果不懂戒律，你們會犯了很多錯誤，很多的過錯，等於收入不夠支出，你們拼命的做拼命的修福，但是不懂戒律，無形當中造成很多過錯。所以，有這個戒律給你們作一個約束，來減少你們的過錯，也就是說，不管在哪一宗、哪一門修行，大家都必須謹慎小心的守著戒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臺灣人犯法要受法律的制裁，總不能說美國人、日本人犯法就可以不受法律的制裁，是不是？所以說各宗各教通通一樣，只是名詞不同而已。總歸起來，這個「五戒」裡面很微細，都是在起心動念之處，你們不容易發覺。把它歸納起來叫作「五戒」。所以這個不是佛家修佛教的人專有的名詞，不是他們專修的一個法門，而是每一個修行者都必須謹慎小心自己的一言一行。不要修這個〔有漏法〕，這個杯子裝了水就必須讓它裝滿，不能夠讓它破洞，而你們不守戒律犯了一些微小的過錯，等於滴水不能滿，杯子有漏洞一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不管你修行在哪一個宗派裡面，這個戒律對你們來說，是修一種福報。能夠守住這個福報，不讓福報消失掉、漏掉了。無畏施在廚房裡面有大滴汗、小滴汗，這樣子辛辛苦苦的在做，你們三施齊行而不懂得守這個戒律，那很可惜，就會漏掉很多功德福德，以致你們的福報會越變越少，變的減少。所以呢，臺灣人觸犯法律要受到法律的制裁，任何一個國家，都有他的法律，只是名詞不一樣而已。已。這樣分析你們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天道弟子有他殊勝的法門，但是這一種法每一個人都必須要去懂，就像你們研究心經、金剛經、道德經，這些觀念你們都必須要懂一樣。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社會上變得這麼混亂。大家看了傳播媒介的報導，大家心裏面都會有一個同樣的感受，就是社會混亂。脾氣不好的人，就會消極的罵他幾句，但是這種消極的罵法都是於事無補，那麼與其你看到社會混亂，我們身為一個修道者、一個宗教家、一個弘法的人，大家都必須有個共識，必須要多多少少負一點責任。尤其是弘法的人，人心不古，人心那麼亂，更需要負起一點責任。不要看到傳播媒介，看到人心不古，那些殺父母，搶啦、盜啦、就起了一個消極的想法：這個社會混亂沒有救啦！那麼清者自清，濁者自濁。你在清醒當中，你也必須要負一點教化的責任。所以宗教家也就等於教育家的另一方面方面，另外一個名詞，就是〔淨化人心〕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持戒是長養聖胎，增長慧命，心地光明鬼神會親近，所以，這個持戒必須要發出有恆之心，不要發露水道心，這個露水道心，陽光一照射馬上就消失了。所以要時時刻刻去堅守，各位都能夠進來佛門修行，大過是絕對不會犯到，可是小的過錯在微細之處就必須要小心。為什麼要講這個「五戒」，因為它開出來的每一條都是很微細很微細，而你們不容易去想像去注意到它。尤其是今天要講的這個「盜」、「盜戒」，「盜」，你們在廚房的無畏施要特別注意聽哦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上個月講的這個「殺戒」在這裡老師再給你們強調一句，如果你們有祖先過世的，你們最好不要殺生，因為再殺生的話，這些業通通由祖先帶去。因為他的後事而造成你們殺生，所以這些業通通歸於他。祖先過世你們最好能夠辦素的，那麼家裡面沒有全家清口的最好能吃素四十九天，那麼夫妻關係呢，也要隔離四十九天，這樣子能夠幫他減輕他的業力，這一點老師特別給你們強調。今天我們就來講這個「盜」。所謂盜就是〔偷〕啊，盜的方式比較明顯的就是「偷」，「偷盜」就是趁人家不小心的時候去「偷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還有一個是「劫」，在人家注意你的時候，你強力的去「劫」，比如說搶劫銀行，劫持人家的財物等等。再一種是「騙」，騙人家老頭子，這個老人家最容易受騙，對不對？所以金光黨也喜歡騙，退役軍人有一點退休金，喜歡上當在女色方面被人家騙了。還有一種是「脅」：〔脅取〕、「威脅」、【勒索】。青年男女在公園裡面，人家來收這個這個保護稅，這種叫做「脅取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還有一種叫作「詆謾取」，也就要出國了，東西託寄給朋友，沒有寫收據，大家彼此互相信任，你回來以後向他討回東西，朋友是貪心的人，他說：「沒有啊，你哪有放東西在我這裡，有的話你拿收據來」。這一種叫做「詆謾取」。詆是誣賴的意思，謾就是罵的意思，所以這個誣賴東西不還給你，而且罵你說誣賴他，所以說這種就是貪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還有一種叫作「訛賴取」，訛就是故意的，比如說你這東西很貴重，打個比方說這個鑽石好了，你拿這個鑽石，朋友看到很漂亮，他故意買個假的，跟你混來混去摸來摸去，到時侯他知道你的是真的，的，就把你的調換過來，他說這是我的，你說那個真的是我的，他說你這個是假的，就是故意啦！所以訛賴嘛！這是比較明顯。這些在社會當中有啊，當然我們在座的是不會發生這種事情，前面講的這些，社會上的人是比較容易犯的。那麼我們在道場修行的這一些修士們比較容易犯的是哪些呢？下面講的是你們比較容易犯的，你們就要注意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道場裡面，第一個有什麼疑難雜症那，有什麼麻煩那，來到佛前叩頭，燒大把香求佛，你們香從哪裡拿？這樣抓來一大把很方便哦？這個香要自己帶來！你自己有了困難來求佛，你功德還沒做就先盜佛物啊，這個想都知道。你要來求醫生總也要付個醫藥費，你來求佛這個香這樣抓來很方便，你方便了佛可不方便了。香啊，這些供物是大家買來供的，這個主人是仙佛。所以說這個功德還沒做，就先盜佛家的財物，這一點就嚴重的犯到了這個「盜」，所以這一點你們以後要好好小心，有疑難雜症來求佛，求什麼燒什麼大把香，希望大家花一點錢，自己買一把香來，求得心安理得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再來第二點，打電話自己要付錢，不要說這個電話講得很便宜，道場所有的財產，主人是仙佛，不是哪一個，哪一個住持、哪一個都沒有權力作主。你打電話最好自己投錢，這個是可以投錢，沒有投錢的那一個你們最好是自己付啊。你到道場來功德還沒做，就先盜取道場的東西。「你可以讓佛祖沾點便宜，但不能去沾佛祖的便宜」這一點要小心。如果是屬於家庭道場私人的財物，那這個就另當別論。家庭道場的朋友當中，這個又另當別論，老師今天說的完全是公物，公共道場裡面的。記住啊！免得這個電話費單子到了，一看哇！好幾百塊，又開始罵啦！你們自己去投錢。自己付錢，要講那個面線話，又臭又長的，所以你們都心安理得，對不對？多少自己自己付，國內國外都一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再下來廚房的無畏施，小心一點注意聽。無畏施煮東西，煮熟以後不知道味道調得好不好，恰不恰當，拿起來嘗一口，這個可以，你要是貪心這個東西好吃，就多試幾口，等到你們有五個無畏施，通通嘗到滿意了，那東西都剩下一半了。所以這個東西煮熟以後，在還沒有正式開飯之前，你們不得貪心去多嘗，調到什麼樣嘗一口就知道，你嘗那麼多口，難道你舌頭有問題呀？所以這個道場的公物是屬於十方善信布施出來的，主人是諸善信，布施出來就等於給道場給大家來用，但是給大家來用必須要有個規矩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還有，東西買來以後不要大包小包再拿回去。這個無畏施或有的道親來到這邊，對這個道親特別好，這個布施得比較多，這個拿回家，拿回去。大包小包的拿，是不可以啊！你大包小包的拿，這到底是人家布施給你，還是布施給道場的呢？你一個人不能獨享。你說我有出錢，初一十五有出，那是你自己布施的功德啊！你不能說因為你有出錢，就能夠大包小包的拿，你布施出來就是布施出來，你那個心已經發揮出來了，再拿回去就變成盜心了。所以起心動念這個要分得清清楚楚。如果是法會開完了剩菜很多，那另當別論。剩菜很多吃不完會壞掉對不對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這可以拿回去，但是拿回去以後，要想以後多買一些東西過來，這些差不多有多少等值，有多少的價錢，法會過後啊，可以買一些東西過來，隨時有一些新鮮的東西存在那邊，給開班啦、或是有其他事情有班啦，可以繼續吃這些新鮮的東西。至於吃不完的，大家平攤拿回去這個不算犯，這個有布施多拿一點，這個沒有布施就少拿一點，這個主人不是你們，是仙佛啊！所以布施出來人家是看在佛面，不是看在人面，在布施的，是不是？如果是私人，物件私人買的，又當別論，你私人拿到這邊用，你拿到廚房煮了拿來吃那又另當別論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還有供果買回來，還沒有供佛之前，你就不要自己先拿來吃，所有的供物，是仙佛的，不是你哪一個人的，所以你絕對不能用你的權力，可以先拿來吃，可以給哪一哪一個人，懂嗎？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還有人家道親布施的錢，有說明要月助的啦，要開荒的啦，要印善書啦，要給道場用啦等等等等，人家發心在那裡就用在那裡，不可以摻摻來用。人家發心要買香你就買香，要月助你就月助，要分清楚一點。打掃道場的掃具，不要跟掃廁所的混在一起，打掃道場的掃具應當另外分開，那屬於仙佛在用的，應該保持清淨一點。看那一支拖把，道場在拖、廚房也在拖、房間也在拖、廁所也在拖，這不太好，應分開一點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再來呢，是供佛的花，供佛的這個花不要拿來聞，這一朵是夜來香聞聞看，比較香一點，那一朵是鬱金香，味道又不一樣，聞聞看，鼻子啊不乾淨，你感冒啦，這個鼻蓄膿、流鼻水啦，等等，不乾淨！所以你聞過了，不清淨。這些花是拿來供佛，不是來供人的，香不香佛會聞啦！所以這個香要買時拉出來，這個聞看香不香再買，這個都不好。這些都是在微細處你們都容易去犯到的地方，不知道的地方，所以大家要小心一點。這是在道場裡面，你們比較容易去犯到的。那再來，在外面上班的公務人員，信封啦信紙啦，寫得很方便，隨便去用，這個叫做盜取國庫啊，有沒有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作公務人員的小心一點。即使你們在公也一樣，私人就是私人，公司就是公司，你們不要把公物拿來私人用啊！公司或是團體裡面，有五十個人，這個也拿，那個也拿，老闆不是虧掉了嗎？所以我們修道要守住這個戒律，公務人員拿的，這些都是臺灣民眾所有繳稅稅物，你如果盜用公物，就對所有繳稅民眾欠債，這就是盜取國庫。還有教什麼漏稅啊，教人家打公用電話怎麼樣才可以不用錢啊，怎麼樣撥會掉出來。教人家怎麼做可以漏稅呀，這要小心一點。還有印刷品中不要附帶信件，這個也是盜國庫。有沒有犯到了？有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所以沒有說你們還不曉得，還做得挺高興的，你不會我來教你，兩個人一起犯。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還有你們去偷，萬一偷到對方是貧窮的人,他為了這筆錢焦慮而去自殺死了，你同時犯到偷，還有殺，「殺」、「盜」兩條戒，很嚴重啊。這一點你們大概都比較不會犯到，但也必須給你們強調。那麼說公務人員要小心是不是？公務人員，公司行號大家都要小心一點，那麼坐車啊、坐船啦、過路啊，沒有付費用的，沒有買車票的，通通一樣是盜國庫。還有買東西，賣東西的人算你便宜，不要開發票，那兩個說好，就算我便宜我不拿你的發票，這個一樣是犯了盜國庫。該開發票就開發票，你們若是要漏稅要逃這些，國家建設的經費從哪裡來？政府少收入了，國家建設的經費，公務人員的薪水哪裡來？那麼你開了發票，你拿不拿是你的事情，但是你要當面看著賣東西的把發票開出來，懂嗎？當然，不是為了對發票中獎，所以所以每次守法，是一個好國民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「盜」比較微細，所有的戒律，就是「偷盜」戒律最微細最難持。很多很多地方，不小心就會犯到。那麼開了太細太細你們又嫌麻煩，這個也不行那個也不行，我乾脆逃到美國去，我不要聽了，不要聽那你就是這個福報守不住啊！每個人都希望來道場多做一點福報修一點福德，你不小心漏了這些福報，那不是很可惜嗎？你拼命做那麼多，到最後沒有啦！奇怪，回去之後還是天佛院的修煉員、練氣員，原因在哪裡？原因就在於福報都漏掉了！你在心上沒有下功夫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所以這個「戒」對你們來說很重要。所以說，三學，這裡面叫做「戒」「定」「慧」，第一個要守「戒」，因為「戒」排在前面。末法的眾生根基比較鈍，不能一下子見性悟性，一下子就守的很清淨的戒律，你無法以自性為「覺」，就必須要以「戒」為師。即使是十方聖佛，聖賢仙佛，他們還是從戒律先修起。因為「戒」是斷一切惡的根本，我們今天求道只是結個善緣，而「持戒」才是行善斷惡的根本。念頭如牛毛，證果如牛角，為什麼？只因你心念太多，貪慎痴慢疑、十惡八邪、種種種種，太多沒有去掉，所以你往生證果就如牛角一樣的少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修行的法門當中有很多很多種，但是唯一相同的就是守「戒」，不管哪一宗哪一派、「戒」絕對是共同的一個法門。所以老師今天才要再講這個戒律，讓你們明白，去守著它。不要以為我們只要守著十條大願，或者念念無字真經，就可以超生了死，你每天在念，但是念頭不斷，諸惡的根源沒有斷，斬草不除根，春風吹又生，所以，以，惡的根本絕對要斷除，才有辦法長養你的聖胎，增長你的慧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幾種情況不在偷盜裡面。雖然戒律很嚴，但也有它方便的時候，大家聽了戒律之後覺得怎麼樣？這個不行，那樣也不行，那要怎麼辦呢？跑到深山古洞一個人生活好了，不會受到人家的幹擾。可是，事實上，真正的一個菩薩，他是不怕麻煩的，真正的一個菩薩心、修菩薩行的人，他是在鬧市裡面，他不怕麻煩，他能夠把這個煩惱轉化為菩提。只有一個羅漢，一個自了漢，他才會跑到深山古洞裡面，因為他要逃避它，他怕被汙染。因此我們修一個上乘之法，一定要用智慧來分辨，哪一種該做，哪一種不該做？雖然說很多地方會讓我們造成一個偷盜之心，但是有些地方還是有它方便的，這叫做開源：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一個己有享：就是說這個東西不是你的，但是你把它當作是你的。譬如說你們來這裡上課，下雨天幹道拿走的這個黑雨傘，通通放在那邊，下課後認不清楚哪一把是你的，是黑傘就拿一把回家，這樣子不算盜，因為你也有一把黑傘被別人拿錯了，這種不算是偷盜，盜，你認為是你自己的，這就叫做「己有享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還有一種是予己享：「給予」的「予」，己就是自己。「予己享」就是那樣東西人家並不是送給你的，而你以為是人家送給你的。譬如說到道親家裡，又是茶又是水果一大堆的招待，等到要回家時侯，看到壇主或是道親拿一包東西放在桌子上面。以為那一包是要送給他的，拿著就走，其實那一包是要送給別人的，這個叫「予己享」。沒有偷盜之心這個不算，但是你不能說那個東西我看了喜歡，以為走要送給我的，拿了就走，故意有這種心就不可以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還有一種叫畚帚享：畚帚就是「廢物」，也就是不值錢的東西。「畚帚享」就是大家都很勤儉，倒垃圾時在垃圾堆看到人家要丟掉的東西，桌子或是椅子，還好好的，或許是人家洗一洗在那旁邊曬，你以為人家是要丟掉的，「畚帚享」你把它拿回家，等到人家要去拿的時候，哇！不見了！是那一個給我偷去了？我是洗一洗曬在這邊的！你把它當作垃圾撿回來，這個不算犯戒，但是你們不能說人家的手錶，這個「勞力士」的放在那邊，於是就把它拿走「畚帚享」，我以我以為是你不要的，我拿走。這可不行，這可要看時候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還有一種叫暫用享：譬如說你到朋友家，需要筆啦、紙啦，或是需要什麼東西，電話啦，先借用一下，你跟他很好嘛！你借用一下，等一下就還給他，筆用一用還要物歸原處，你不可以順手牽羊就帶走，這叫「暫用享」。東西暫用一下，等一下再還給人家，這種不犯盜戒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還有一種親厚享：父母親的「親」，厚道的「厚」，「親厚享」。就是說你到朋友家，因為大家都很熟悉嘛！你把冰箱打開，汽水啦、水果啦、點心啦，拿出來就啃，拿出來就吃，因為跟朋友很熟，他不認為你是在偷盜。如果不是很親近的，你不能隨便走到人家家裡面，冰箱一打開，啊，我「親厚享」，他跟我很好，他不會認為我是偷盜，這不行，這是隨便，這變成隨便，方便就出下流，不可以啊！所以如果大家彼此都很信任，不用寫借條，可以當作這一種「親厚享厚享」。以上這幾點呢，都不在偷盜裡面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麼所偷的東西還分輕跟重。譬如說：你偷了道場的東西，道場的東西，這就犯重了。因為道場的東西是要利益所有修行人，這個權益是所有修行人、所有的道親，而不只是某些人，所以你偷了道場的東西，你就犯了重罪。「三寶門中好修福，一粒種子萬粒收」，上個月曾說過。你布施在道場，在道場，它的福報很大，福報遍十方，可是，你要造業、要犯戒也很容易，因為你來了很隨便，拿了就走啊！你認為這個很方便，是要給大家用的。為什麼說布施道場福報會很大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因為這個是遍十方法界、遍所有修行者，等於是數學一樣，數學一百零除等於是無窮盡，對不對？所以這走遍虛空法界。你布施一百塊在道場，等於說利益所有修行者，不只是你這一方的修行人，別的修行人、所有道場的修行人都算在裡面，因為你布施出來了，這就不屬於私人的，屬於公物了。公物就是所有修行人都可以利益，一包米呢，你來了可以吃，他來了也可以吃，別的地方道親來了也可以吃，對不對？所以利益所有的修行者，等於一百零除，等於無窮盡，遍虛空法界。但是相同的，要偷盜也很快。總而言之，道場的一針一線、一筆一紙你不要隨便動用，你要動用它，你就多少布施一施一點。「給佛祖沾便宜，不要沾佛祖的便宜」，就沒錯啦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布施要沒有執著的心，不要講我初一十五，開法會或是什麼時候拿了錢，你出錢要作福田，是要布施呢，還是要來這邊交易的呢？因此你布施出來就不能有執著的心，不能說我什麼時候五千啦，什麼時候一萬啦。有些人老說，老師啊，我都沒有執著呢，我布施出去都沒有執著，沒有執著心啊！我說，小數目沒有執著，大數目還是有執著啦！你布施一兩萬元很容易，尤其是有錢人，叫你布施一百萬執著不執著？小數目不會執著，大數目還是會執著的，對不對？所以地心為什麼會有地心引力呀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會執著嘛！火箭呢，要離開地球上升，一定要脫離地心引力，才會上升。那人要脫離業力的牽纏，一定要怎麼樣？要放下你執著的心，才能脫離業力的牽纏！人之會有執著，就像地心引力一樣，束縛著嘛！你種種都離不開執著，所以呢，質量化為能量，它就轉換為業力。人的造惡很快就輸送到八識裡面，八意識裡面，它很快就轉換成一種業力。人是怎麼來的？父精母血的基因對不對？基因再加上一種業力，轉換成一種能量，所以兄弟姐妹生出來，條件都不一樣是不是？每一個人，智慧啦、命運啦、還有種種福報啦，通通不一樣，條件也不一樣。隨什麼？隨各人的業力，隨各人的福報。眾生是帶著不淨的業力而來的，有執著的心，就會產生大小便，因為不為不清淨嘛！佛是帶著願力，帶著悲心而來的，他清淨嘛！所以他沒有大小便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貪嗔痴是一種生死流，要是順著心呢，就在生死流裡面，修行呢就要逆生死流。順著你們的習氣，很容易六道輪迴。學道、學道，道就是「路」，「六道」就是六條通往的路，大家修一修說；老師我會不會往生、會不會回去？我說會啊，只不過是六道，不知道是哪一道而已。大家都會往生，六道也都是往生的，六條通往的道路，支持著你們永遠在生死流裡面輪迴。因此學道學什麼？學這個不個不生不滅，學斷絕輪迴的「道」，斷絕這個六道輪迴呀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下面來說犯這個盜戒，犯了偷盜有哪些業報？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一、墜三惡道：犯了殺、盜、淫、妄四條，第一個通通一定要墜三惡道。得一個人身不容易，可得要好好的珍惜去修，墜入到三惡道之後啊，要想再轉回人身來，可沒那麼容易哦！比如說你轉到豬的身，你要等到業報報完了之後才能轉回人身。剛剛還漏了兩條，倒人家會錢也算偷盜，放高利貸、吸人家的血汗錢的也是偷盜。你倒人家的會錢，下輩子會轉豬啦、狗啦。狗替人家看門呢，等於傭人一樣，傭人一個月多少錢？一萬多塊是不是？，你倒人家多少錢，看你當多久，把欠人家的會錢還完。那豬呢？一條賣一萬五、兩萬啦，這是臺幣，看你賣到什麼時候，就把你倒的那個一百萬或是八是八十萬還完，你才可以再去轉世，所以墜入這個三惡道是很可憐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二、若是生在人中，貧窮下賤或多財資而不得自由使用：這就是告訴你們因果啦，今生貧賤為何因？前世偷盜太厲害了，所以生在人中，貧窮下賤，或是很多錢財不得自在使用。為什麼會不得自在使用呢？因為你布施以後有沒有生後悔？後悔你布施太多啦！啊喲！他才出一萬我怎麼出兩萬呢，比他多一萬呢？所以布施啊，布施出來以後就不要產生後悔。你寧可多布施一點，這是你的福田，但是生了後悔心，即使你布施在佛門之中，有福報，來世縱然是有福報，但是你有很多錢財，卻不得自由使用，這就是它的因果，它的業報。雖然你有很多錢，一下子這裡散失掉，等一下那裡又散失掉了，一會兒朋友來借，借一借又沒還，很多資財你都散失掉，這就是不得自在使用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三第三、苗稼房產遭水火霜雹等災：苗就是五穀類啦，稼就是地瓜玉蜀黍之類，這些不動產之類，很容易遭到水災啦、火災啦或是下霜雹這一類，很容易把你們掃得空空的。縱使有也是等於沒有一樣，到那時你會想：「唉！所有的都沒有了，人生無常啦！」這些是業報，這些不是你辛苦賺來的錢嘛！對不對？你隨隨便便去用它，你沒有那個福報而先享用了。等於還沒有收入就已經透支了，你先享，把這些福都享盡了，而來世即使你有做了一些福報，還得先還掉你前世已經用光掉的那些，先前透支的那一部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四、他人失物與己生疑：就是別人掉了東西，看你賊頭賊腦，就認為是你偷的。所以人啊！要是沒有犯了偷盜，走到哪裡都很自在。而你犯了貪小便宜順手牽羊的壞習慣，人家一針一線丟掉，都懷疑你啊！因為你臉上賊頭賊臉的，這個就是人格的問題。因此說犯了這些不好的很容易遭人家誤會。譬如說你丟了兩仟塊，到處找都找不到，你就會去想我跟那些人在一起，會去過濾這些人對不對？東西掉了總會去找，價值少的找不到也就算了，但是價值高的你就不會罷休。於是你就會開始過濾那些跟你在一起人，昨天晚上有誰到我家來過，於是乎你就開始去想啦。如果你是一個坦坦蕩蕩的人，平常撿到東西，你都不會據為己有，想法子還給人家，那別人自然不會去懷疑你。要是你平常喜歡貪小便宜有這種不好的習性，人家就會就會懷疑你，所以做人平常就要廉潔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五、身常受苦，心懷煩惱：身體常常會遭受到一些痛苦，並不是疾病而是有一些很煩的事情啦，讓你感到很不自在，心裏面產生一些煩惱憂煩，就是有那麼多的雜事來煩你，不得清心自在、逍遙自在啊。所以小偷偷人家東西，晚上睡覺安穩不安穩？聽到有人敲門就以為是警察來找他、或是人家來找他的麻煩，總是坐立不安嘛，對不對？前世犯了這個偷盜戒啊，這一世就是會常常坐立不安，起了這些無明的煩惱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這是犯了盜會受這五樣的果報，這是一個歸納而已，其他還有很多很多談不完。那麼守著盜戒的人，就是不犯偷盜的，他還有些善報。你不持戒有他的報，你持戒當然也有他的報，所以持戒啊，有這有這個善神擁護。那麼有哪些好的果報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一、資財盈積，而不散失：就是你有財產，不會莫明其妙的，這裡失那裡失，也不會作生意容易失敗。有些人做生意很賺錢，隨隨便便做都賺，隨便投資也賺錢，有些人再怎麼作，就是不賺錢。那麼他越投資呢，就越虧，就是因為沒有這個福報。他曾經犯過盜戒，錢財守不住嘛！要不就是給家裡面的不肖子亂花掉，要不然就是送到醫院去啦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二、多人愛戀，深信不疑：這跟前面所說的有一點調過來。「愛戀」就是人緣好啦！就是說你平常看到可憐的人就會起一種憐憫的心，就會去布施。那麼人家看到你就會覺得你很慷慨，很容易布施這些善財，因此也不會起那種懷疑的心，即使他家掉了東西。而你跟他睡在同一張床上，他都不會懷疑你，因為你平常布施習慣，你平常做的這些他對你已經很信任了。所以即使他存摺掉了，你在他家他家過夜，他都不會懷疑你，而且對你非常的推崇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三、善名遠播，十方讚嘆：譬如說你們持戒很嚴，善名絕對會遠播，殺盜淫妄酒、脾氣啦，貪慎痴啦。各方面都沒有啦。所以呢，這個修行是教育自己，不是教育別人，不要拿了戒律的尺來衡量別人，你自己把自己量得緊一點的話。善名就會廣播，十方就會來讚嘆你，人家一談到某某人的修行，大拇指就會翹起來。絕對是好的。不會說：「他好是好，不過呢，脾氣不怎麼好。」要不然就是說：「他好是好啦，不過嘛又怎麼樣怎麼樣啦」所以你做得好，絕對是對你有好處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因此我們做一個修行者，上面的人做得再怎麼差，我們還是去讚嘆他，我們還是用平等的眼光去看，不要說他站在上面他怎麼樣啊。不要講是非，也不要去挑它的毛病，上面的人不好，他有他的因果。如果你還要講的話，你自己的口就不清啦！並且還要背上因果，所以做得再怎麼不好，可是他可以破男女這一關，你們跟不上啊。是不是？即使他的德性不夠，可是必須斷男女的，他能夠破男女這一關，這個精神就值得讚嘆。就像出家人一樣他修得好不好且不論，他能夠把頭剃得光光，披著那件袈裟，就值得人家讚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他修不修是人家的事情，我們隨時要保持一種讚嘆的心，如果是用討論的方式，那就不算是是非。比如說，這個道場跟另一個道場之間，這個道場很多人說他有這種毛病或是某個人他有某一點毛病，我們拿出來討論，是不是該效法他或是改進，用討論的方式不加以批評，這個不算犯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第四、處眾無畏，人不敢欺：處在眾人很多人當中呢，就是說心地光明坦蕩，不會畏首畏尾的，不會說我作了虧心啦，我那裡做得不得不好啦，你做得讓人家「無懈可擊」。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五、身心安樂，命終升天：因為你沒有這些貪念，沒有這些小毛病，這些習氣、習性，所以，當然身心安樂自在。活菩薩能夠逍遙安樂自在，因為他沒有習性沒有念頭沒有業力。所以他絕對是處在這種極樂淨土裡面，而我們凡夫從這個婆婆世界可以修成淨土，就需要你去去掉這些不該有的貪嗔痴啦。這些種種不良的習性，你一樣可以修一些淨土。在你的心你的方寸裡面，時時要澄清。一個念頭起來，先要問一問自己這個該不該有。所以先檢討自己這些念頭，先檢討自己的過失。那麼你必會時時澄清這些，就不容易汙染道你們本身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麼偷盜是最微細的一點，你們很容易去犯到。老師剛剛開出來這幾條，是你們在道場裡面比較容易犯的。至於人家這個沙門裡面，都有一些沙門的規矩。我不必開出來，是不是？因為你們不在沙門裡面，你們在道場裡在道場中，針對你們容易犯到的這些開給你們你們，所以說持這個盜戒不容易，沙門裡面更微細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凡是在道場裡面，你如果要動用什麼東西最好小心一點，你來道場吃飯是可以的。不要聽到老師這麼說，以後上課都不敢來吃飯。道場本來就是屬於大家的，所有的東西都是大家公用的。放出來的牙膏、毛巾、衛生紙，你儘量用。如果你拉肚子，衛生紙儘量用沒關係。不要說不能用，但是你也不要太小氣，多布施一點。布施是可以破慳貪的，為什麼要你們布施？因為人執著嘛！貪太重了，人的執著就會造成山河大地，石頭硬硬的東西，一個人的脾氣太固執就像石頭一樣。對不對？結果脾氣太暴燥火氣上升，所以有火災嘛！你怒火嗔火不滅，外面的火災就不斷，戰火連連。你持殺戒，不殺生，戰爭炸彈炸不死你。你持了不盜戒，火災火燒燒不死你。所以持戒有善神來庇護，持五戒就有五個善神，持一戒就有一個善神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後面還有三條戒律，最難持的是什麼？妄語戒，還有酒戒。這個盜是你們不小心去犯到的，一講開來你們可以改，這個妄語戒就很難很難了，做生意的人談價錢會打妄語，這個我以後會談到。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些人說我持個六十分就好，我持三戒，殺盜淫妄酒，妄戒和酒戒我不要持，酒在外面交際多多少少會喝一點。「五戒持三戒，不用滿分」結果變成持個「不知那戒」（臺語）不知道持到哪裡去了。最好是持滿分，對你們的道力來說很有助長，你沒有這些業力牽纏，你就容易解脫。人為什麼六道輪迴？就是因為有一股煩惱支配著你們繼續輪迴，沒有煩惱就沒有業障，修行就快。是不是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把無明火，能燒萬裡功德林，不是大家都會說嗎？你辛辛苦苦累積了那麼多，一個無明火上來，那個無明火是在燒你的自性啊！不是燒你那些錢財，自性一燃燒，所有的都破功啦！這個所有的都可以舍，就是脾氣不好舍。忍辱道是很難修的，一個人動不動就發脾氣，這就跟你們修行的功力有關係。你即使做了很多功德，可是你一把無明火上來了，於是你就破口大罵，你完了，所有眾生不敢親近你，你渡的那些人也不敢來親近你。所以啊！末法的眾生就是這個樣子，比較鈍，脾氣又大。所以勸你們辣椒少吃，這樣子好像要你們的命一樣，尤其是你們這些內陸的外省人，辣椒吃得特別重是不是？辣椒吃多了是可以開胃，不過脾氣特別暴燥，能不吃就最好不吃。要是不吃會死的話就慢慢改，什麼都能舍，難道連這一點都不都不能舍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末法的眾生根器很鈍，我們見道成道，你去渡一個人不容易。你總要三番兩次的去循循善誘，同樣的引保師去引渡他的時候，也是不容易啊！好不容易帶來了，他看一看猶豫一下又不求道啦！等一下引保師又去連哄帶騙的把他騙來求道，你不可以說不給他求啊！有沒有聽到？所有的事情是義務，沒有權力。老師都不放棄任何一個可救的眾生，何況末法的眾生，他根器鈍，他不是一說就來啦！扇子一搖就過來啦，不是那樣子的。他有心要求道，你還是要見道成道，然後引保師要慢慢的下工夫去循循善誘，他不明理嘛！怎麼知道你這個「道」好，對不對？現在很流行試用品，對不對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買一送一，有新產品贈送一點試用品給他試試看，引保師也要慢慢的去引導他，也就是說他有這樣的一個行動行為，你總得給他一個機會，是不是？求了道他在外面不改或是對道一點信心都沒有，他又去毀謗道啦！這一些就算他無緣，我們已在尺度上放寬了，我們已經給他機會了，不能說連機會都不給他，給他機會他不來那就隨緣。所以說：「佛門大大開，有緣的快快來，無緣的也不勉強你。」這是個人生死問題，你不信就不信？不要那麼硬啦，人、科學、文學可以解決這種種問題，但是解決不了心態的問題，解決不了生死的問題。生病找醫師，那死呢？要找老師對不對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到要死的時候，是不是還燒大把香來找老師，那一個死得很自在除非你是個大修行者，高僧大德，或是你們老前人。已經能夠有神通，生死來去自如，否則你生病就要去找醫生，死了絕對要來找老師。你不要太固執，說不求道就是不求道，佛門有那麼多人來修行，你有緣進來了，來看一看你覺得不好的話再隨緣。以前的人求法都是用爬的，要求老師，求師求法，跪著爬著。可沒有像你們現在，頭抬得那麼高，高高在上，好像是人家欠了你多少，心不甘情不願的來，沒這樣的事情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是這麼高高在上，只不過是現在末法的眾生，沒有辦法，上天慈悲特別讓你們這些眾生，能夠帶業來修行。沒有叫你們先舍，沒有叫你們作功德之前，就給你們一個機會進來修這個方便法門，絕對不要放棄。你既然有這個緣份進來，就應該求道，「平時不燒香，臨時抱佛腳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家要求道，要給人家一個機會，不能一下子就把人家摒在門外，這個也說不通。道雖然說是大道無情，但是還是有情，都是有情的眾生，師徒情如父子，老師永遠不放棄每一個可救的眾生。除非這個真的是沒有緣份，連一根頭髮的善根都沒有，那就隨緣啦！你不修不求道，別人還是要修要求道，地球不會因為你一個人的死而停止運轉。道場也不會因為你一個人停止而就不辦了，這是一個大團大團體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