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第二十三集《濟公活佛說五戒之戒淫》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累代科名為何因？只為前生不犯淫。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身後絕嗣為何因？亦為前生犯了淫。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此善惡業人不曉，觸怒陰曹眾鬼神。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魂在地獄受苦刑，百千劫後方脫生。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◎世間罪惡淫為首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家生活都過得非常好，有句話說：「飽暖思淫慾」。萬惡淫為首，所以一個人慾望要清，不要那麼重，不要吃太飽。你們現在大魚大肉，三餐正餐不夠，還要吃點心，一天到睡覺為止，要吃五餐，所以女孩子太胖了還要去減肥中心。想到當今物質生活這麼富裕，但是卻給你們帶來反效果。你看以前的人，粗茶淡飯卻健康長壽，哪有像你們現在什麼病都來，現在海陸空全部吃光光，結果沒有健康，反而是越生病，而且吃得飽嘛，其他的妄念都來了，再加上傳播媒體大肆渲染，所以年紀小小，就什麼事都幹盡了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這個社會實在很可憐，眾生在這個滾滾的萬丈紅塵中是很可憐的，所以以前的白居易，跑到了山上去看鳥巢禪師，問他說住在山上這個大樹上面會不會危險掉下來，但是，白居易他卻沒有想到自己在這個萬丈紅塵會不會掉下來，所以自己是七月半的鴨子都不知道，常常說人家很可憐，所以我們只聽說有人吃死的、玩死的，卻沒卻沒有聽說有修行死的，眾生一直在追求錯誤的東西，實在很可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而五戒對你們的修行來說非常有幫助，求道只是助緣而已。今天你立了願要受持清口，你這些東西都要全部戒掉，你捨不得割下這些東西，就永遠在生死裡輪迴。尤其是這個淫，宇宙當中最束縛人的就是「淫」，它比所有的毒品都還要厲害，嘗過一次就戒不掉，你們結過婚的人都知道，甚至沒有結過婚的人都想嘗一下，是不是？所以我們今天修行，就要把它攤開來適當地講，點到為止，如果不講的話，你們就沒有一個界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戒律就像地圖一樣，你看了地圖，知道往哪個方向走，哪裡可以去，而哪裡不可以去；所以呢，你講了，對自己就有一個界限。就不就不會逾矩了。那麼修不修、持不持都在於你們自己，是不是？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三世諸佛視淫念為世間最汙穢的東西，所以我們既然修菩薩道，應該要節制。但並不是說修行就要斷絕所有夫妻關係，不是這麼回事，而是說夫妻之間也要有一個禮制、一個節制。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◎邪淫妄念是禍亂之根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淫有正淫、邪淫之分。所謂邪淫，就是夫妻之外的這些不正當的關係。這邪淫非常不好，一切的社會問題都來自於夫妻不遵守規矩。家是一個根本，你的本都不能顧了，其他問題全部都會出來。問題孩子也是來自於問題家庭，問題家庭來自於夫妻之間沒有責任感，彼此自私自利，不能容忍，不能守住自己的崗位，放縱自己。所以，勸你們這些未婚的青年，選對象一定要選內在美最重要，外在的好看很危險，你罩不住啊!漂亮的小姐你要追，別人也會追，這個帥哥你要，別人也要啊!那他管你有沒有結婚，他就是要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社會沒有倫常，法律也管不清，也管不著；即使法律管得著，他還是要啊！所以淫慾是違背一切倫常、道德、法律，否定掉所有的一切，你們看有同性戀的、老夫少妻、老妻少夫，這些都是違背倫常的。因為淫慾一旦發生，不管你三七二十一，六親通通一樣；甚至古代那些在深山裡獨自修行的羅漢，他都會跟猴子、羊等動物發生不正當的關係，可見這淫慾是違背一切倫常、道德，違背一背一切正常的思想，是非常危險的，就像火一樣，一燒就沒法控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個要從根本醫治，根本的醫治就要從淨心開始，怎樣來使你的欲望淡化一點。所以當你這個欲望起來的時候，不是說要去撞牆、去做什麼就可以克制的，一定要從你內心去平息。所以，平常不要吃太飽，飽暖思淫慾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家裡面，你們最好打赤腳，腳底下涼涼的，這樣可以降低你們的火氣。人都是有感情，動物也有感情，所以你最好少去接觸。你要離淫慾，沒有別的辦法，你只有「遠離」。所以一切容易引起你遐思的書刊、雜誌、電影等，最好不要去碰，不要去，這些都是汙染你們的眼睛。尤其是男孩子最喜歡，男人這兩個眼睛一生出來就不存好心，所以男孩子死掉以後，就是從眼睛先爛，不相信你們可以把那個棺材挖出來看，就從眼睛先長蟲，因為他喜歡看這些東西，女孩子喜歡穿得越涼快越好，他可以多看一下，這一切都是障礙你礙你們淨心、引發你們淫慾的導火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切問題家庭都是來自於這一雙不守規矩的眼睛。所以你要保持內心的清淨，平常多看經書，最好是多背經典，比如說清靜經、心經、彌勒真經這一類，把它背起來，當你心裡有那種念頭的時候，趕快把它降服掉，這樣子你才慢慢的去淡化。你們都是凡夫俗子，每個人都有欲望，那是很正常的，但是欲望必須要節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◎倫常以禮，謹制節度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並不是所有的宗教都要叫你們斷欲。其實夫妻是天地的根本，夫為天、妻為地，這是倫常的根本，只不過你們把它放縱了，就變成現在社會的混亂，家庭都導引出很多問題。一個家庭要鞏固的話，夫妻之間要相敬如賓，平常除了這個關係之外，就要用心靈、思想來交融，是不是？夫妻之間如果只有這種事，那跟禽獸有什麼兩樣呢？呢？所以夫妻也必須要戒一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「正淫」是用在夫妻上面，比如說初一、十五、佛菩薩聖誕，或是說家裡面祖先有人過世，你應該戒個七七四十九天，表示清淨。你們每一天生活這麼忙碌，你應該想說，這種只是短暫的快樂，不能夠滿足你永遠的快樂，那麼你應該以身體健康為要緊，好好來經營你的家庭，好好照顧你的妻小，那只是生活中的附帶品，而不是主要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是守禮的，是不是？五常之中，仁義禮智信，有了這個禮才能夠維持家庭的秩序，所謂禮門義路，對不對？你要照著追條理路來走，你的家庭才能夠維持的很好。所以為師希望你們修行的雖然不是出家，是在家，但是也要有這些菩薩行的觀念和淨行，才不會變成身跟心沒有一致，你一心想念佛，想要來清淨、修行，但是你這一這一關沒有斷，或者說是太執著它，那麼你永遠都在生死中輪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淫慾是生死的根本，我們必須要節制。結了婚的人就要好好的經營家庭，沒有結婚的人對象，希望也要找志同道合的，是不是？我們在家修行，講的是一個倫理的家庭，是上慈下孝，並不是你犧牲不要結婚，就叫做犧牲辦道，不是這樣子啦！你必須要懂得去經營你現在的家庭，現在的家經營好，才有辦法再去經營另一個家，不是說一天到晚在道場裡辦事，這就叫做犧牲辦道，不是這樣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◎家庭因緣要圓滿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夫妻、眷屬之間，今生今世與你是有一段緣，你要懂得去圓這個緣。要如何來圓這個緣呢？不是去逃避。你母親生你一個兒子，但是你一天到晚在成全別人，把家裡、母親、事業當成是一種牽纏，你去成全別人，要別人放下牽纏，那請問你，你的牽纏誰來成全？你是不是常把家裡面這些當做包袱？是不是把父母親、兒子當作包袱？你要別人放下，卻要跟你的父母堅決對立嗎？是不是要這樣子？你要人家放下那層牽纏，要去行菩薩道，請問你，你自己的緣圓了沒有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我們修道要有一個正確的觀念，你們在座的不要出了問題就去問講師，講師再去請教明師，那他們從哪裡找答案？回去翻書嗎？還是自己想？你們為什麼不自己去找答案呢？他們的立場跟你不一樣啊!明師是清淨的，他們也希望你們清淨，不要結婚最好，可是你跟父母親這段緣，你跟另外一個家庭這段緣要怎樣去圓呢？所以所以一切的婚姻要隨其因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此外，你們任何人不要去讚嘆人家的婚姻，不要說結婚多好多好，去引導別人結婚；但是人家有一段緣，你也不要去反對。一切的因緣要隨人家的因緣讓它自然去發展，懂嗎？這樣才不會違背倫常。因為他的立場跟你們不一樣，你只能疏導他，不可以讓他壓抑著，你只可以在旁慢慢去疏導，因為每個人的環境、生活背景都不一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剛剛講過了，你在家是獨生子，你要成菩薩，天天在行功立德，那我請問你：你媽媽要不要成菩薩啊？你把她丟在家裡面，讓她天天在家生病，她可以下地獄，而你上西天去，你這個菩薩做得安穩嗎？很多事情想起來很矛盾，但是你要用真智慧去想，你這樣做就是一個自私的行為，你把她丟在家裡，甚至當做一種牽纏，你去成全外面的眾生，自己的家裡都沒有辦法成全，你哪有辦法去成全外面的眾生呢？所以這個根本要顧，本立才能道生啊！根本你要先穩固了，你有一個家庭，就要好好經營，夫妻之間、父子之間，要好好的去經營、去圓；而還沒有結婚的，要不要成家是你們自己的事，但是一旦你想成家，你要有辦法有能力去經營自己的家，再去經去經營另外一個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要斟酌自己的環境，你們的道業要顧，家業也要顧，所謂拋家舍業是拋哪個家、舍哪個業？是不是拋掉家與家這種隔閡的觀念？我家你家要老吾老以及人之老、幼吾幼以及人之幼，拋掉這種「你家、我家」的分別觀念，而不是要你把家全部舍光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所以，一個修行人要有這種擔當的，去承擔對方的家庭。你帶著另一半一齊修行，他的家你也要有勇氣去承擔、去成全，到了那種我不入地獄誰入地獄的精神，那不是很偉大嗎？尤其是坤道，你們吃素的是不是怕嫁到一個對方家裡沒吃素的呀？是不是在那邊徘徊不進啊？唉！這就是問題啦！所以你要想，你今天跟對方有一段緣，那就必須要認命，對方的九玄七祖也要靠你去成全哪，你要慢慢地發揮耐心，相信有一天他們會站在你這邊，跟你一起吃素，這樣子你抱著我不入地獄誰入地獄的精神，不是很偉大嗎？你結婚了不去切肉，不煮給人家吃，那麼你這個媳婦道行在哪裡啊？除非你全部都不去沾，但是你心裡又有那種罣礙，又有情慾斬不斷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修行，必須要有自己一點智慧。將來要怎樣繼續走修行路，繼續經營美滿的家庭，修行就是在開創美滿的家庭，而絕不是說今天讓你們把這個緣斷掉，導致以後的一段孽緣。你今生這段緣沒有圓，來世會碰到一段孽緣，因為你這一世沒有去圓滿呀！懂嗎？所以呢以呢，每個人通通一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超出三界，你這一關沒有斬斷，就好像斬草不除根，那根還在呀，雜草還會再長出來。但你要斬這一關絕對不容易，累世修了幾劫，你這關都是斬不掉的，因為這在人體當中是自然的現象，那麼你既離不開它，但又要去斬斷它，倒不如用疏導的。與其掛一個清修之名，但你心裡不清，到外面亂七八糟的地方發洩，你不發洩也會心理變態呀！告訴你們，這種事情你沒有去適當的疏導，就會導致很多心理變態的，這不是罪過，不是罪惡，淫不是罪惡，只有當你超出它根本的範圍的時侯，那才是罪惡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反過反過來，如果說守淫戒的果報有哪些呢？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第一個、諸身調順永離喧囂。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第二、戒邪淫者，增禪定增實慧。若生人中，父母宗親、妻子、眷屬、純潔無染，孝友增順，又離於女人所有過失，令諸眾生，無復染復染愛。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三、人天尊敬，諸方讚嘆。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四、四、戒正淫者，當來成佛，相貌端莊。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五、解脫生死，早證菩提。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五、解脫生死，早證菩提。古代的人修行為什麼要坐禪？坐禪就是要收攝他的妄念心，能夠禪定，那你這個心就可以斷了；相同的，你沒有這一關，沒有妄念，坐著就可以禪定了。所以以前的修行人，視色如視惡一樣，看到色避而遠之，怕去沾染它，好像刀子會割傷他一樣，所以儘量遠離。因為如果這個妄念不息的話，那一切的功夫就會破功了。所以有句話說：英雄難過美人關啊！。是，可是有的人說，牡丹花下死，作鬼也風流！哈哈!真的是風流到那種程度。要知道父母生你不容易，得個人身不容易，你不要為了短暫的快樂，一下子將六十年的壽命，三十年就把它耗盡了。男人啊！就是離不開色，色字頭上一把刀，所以希望在座的乾道、男眾，這一條千萬要多修、要多戒，這樣子你才你才能保持那清淨之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結了婚會尊重你的太太，會覺得她是很了不起的女人，她替你持家生子，教育子女，是很了不起。你不要認為太太黃臉婆，你沒有先照鏡子，你今年也六十了耶！你六十歲，你太太五十歲，你說她是黃臉婆，那你也差不多啊！所以外面有很多老不修……老而不修就變成老不羞……沒有羞恥心啊！家裡面的賢妻你放著不管，你到外面去帶那種，這說得過去嗎？所以希望你們有家庭的，要好好的經營家庭，太太要以先生為榮，在外面那麼辛苦，建立一個家庭，千萬不要無理取鬧，能夠在後面幫他持這個家；也不要說趁著年輕漂亮，就想多交幾個，到時候請神容易，送神就難啊!惹了一身麻煩，一個幸福美滿的家庭好不容易建立起來，為了你喜歡貪玩，弄到不可收拾，鬧離婚，你說好笑不好笑？吃虧的是誰呀？是孩子，不是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是個修行者，所以老師也斷這一關。但是老師做過人，也知道，人都是有情的，也不能叫你完全斷，既然是感情的動物，我們就要發乎情，止於禮，一定要合情合理的，不要越矩。這個禮是人的一個規範，夫妻彼此之間守著一個禮，不要說你今天是我老公，你是我老婆，大家互不相讓，要相敬如賓，保持距離就可以以策安全，全，太親密了很容易產生磨擦，就像火柴和火柴盒要磨擦才會生火，你要保持距離就不會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然你們犧牲奉獻是有你們的苦心，但是我們今生今世要怎樣來圓這個緣才是最重要的。要圓這段緣，你要有勇氣，不要逃避，即使男孩子娶太太，對方不是道親，也沒吃素，你也可以慢慢的去引導她進來，跟你同步，你要渡她，進一步渡她的九玄七祖，好像地藏古佛的精神：「我不入地獄，誰入地獄」的精神，學起來，那你們你們才了不起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◎量力而為穩固根本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你們如果辦不到的，也不要輕易去嘗試，有人成功，也有人失r&gt; 敗，並不是每個人都能成功；常常是修行功夫到一定程度，也修了一段時間，但內心都產生了矛盾。因為你一進來道場就清口、清修、捨身辦道、開荒下種、開荒辦道統統立下去了，沒有一個後路，到最後最後跌倒了，也抽不出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你們乾道修道要量力而為，不量力而為就違背道了，變成你逞強，本身的事情都處理不好，還想去幫助別人處理，自己的感冒都還治不好，還要去幫忙別人去治療癌症，可能嗎？是不可能的事情。所以自己的根本要先穩固，修行之後有個修行的家庭，慢慢的全家可以吃素，全家都持五戒，因為意見都一樣啦，腳步一致了，可以彼此溝通了，那不是很好嗎？若是家裡一個阿彌陀佛，一個阿門，還有一個阿拉，那就麻煩了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切婚姻隨你的因緣，老師不會給你祝福，也不會去反對，懂嗎？不要永遠都改不掉，鏡子拿來先照照自己，不要先照別人，別人的缺點不要抬到桌面上來講。老師剛才講過了，揭發別人的缺點是最沒有道德的事情，自己的缺點放在桌子下面，把別人的缺點都擺在擺在桌上。希望你想一想，年紀越大，更要德高望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夫妻之間正常的，是沒有關係。與其你心裡不淨，心裡起了這個念頭，那你就好好的去行你的人道，去找個物件來結婚，兩個人一起大菩薩生小菩薩，小菩薩來做講師，還是可以成全人啊！是不是？釋迦牟尼佛還不是生了十大弟子中的羅侯羅，也是證了個羅漢果位！因緣當中你必須要去走這一段，你還沒有了，就把它放在那邊不管，將來來世還是會被你碰上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明師看人家去結婚，也不要說人家冤孽深重，千萬不要給人家有心理壓力，這是人家的因緣，你不要用不正常的眼光去看結婚的人。你們在座沒有清修的，將來都要結婚，難道他嘴巴講的那句話就不是菩薩了嗎？就是佛了嗎？就能夠完全的斷掉嗎？不可能的，所以他還是要經過一番的苦功，累劫累世慢慢的來斷、來克服。你們都有家庭，都要子女，也要一個倫理，那別人不需要了嗎？別人也需要，所以將心比心，用一種平常心去看待，去對待這種事情的情的發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◎家庭是修道的後盾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今天在外面很忙、很辛苦，回去是不是希望有一個溫暖的家，有一個賢內助把你的飯菜準備得好好的，小孩子照顧的好好的，是不是？那你今天白天在外面上班，六點下了班，七點半道場還有一個課還沒有準備，你還來不及回家，就匆匆忙忙的趕到道場，沒有一點時間、沒有一點愛撥給這個家庭，那請問你，你的子女教育會成功嗎？你的太太從早上眼睛睜開，到晚上眼睛要閉上那一刻，都沒有看到自己的先生，請問她還會在家裡規規矩矩的做你的賢內助嗎助嗎？請問坤道你們會不會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麼我再問乾道，你們的太太一天到晚跑道場，初一、十五也跑，一個禮拜跑六天，而你辛辛苦苦的在外面上班，一回家，飯也沒人煮，報紙也沒人收，小孩子在看電視，地也沒人掃，衣服沒人洗，請問你還要這個太太嗎？你要讓太太上道場嗎？要將心比心呀！所以，不要勸人家放下牽纏。你們都說是父母在考你，這是魔考，你把人家愛他、護他的父母親當作是魔在考他，你這樣講對嗎？父母親愛他、護他，怕他在外面出事情，你把他們當成魔，這種觀念就不對，你還要勸他要堅決的跟父母反對，要對抗到底，請問你們這是成全人還是破壞人家呀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做家庭拜訪是很好，可是我看你們哪種家庭拜訪呢？一坐下去就像拉保險一樣，你們怕不怕跟拉保險的打交道啊？你們既然怕跟拉保險的打交道，可是你們一坐下來，就是道可道非常道，就是老是老子曰、孔子說，人家怕不怕？道是活潑自然的，法是很活潑的，你不要把他定在一個形式上，不要強行去推銷。一件好產品縱然是要推銷，但是你要讓人家自自然然的去親近它，去接受它；你到人家家裡拜訪，你有沒有了解他家庭當中發生什麼事呀？夫妻感情如何？所以你們做家庭訪問要稍微調整一下，不要辛辛苦苦的從七點鐘開始，到三更半夜回來，收到的卻是反效果，讓道親看到你們就退避三尺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家庭的問題也是一樣，夫妻之間就是必須彼此要去溝通協調，這樣才不會出問題，先生不要太大男人主義那麼重，一回到家就翹起二郎腿，喝茶啦!看報啦!把太太當成是下女一樣來看待，這種不平等的觀念我希望你們掃除。要不是太太在背後扶持你，做一個無名英雄，你這個家怎麼成呢？所以你成家前跟成家後就要有所感觸啦!不一樣啦!成家前一個人吊兒郎當的在外面，衣服也不用洗，櫥櫃裡亂七八糟，結婚之後有賢內助幫你整理，是不是？所以太太的功勞很大，做先生的要記住太太的生日，要記得買一朵花，那怕是喇叭花也好，記得買一朵花好好的慰勞她，再買一個蛋糕；媽媽的生日不可以忘記，太太的生日也不可以忘記。所以，夫妻本來是一體的體的，是最親密的，如果你們之間有了代溝，那種種問題就出來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◎模範家庭才是真有道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以修行來說，今天我們是不是也希望都有一個模範家庭、模範夫妻、模範子女給人家做模範呢？所謂模範夫妻就是和和氣氣的，對不對？如此一來，人家隨時到你家查訪，也得看得出來。你雖然平時不常到道場，也很少渡人，很少辦道，可是你在家裡樹立一個模範給人家看，也會知道在這個家裡面有道，人家慢慢的就會向你學習，而不是說像家裡是狗窩一樣，一到道場卻整整齊齊，這只是虛偽而已，把你這假面具一拿下來，不能看啊！也不要因為一個冠冕堂皇的理由就疏忽了你的家庭。你能夠將愛你、護你、養你幾十年的父母丟在一邊，而去成全外面的眾生，是不是本末倒置？當然，有些父母不是很好溝通的，但你問問你自己，是不是已經下了苦心、下了功夫、用了耐心、用你的行動真正的去表現出來，讓你的家人、父母父母有所感動，有沒有啊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有很多坤道結了婚之後，很少出來，那麼你們所謂的誠心啦！辦道啦！都看不到她，都沒有她的一份；可是呢，幾年來她一直默默的在做，一直以身代表道，到最後家裡的公公婆婆都站在她這邊，她的九玄七祖也靠她走這段辛酸路而成全出來，這種地藏王菩薩大無畏的精神，你們有嗎？敢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有很多事情要自己用智慧去分辨，而不是說我今天怎麼辦，我年齡到了，道場裡面明師又不能當媒人，又不能明的去交個對象，那是不是走上不歸路？不會，只要你們正正噹噹的，不要刻意的把道場當做是談戀愛的場所，不要說進來道場就是為了追求某個對象而來求道的，這種觀念不可以。但是如果你在外面，自己覺得有那個緣，你們自己去發展，除了擔任這些特別身份與職責，立了特殊願立的以外，老師不會阻止你們，你們盡你們自己的自由去發揮，但是不要把道場搞的亂七八糟，道場和道場是清高的，來這邊大家一起要守佛規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這青年男女大家都要自愛，雖然時代很開放，但是我們修行要潔身自愛，你們的婚姻絕對要得到父母的同意，父母都知道了，行過周公大禮之後，你們才能成為正式的夫妻，不要在外面隨便搞這些男女關係，這樣子一來你們會產生很多問題，二來不像個修道人，懂嗎？而且你們晚上不要太晚回去，雖然你們是在辦佛事，但是現在外面壞人太多，父母親都是會不放心的，你們最好有個伴，互相有伴回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辦佛事你不要讓家裡的人起反感，因為你天天是在道場裡面，沒有半點時間放在家裡陪爸爸媽媽，這樣子的拋家舍業，老師雖然會說你們很辛苦，但是也希望你們更圓融一點，這樣子你的修行路才會走得更長遠。你不要一屁股栽進去，到最後家庭也破壞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在道場裡面走久了，會不會懶懶的？會不會偶而的跌倒？你在失意、跌倒的時候，你會想回到哪兒呢？當然是家裡啦！但是你沒有把家圓融，你和家裡人的關係都惡化了，有一天你在道場裡面待不下去了，那我請問你，你要回到哪裡去呀？回到家裡也沒人會安慰你，也沒人去問你，也沒人去關懷你，你又拉不下面子再回去，你要去哪裡？是不是一個問題？所以，老師勸你，你要走修行路，家要先經營好，你才有辦法去照顧外面的芸芸眾生。你們私底下有很多人在討論這個問題，是不是？有什麼問題要拿出來公開討論，你不要在那邊找不到答案，就到外面去亂找答案，甚至說你找不到答案，就索性不來了，道場也不走了，那就變成你自己埋沒你自己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◎道是根來家是本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修行跟婚姻要好好的運用它，把道帶入家庭裡面，道不是限於在道場裡面才可以用到。你們實行儒家思想、三綱五常，不就是把道帶到家庭裡面嗎？三綱你有沒有做到？三綱五常缺一不可，你如果還不能圓滿家庭的時候，你就要反覆的思想，不要用冠冕堂皇的理由把你脫離人群的不圓滿合理化。修行不是離群素居，而是在人群當中去圓融這些團體，也不要太自私，自己上天堂去當菩薩，把你的九玄七租、父母丟在凡間沒人照顧。你要去成全別人的牽纏之前，先成全自己的牽纏，先顧好自己的本，這樣子才不會有所動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前面講的這些和今天講的這一條戒律有點關係，所以附帶來說，因為都是涉及到家庭問題。一個家庭一個本嘛！家為國之本，你沒有了一個家，就像浮萍一樣啊！是不是？這個家讓你體會很多，體會父母的恩，體會到人生奮鬥的歷程，也讓你體會到為人父母的辛酸，是不是？父母親辛辛苦苦的把你養育這麼大，它們付出那麼多，犧牲那麼大，他們有勇氣去承擔這個家，我請問你，你為什麼沒有勇氣去為你下一代來做承擔呢？你們所謂的逍遙、自在、清風、明月，都是風涼話啊，你自己的心沒有穩固，家庭沒有經營好，你要談這些抽象的東西，都是一些風涼話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◎隨緣而行莫執法門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然每一個人修行的志向不一樣，如果你不是那種大根器的人，就要找適合你的法門，最接近你的法門、途徑來走、來修，這樣子才會穩、才會妥當。所以，聖賢菩薩只是一個典範，是留下一個典型在前面，但不是每個人都能夠像他們一樣。因為每個人的根基緣份不同，修行的環境也不一樣，你就必須要隨你的因緣而走，定業難轉嘛！你在這個地方，你就跟這裡的善業惡業走。或許這個家有它的九玄七祖必須靠你去成全，必須要你短暫的下地獄，去走那一段辛酸路，去引導他們，以致於讓他們慢慢的走上修行的路。眾生有各種不同的環境，不同的環境被渡上來，是怎麼渡的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是一種法門可以渡的，而是千百種法門去渡他的。你今天有耐心、愛心、慈悲心，就要走入這個家庭去慢慢的去引導他們。你有更大的志向，你能夠斬斷所有的牽纏，父母親也支援你了，那你可以五湖四海去渡化眾生。那你要渡化眾生，也要先問問你後面的這些眾生，跟你最密切的這些眾生，你有沒有去先去開導他們，去疏導他們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個人都會當輔導員去輔導別人，但是自己的家都沒有去輔導，自己的兒子、女兒都沒有真正的去關心輔導，到了問題出來了，就會說：「耶！我修道怎麼會落到這樣一種不圓滿的下場呢？」請問你，你剛開始的那一步你踏得穩嗎？剛開始用的模子用得對嗎？所以不要怪這個道會有很多障礙，而是你自己的觀念不對，以致於導致後面這些千千萬萬人觀念跟著不一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你說要救眾生出苦海，沒有錯，你救他們明理了，知道要修道，但是沒有根本的去治他們的苦，你等於是把他們從這個苦海裡面抓起來，又丟到另外一個苦海裡面去，是不是這樣子？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說淫是天地宇宙間最束縛的事情，既然是如此，我們就要去儘量去斬斷它、去看透它。有時候不能斷，就用佛的觀想力，觀人的身體是最不乾淨的，雖說外表是青春少女這麼漂亮，可是你有沒有想一想，感冒、流鼻水、肚子痛就拉肚子，傷心就流眼淚，這些是不是很骯髒很汙穢的東西呢？所以短暫的這些快樂不要太過執著。當然是免不了了，但是不要讓它破壞你的道業，永遠拖著你們，甚至於有的人結一次婚不夠，還要結第二次婚，還什麼第二春的。這些緣與緣之間，你不善於去圓融它、去把握它，只是逢場作戲而已呀！逢場作戲，將來生生世世都沒有辦法去了斷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◎犯淫戒的惡果報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淫慾對你們帶髮修行的人來說，是沒有那麼多的約束的，但對出家的僧眾是比較多的、比較嚴格的約束。你們在家是行倫常家道、人情道、人倫的道理，所以只要把人倫道德、在家的人道行好，行得恰當就好，不要太過重。對修行來說，家庭是給你一個很安全的避風港。人情的冷暖有時候你也會看到，會覺得外面很現實，道場也很現實，其實不是道場現實，而是「人心」現實，不是道不好，是「人心」不好！真正的金窩、銀窩，不如自己的狗窩。真正的窩是在你們家裡的那個狗窩，才能夠讓你永遠得到一個避風港，所以你不能把你現在的良好關係破壞掉，等到有一天你跌倒了，你累了，想要回去休息幾天，你連個休息的這個旅館都沒有，連個休息的地方都沒有，這很重要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那麼犯了邪淫的、淫慾的這些果報有哪些呢？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第一、墮三惡道。會墮三惡道的這些行為都是禽獸行為，不是人的行為，是違背倫常的。前面殺盜淫妄四條都會墮三惡道。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、若生在人中，妻不貞良。現在社會很開放，有時候你看到朋友的太太、先生很漂亮，想要戲弄一番，要知道朋友妻不可戲呀！你戲弄人家的夫妻，將來不曉得哪一世，你的妻女也要被人戲弄回來，會一報還一報的。你們到郊外去玩的時候，碰到小鳥剛作巢臼，還有螞蟻的窩，千萬不要去破壞，這也是它們的家，也是一個倫理呀！你去破壞它，有一世你的家也會被破壞的。現在為什麼離婚的人這麼多？一報還一報嘛！總有一世會報到你。所以動物也有它的倫常，你看到有鳥在你家屋簷下面築巢，你不要去破壞它，你一個小地方讓它作巢，也不會干擾到你的居住空間嘛！外面的螞蟻、蜜蜂，更不要去破壞，不要因為覺得好玩，就弄得人家家破人亡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三、得不隨意的眷屬。要家庭美滿、眷屬和睦，就不要去挑撥離間，妯娌、小姑之間不要去挑撥，不要像麻雀一樣，把人家好好的家庭關係破壞掉，這樣你將來會得到不隨意的眷屬，你也會得到那種兇巴巴的太太。有的人會娶到賢妻良母，有的人娶到虎姑婆，這是因果報呀！不會現世報，也會有隔世報呀!有的兒子很孝順，有的兒子來跟你討債，所以你希望眷屬都好，希望將來嫁的先生是那種乖乖牌的，那你就得好好的做，千萬不要紅杏出牆、外遇。現在時代開放，夫妻都是雙管齊下的在上班，所以這種事情很多，在公司行號裡你要是多看人家一眼，多聊幾句話，就對上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是不是？接踵而來的問題就出來了，那就一發不可收拾了。你說：「啊，我不曉得呀，我只想跟他做做朋友嘛！」做做朋友之後呢，就……就這樣去了，對不對？你將心比心，你同樣是女人，你破壞人家家庭，你也希望將來有一個有安全感的家庭，一個好先生來照顧你，那你先破壞人家，將來的果報一樣是逃不掉的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你們要選對象，第一個要看對方結婚了沒有？有結婚你就死心，管他是潘安也好、西施也罷，都跟你無緣，懂嗎？最好是挑個志同道合的，你去辦道，另外一半可以幫你照顧家庭，改天換你來照顧家，照顧小孩、洗衣服、整理家裡，不要在道場行王道，回家行霸道。有人這樣子啊！這些是假面具，一天到晚泡在道場裡面，沒有一點時間、一點愛撥給家裡，任何人都會埋怨，到最後埋怨什麼？「是觀音菩薩拐走我先生，老師騙了我太太」，是不是？拜託啊！你們要好好做，不要把責任、罪過推到仙佛身上來，我可沒叫你們天天泡在道場啊！所以，到最後佛也不讓你拜了，菜也不讓你吃了，什麼都不管了，最後離婚協議書寫一寫，所有的問題都是這樣出來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原本修道是要開創一個幸福美滿的家庭，可是到最後卻變成家庭破裂，老師有沒有要你們這麼做？沒有嘛！是你們自己處理不當，對不對？回去煮飯要煮好，衣服要洗好，小孩子便當要準備好，你有剩餘的時間才來道場辦事情嘛！你不要星期一插花、星期二計算機、星期三講課、星期四育樂營、星期五又什麼，星期六又是什麼，沒有一點時間留在家裡，這像家嗎？你太太會說：「我乾脆到尼姑庵裡去好了。」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這樣講是要給你們一個概念，以往這種觀念不正確，會導引出很多問題。現在你們懂啦，不是說一個禮拜八天泡在道場這就叫做誠心，沒有這樣子的事情。即使你很少來，但是隨時察訪你的家裡，都是一團和氣，乾乾淨淨的，笑臉迎人，這個你已經把道帶回家裡了，你就已經在實行道了，你不要在意人家說你有沒有辦道，辦道有沒有你一份，人家要提拔你也好，不提拔你也好，你就是行你的道，盡你的本份就對啦！懂嗎？本份你要先做好，不要說：「唉喲！兩三個月沒有看到那個人，耶，他那個人退道了。」你怎麼知道人家退道了？這個人天天來道場行王道，回到家裡面行霸道，亂七八糟，可是你卻說：「他進步了，他要當講師了，他很精進喔！」你不能用這樣子來評斷一個人誠不誠心，功德也不是用這樣子來論斤稱兩的，最主要的是要斟酌自己的環境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但也不要故意的偷懶，躲在家裡面看電視、看連續劇，你故意不來道場，藉口說今天要陪小孩。你要盡本份哪！生死也要緊呀，小孩子可以把他帶來這邊，是不是？就是在不能讓你的家庭產生革命的前提下，你們來行道才有意義呀，才有意思；你如果太放縱自己，懶散，到最後還是過著和平常人沒有兩樣的生活那就不對了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行就是要在這種平凡當中去超越它、去安排你的步驟、安排自己的生活。怎樣充實才不會浪費時間，才能跟道親結善緣、行功了願，又不影響到你的家庭？所以講師回去要好好切磋琢磨一番，為師今天講的又是矛又是盾，你們回去矛跟盾切磋一番，這一定有其道理存在，也有他的問題存在，不然老師不會講這個問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大江南北走遍了，就這個問題最嚴重。尤其是還沒有結婚的這些年輕人，很想問，也很想講，可是又不知道去哪裡問，問了又答非所問，會認為明師是八股思想；你也不問講師，因為他不會回答，只會回去翻書，要不然就以自己的立場來回答，請問他的立場跟你們有沒有一樣？明師是清淨的，他當然是要你清淨，問題是明師有沒有辦法幫助人家解決後面家庭那一堆爛攤子？你要他清淨，你有沒有辦法讓他的心先突破啊？所以不要鼓勵人家跟你一樣，一切都隨因緣而行，人家要結婚，不要去讚嘆，也不要去反對，一切都讓他順其自然就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四、淫慾為因，生死為果。淫是一切生死的根本。修大菩薩行的人為什麼要斷這一根呢、斷這一關呢？這一關沒有斷的話，通常只是修個人道而已，你要真正超脫三界，說實在的，這一關必須要斷，但不是每個人的根器都這樣利。但是老師要告訴你們，你們要脫離生死關，淫慾絕對要斷，因為你這一關沒有斷，你生生世世都在這個生死輪迴中，因為你這個因緣不斷在結呀！但你可以持這個基本的戒，你至少不會墮三惡道，你生生世世或許都有得意的眷屬跟你一起修行，跟你一起同步，家庭圓滿、家庭美滿，可以讓你在這個人道中行得很圓滿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超出三界，你這一關沒有斬斷，就好像斬草不除根一樣，那根還在呀，雜草還會再長出來。但你要斬這一關絕對不容易，累世修了幾劫，你這關都是斬不掉的，因為這在人體當中是自然的現象，那麼你既離不開它，但又要去斬斷它，倒不如用疏導的。與其掛一個清修之名，但你心裡不清，到外面亂七八糟的地方發洩，你不發洩也會心理變態呀！告訴你們，這種事情你沒有去適當的疏導，就會導致很多心理變態的，這不是罪過，不是罪惡，淫不是罪惡，只是當你超出它根本的範圍的時侯，那才是罪惡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