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24"/>
        </w:rPr>
        <w:t>老師的話</w:t>
      </w:r>
    </w:p>
    <w:p>
      <w:pPr>
        <w:spacing w:before="0" w:after="8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44"/>
        </w:rPr>
        <w:t>第二十四集《濟公活佛說五戒之戒妄語》</w:t>
      </w:r>
    </w:p>
    <w:p>
      <w:pPr>
        <w:spacing w:before="0" w:after="32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4"/>
        </w:rPr>
        <w:t>全集　·　濟公活佛慈訓　·　依簡報整理，供閱讀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《老師的話》全集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濟公活佛慈訓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今生缺口為何因？前世多說是非人。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今生聾啞為何因？前世惡口罵雙親。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今生豬狗為何因？前世存心哄騙人。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今生吐血為何因？前世挑撥離間人。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聽了這個五戒，多少對你們道業上有所幫助，以前不知而犯過的，今後要將它改過來。在這五戒當中，有很多都是細微的地方，所以各位如果能夠細細的思想，是不是每天都有犯錯？自古聖賢都吾日三省吾身，三省四勿，有很多的自誡文、省人的語言，所以自古的聖人為什麼會過多呢？就是因為在這些細微的地方，大家都懂得去檢討，任何一個修行的，都有它的法門。修行是從善如流，任何有助於我們的道業的，我們都要用心去學習它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◎罪惡開端是妄語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我們說語言非常重要。一個演講家，他能夠妙語如珠，能夠講出動人的話，能夠扣人心弦，那是他的口才，但是演講必須看他的內容，必須聽聽這些話是不是有營養的，有些人講話非常動聽，非常幽默，但講出來的就是養份不太夠，所以呢，能夠說出那種妙語如珠，又增人道業的話，才是一個真正成功的演說家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一個人想要口才流利，這張嘴非得要修得非常圓滿、圓融，也就是要三世不打妄語不可。妄語是一切罪惡的開端，語言影響很重要，話說出來，是不必負責任的，也不必繳稅金，所以，大家就儘量講量講。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而生意人最容易打妄語，明明這樣東西才五百塊，人家來買就說要一千塊，還說：「剛才人家來買我都不賣咧！是港貨，是跑單幫的。」所以生意人打妄語最多，生意人要修這一條比較難。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那男孩子騙女色呢，也是打妄語－花言巧語。心理學家說，懂得幽默、口才好的男孩子，佔了絕大的優勢，三句就跟著你的屁股走了。所以男孩子說這些美妙的話安慰太太，這叫愛語，是應該的。但是如果你對別的女人說，這叫綺語，綺麗的話，綺麗的言語，好聽的、漂亮的、美麗的謊言，人家就乖乖的跟你走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業務員要不要打妄語？要。不打妄語，產品怎麼推銷出去呢？這個工商社會，不賺錢你也沒辦法生活，那麼你就做一個觀想：「今天我做生意，把眾生的錢賺過來，我替他布施，我替他做功德，不然他會去吃海霸王、去吃海產、去賭博、去玩大家樂，要不然就去騙女色，他會用這些錢去造罪，所以我把他的錢賺過來，我替他用在善的方面，我替他布施，消一些罪，但得以正當的方法才行。」所以做生意賺一些錢布施，來彌補你打妄語這一部分，不然妄語打多了，積少成多，將來不會說話，話也不會有人聽啊。有些人講話妙語如珠，有些人講得唏哩糊糊，會兔唇或沒有舌頭，這就是妄語打太多的關係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那麼，社會上有哪個不打妄語呢？政治家、教育家、老師、影星歌星，每一個都會打妄語。政治家為了高票當選，選舉的時候，斬雞殺猴、發誓，就是要得別人的信任、投他的票，說選他出來他會為大家怎麼樣、怎麼樣，結果到立法院去當瘋人去了，去吵架。所以這就是人的虛榮心，逞一時口舌之快，用他三寸不爛之舌，贏得他的名譽，保住他的地位，這就是自私心。教育家也是。教育應該是對人心的一種淨化，可是現在教育家卻走向了商業氣息了。影星歌星哪一個不是誇大其詞呢，哪一個是真實？所以沒有一個是過著真實的人生，都是在修飾自己，過著不紮實的人生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◎渡人成全要負責到底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妄語是隨口而出，不須經過考慮的，有誰說我講了這句話，我絕對對它負責？男孩子你要騙女色，你會不會對她說，你絕對會對她負責任呢？東西賣出去有沒有售後服務？沒有售後服務就代表不負責任，就表示你打妄語，不想把責任頂起來！話講出去了就像空氣一樣，隨空而消失啦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所以我們渡人、成全人，要附帶售後服務，成全人家，要去了解人家的苦在哪裡，要把這個道義很明了的分析給別人聽，不要隨隨便便、迷迷糊糊的渡來求道，求了道你的病就會好了啦！你清口茹素，家裡開道場癌症就會治好啦！這些觀念不太正確，應該以實在的一面，客觀的分析，客觀的立場來成全人，所以售後服務很重要，保險公司有沒有售後服務？比較沒有，所以我們渡人不要像拉保險一樣，我們有多少能力講多少話，不要講超出能力的話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哲學家說，你講了一句謊話就要講十句謊話來掩飾它。天天講謊話，講多了，習慣成自然，就變成喜歡講謊話。我們教小孩不要說謊，要誠實哦，那你自己都在說謊。說謊非常不好，雖然它是一個抽象的東西，但是禍從口出，病從口入，殺人不見血，就是這張嘴巴。不要閒著沒事坐下來三姑六婆，東家長西家短，講些不營養的話，來浪費你的人生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妄語是一個很難持的戒律，因為日常生活中，有時候你想講一些比較幽默的話，幽默必須不帶著下流。比如說：你看一個人非常憂惱、煩惱，你想講一些幽默的話，解他的憂苦，讓他快樂一下，所以妄語也有它開源的一面。人家說你非常的了不起，稱你為什麼大師的，那你可不可有那種高高在上、不可一世的態度。人家說你好，你要謙虛，或者你用一種開玩笑的口氣，無所謂，千萬不可以講到人家生氣了喔，或者傷到人家的自尊！所以普天下的人都有一個大毛病，喜歡聽別人讚嘆，喜歡聽好聽的，如果你稱讚他讓他心情愉快，這種心態是可以的，如果他五官長的不怎麼好看，而你說他長的非常漂亮，這樣就虛偽，那他一定認為你在挖苦他、在諷刺他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◎多講善語廣結善緣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千萬不要去破壞人家的和好，夫妻之間有很多事情不是外人可以了解的，所以你不要對人家說：你嫁的那是什麼老公，你娶的是什麼樣的老婆，要是我早就把她休掉了！這個管人家夫妻的事情是最倒黴的，要是有一天人家夫妻合好了，會怪你多嘴。所以舌頭儘量往內收，不要去往外放，講一些讓人家能夠受益的話，常常善施語、滋潤語，滋潤人家的一個心，比如先生多講一些安慰語安慰太太：你嫁給了我，我沒有給你大富大貴，但至少我有關心你，多虧你這位賢內助。這樣她聽起來，女人的缺點就是愛人家關心，她跟你吃苦耐勞都無所謂，就是需要先生的關心，你多關心他一點點，這樣家庭會圓滿，不要動不動說你是我用錢買來的，大男人主義，這樣家庭很容易破裂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所以人與人之間，同事之間不要互相的排斥，不要互相比較高下，這樣比較會讓人活在一個鬱悶的、憂惱的一個世界裡面，別人的一句話一個舉動，都可以影響到你。那麼不要活在別人左右之下，人經常講善語也可以廣結善緣，比如，人都是喜歡聽好的，你常常講一些好聽的、不毀謗他人的話，那麼別人就很容易去討教你，去請教你，接近你，你也不會感到一個惡緣，所以語言是人與人之間結緣的一個開始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照算命的來說，有幾種行業是不太好，像算命的、看風水、道士、律師、檢查官，這些都是靠嘴巴來賺錢的，所以你靠嘴巴來賺錢你就要了解，你講的實意有多少？律師、檢查官他的客觀性、它的公平性有多少？所以古人有一句話說：「一世為官九世為牛」，是非常貼切，一點也不錯，你一句話判人生死。為師並不是叫你們不要做這種行業，只是你們從事這種行業時要多加小心，要持公平、客觀的態度，千萬不要有賄賂的行為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◎鐵口直斷要背負因果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現在的檢查官、律師都是在權勢上論是非。顛倒是非很容易帶來草菅人命的事情，這是非常危險，必須多注意一點。算命的常常不夠客觀，尤其要規勸人、建議別人的話，千萬要客觀，要以比較公正的立場、婉轉的話語來規勸別人，比如一件事情你希望他這麼做，你千萬不要說：「你的命就註定這樣子，你要是不照我的話的話，你會受到什麼的報應…等等」這叫什麼？這叫惡口，妄語裡面包括什麼呢？包括惡口、兩舌、綺語、妄言，這四種都在妄語戒裡面，所以這惡口非常的厲害，尤其是算命，你懂一點命相，你用這樣的話：「你不修，你不聽我的話會怎麼樣，會遭到什麼的報應……」，這樣子不夠客觀，修道沒有這樣的事情。「你這個風水不改，你將來會怎麼樣，幾年後會怎麼樣等等等等」，你懂得這個命理、易理，你可以用來啟發大家的道心，供人做參考，講一些吉祥的話，千萬不要鐵斷，那種話來刺傷人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還有道士（臺灣話叫師公），這種行業現在很少人做，但還是存在的。師公是專門替人超渡的，你的祖先過世了，請這個道士、師公來做法事，能夠超渡嗎？這只是一種習俗，讓亡者心安，其實是在世者心安，表示有替他超渡，花一筆錢，讓世人心安，燒個紙錢、金紙，燒個紙車、紙房給他，表示盡到你們的心，那師公、道士替亡靈來超渡，那閻羅王不是怕他了嗎？那你們的業力、三世因果又要如何去清算呢？所以你們要有智慧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我們修行的人，知道三世因果，懂得這些前因後果。有祖先親人過世，應該知道如何來辦理他的善後，不要隨便跟著習俗燒金紙，請個人來念念經，如果請來念經的是吃素的、持齋的、有修行的師父那還好，如果請到那些在家裡抽菸、嚼檳榔的，或平時根本不修口業的，那他自己的罪業就一大堆，怎麼替往生者來超渡、超拔呢？從事這樣一個行業也是不好，這些將來會感應到一些因果。所以儘量從事正業，儘量選擇比較不會負因果的行業來做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◎相由心生厚道為要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修道是會改變命運的。說到妄語戒，你們看三世不打妄語的人，他的舌頭伸出來，會觸到鼻子，回去照鏡子看看，如果舌頭伸出來可以觸到鼻子，這是三世不打妄語，但我相信沒有人會這樣的。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有些人可能去學過面相學，他從面相學上知道如果眉毛蓋過眼睛的，就是一生一世福報很大，比較受家人庇蔭，也能庇蔭他的後代。但你們不要聽為師這樣講，回去就一直拔，拔到沒有半根，然後去用畫眉、用紋眉的，來改造他的命相，這只能治標，真正治本是要從內心改造而起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命運是從內心散發出來、影響出來的，真正要改造命運，是要改什麼呢？是要從心改造起；如果只改造那個外相，只是每天看那鏡子，覺得自己是美女中的一個，看得很舒服而已，而你的脾氣沒改，你的習性沒改，那怎麼能夠改造命運？你惡口還是惡口，罵人還是罵人，人際關係還是不能改善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所以，是看你的內在，一個人能夠讓人家從相知，進而相交，把心掏給你，那是必須要從長久的相處中去看出你的誠實、厚道、不耍心機，是不是？而不是在你外表好不好，外表只是一個印象，你要長久讓人家產生好感，就必須要從厚道做起，是不是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為師講的只是供作參考，回去不要去算你的命，去秤別人的命，這個即是說我們在三世因果當中，所改造過來的是一種形象，這些也是可以改造的，比如說你的五官長得不好看，你講話不清楚，講話沒有口才，那你就從現在開始，守這個妄語戒，你將來才能辯才無礙。普天下的人都不喜歡自己的隱私被別人揭發出來，所以心理學家說，揭發別人的隱私是最沒有道德的事情，不要說：「啊！那個人他以前多壞多壞，他以前嫁過幾任丈夫，做過什麼！」今天人家已經改過來了，已經很不簡單了，對不對？所以不要揭發別人的穩私。好，那犯妄語戒有哪些果報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一、墮三惡道。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二、多被毀謗。妄語打多了，或講人家講多了，講多了壞話，揭人家的隱私，你這一世常常會遭受到人家的毀謗，你的名譽在各方面都會遭受到種種不白之冤。所以你常常會感到奇怪，走到哪裡，你都不得意，好像人家都會排斥你，有沒有這種感覺？常常會遭受到人家毀謗你的名節的事情。現在社會很現實，你要是厚道一點，就常常被人家排擠掉了，有沒有？所以必須從現在開始守妄語戒，等將來你有了威德，讓人家看了很信服你，很尊敬你，你就不必再遭受這樣的痛苦，遭受到這樣的一個困擾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三、為他人所誑。（誑即指賣的意思）會遭受人家指責、痛罵的一個果報。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四、言無人受。講話能夠讓人家接受，那必須實在。修行是要老實，用一個老實的心去對待別人，當你要規勸別人、指責別人、糾正別人的時候，人家才會虛心的接受。你的態度也要溫和，不要說：「叫你怎麼樣你就怎麼樣，不聽的話隨你。」一個人的口氣婉轉可以將事情轉換成很圓融的地步。所以，你口氣不好，人家聽了就討厭，人家說：「鬼都不喜歡呢」，連鬼神都喜歡聽好聽的，都喜歡態度柔和的，而你這不好的口氣，連鬼都不喜歡了，人會喜歡嗎？所以要讓人家接受你，講道要讓人家盡興的聽，你就必須在言語上很謙虛、很客觀才行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五、語不明了。有些人一生下來就兔唇、沒有舌頭。妄語打多了，舌頭的筋會不好轉，會抓得很緊，你要轉那個語氣不好轉，所以講話就會不清楚，不是不會表達，而是語氣裡你常會聽到好像在漏風，又好像一生下來就講話很不清楚，這些大部分是前輩子帶來的果報，如兔唇！妄語雖然不必繳稅金，不必負責任，但你來世的果報會帶來這些困擾，所以要好好的遵守它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六、種不得果。打妄語的人再怎麼修行都不會得正果，而那些修持五戒的，來生可能再轉人身，他很可能功圓果滿。但是你如果五戒不清，五戒持得不夠圓融、不圓滿，其中缺一戒，你就不可能成就正果。所以就算你再怎麼修，妄語沒有去除，你講話不實在，黑說成白，白說成黑，都不照道理去講，不照道理去做，不實在、不實踐，當然就種不得善果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七、口氣口臭惡。常常打妄語的人會遭到口臭。有些人口臭是因為火氣大，是不是？有些是晚上睡不好，等氣調過來之後自然就不會。有些人就是天生的，是治不好的那種，一開口人家就把嘴捂起來的那一種，等你閉口，人家才能開口的那種，就是前世妄語打的太多了。還有身上會發臭，這些都從果報而來，而你得到這些，這一世你就要好好的修，好好的修持，最重要的你們吃素，這些便會慢慢減輕，如果你吃肉，你那臭氣會增長，會一直增多，這些是妄語的果報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◎持守戒律有善報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接下來是持守戒律有哪些善報呢？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第一、口常清淨。如憂缽蘿香,一種蓮花，你不打妄語，持妄語戒，口齒清香，不用噴這個清新劑，它都會很香，但是現在這種人很少啦！早晚如果沒有洗黑人牙膏，就會發出那個口臭出來。所以說佛絕對不打妄語，佛無戲言，佛的舌頭伸出來，可以把整個臉蓋住，就算牙齒拿去燒的時候，也不會壞掉，而是完整的三十二顆，有修行的人三十二顆牙齒全部都是好好的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第二、為諸世間之所敬信。信就是人講的話，是不是？人家說一言九鼎，有信用的人做生意也不用蓋圖章。你們跟會，也會找一些比較有信用、比較可靠的去跟，是不是，對不對？人家信任你，會跟著你去做某一件事情，那完全是對你人格的信任。能夠讓眾生對你產生信任，就表示你在信用方面非常的堅持，所以為諸世間之所敬信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三、自心歡喜，他人欣悅。不打妄語，自己覺得很誠實，天天都在很高興，不需要去遮遮掩掩，騙這個，騙那個。每天都活在一個真實的生活圈裡面，別人也很喜歡，知道你這個人很誠實可靠。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四、未來生處，爾如意音聲。即是你聽到的，絕對都是悅耳的聲音，絕對不會有惡口、粗獷的言語苦惱你的耳邊。你們對著所尊敬的人，會不會講話去憂惱他呢？會不會去忤逆他呢？也不會去傷害他的自尊，對不對？也就是你的耳邊不會有這些噪音，不會有這些擾亂你、害你、煩惱你的這些話出現。但要小心不要讓專耍綺語的男孩子來欺騙你，男孩子這些綺語、花言巧語，都是你所喜歡的，你必須要有智慧一點、理智一點，如果讓自己中了這個圈套，一旦踏進去就踩不出來的。那麼男孩子如果要交一個異性朋友，你們要怎麼樣呢？要誠實，絕對要有這一份的誠心，你不要想你要追她，別人也要追她，你就要以最好的那一面表現出來，就儘量掩飾自己，這樣也不實在，一切都要看得開，一切婚姻你都得順其自然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所以奉勸你們這些為人父母的，兒女的婚姻讓他順其自然，不要給他太多的意見，當然小孩子從小就要教，你要讓他懂得是非，懂得這些真假，等他長大了，你就讓他自己選擇對象，你不要給他太多的意見，到時候他帶一個對象回來說：「媽媽，你看這個好不好？」你說：「不好，不好。」你什麼都不好，那他就說：「不好是你說的，那我就再帶一個回來。媽媽你說這個好不好？」（啊！這個好好好。）到時候跟你戰得天昏地暗，你又說：「你這個太太都怎麼樣、怎麼樣，怎麼樣的沒教養……」「媽你當時說好的，我帶回來給你看，你說好的。」你就沒話說了，對不對？為人父母，就是要把這一點看開點。那麼夫妻儘量要誠實相待，不要在枕邊說一些嘰哩喳啦的話來破壞這個家庭，如果說，媽媽的思想比較不能跟你溝通，忍耐忍耐一下，家庭就圓滿了，不然整天在那邊戰，戰到什麼時候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五、增自威德，得無礙辯。你想要智慧無量、辯才無礙，一定要持妄語戒。每一個人都希望自己口若懸河。口才好的人，到任何地方都很出色，所以懂得幽默的人他是佔絕大的優勢，你要得到這樣的優點，這一世千萬聽老師的奉勸，不要去犯了惡口、妄言、綺語、兩舌，來破壞人和的戒律，修「妄言」，這四點千萬要注意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我們說「清口茹素」，清口和茹素是兩回事，茹素是吃齋，清口是你這張口要清淨，嘴巴不講這四種壞話，這叫清口。如果說你光吃素，嘴巴不乾淨，那也不叫清口。所以女人哪，儘量不要罵人：幹道，尤其是開計程車的，儘量三字經不要罵出來。太太罵先生、罵小孩千萬要有個分寸，不要什麼難聽的話都罵出來，夭壽啦、死相啦，什麼都來！女人要保持一個很好的氣質，在家裡，讓家人感覺你是一個靈魂人物，你這張嘴巴儘量的修好一點，儘量說一些好話來安慰先生，不要說：「這個死相！三不五時去外面不規矩、喝酒、偷吃葷啦……」吃葷你們懂是什麼意思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這個葷跟那個葷不一樣哦！所以你也不要一下子就責備他，你要穩得住、沉得住，聽老師說幾句世間的法。老師今天已是跳出三界外的人，教你們這些世間法是不得已的，因為眾生就有這麼多的毛病，所以教你們這些世間方法，讓你們能化解一些生活上的紛爭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先生出去外面不規矩，很晚才回來，你就坐在那邊等他，今天不回來，你等到明天，等到他回來，你不要責怪他，洗澡水給他準備好，茶也給他泡好，再問候他一下。今天不回來，第二天不回來，第三天、第四天看他回不回來？第四天再不回來，那你這個先生就沒效了！你就認命了！你們來道場講道、辦道，你要把你自己份內的事處理好，先做好給家人看，讓婆婆公公先生沒話講，沒有挑剔的地方，這樣子你也心安理得。如果他再一直的挑剔你，一直阻礙你，想跟你離婚，你就再忍耐，儘量的做，做到讓他感動，如果他還是這樣，就當是沒效了，你就要認命啦！看開啦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三不五時的你把他嚇一嚇，給他飆一下，三不五時跟先生吵架，你就跑到道場來躲幾天，讓他知道沒有太太的煩惱，讓他去觀想觀想，但不要躲太久，躲太久他會說被老師騙過來了，不行。不過這不是一個很好的方法，今天教你們這些實在是很不得已的狀況之下，不然你在家很不得意，又要出來修道，又想家庭圓滿，兩方面都不能圓滿，你只要用這個方法試試，如果不行的話，也只有認命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這是說一個世間法，世間有太多的這種無奈。對世間的事情就用世間法，老師是超出三界的修行者，教你們這些是不應該的，不過也是因為看到你們有這樣的問題存在，教你們這些小小的方法來處理，不見得要這麼做，千萬不要去墮落，或想不開死了算了；你也不要去講一些話讓他沒信心，他已經很苦惱了，如果到時候他真的死了，那你犯了妄語戒，又犯了殺戒，變成助殺，所以儘量不要講破壞他人的話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◎遠離妄言，隱惡揚善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那麼，我們要離什麼呢？離惡口，惡口即是罵人，很粗獷、很不正聽的那種話。比如做泥水工的，他認為他很直心，講出來的話卻三字經、五字經統統都有，是不是？我們要遠離這些擾亂語、破壞語，還有苦他語，避免擾亂別人的心，讓人家六神無主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語言分很多種，嘴巴一張開，話就這麼多，如果生了兩張嘴，那怎麼樣？那不就自己跟自己吵架啦，是不是？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兩舌是破壞他人和好。大家聽為師一句話，不要輕易的去相信別人，不要輕易的把你內心的話告訴別人，任何場所你最好都稱讚別人，不要說別人的壞處。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普天下的人都很容易相信別人，跟你相交兩、三個月就把他當成知己一樣；不是叫你不要相信別人，而是叫你講話要謹言慎行；萬一你講一句話對別人不好聽的話，或是牽涉到第三者，他馬上像廣播電臺一樣，這邊講一講，那邊又講一講，那就糟糕了。不希望有是非的話，就儘量講別人的好，不要講別人的不好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◎慎思明辨，莫妄下斷言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還有，你要對一件事下定論之前，絕對要先觀察清楚，不要隨便下定論。為師講一個小故事給你們聽：有一次孔老夫子的學生在為他做早餐煮稀飯的時候，天花板上掉下了一個小小的東西下來，學生就拿起來吃掉，因為他想，這個給老師吃了以後，恐怕老師會吃壞肚子，我先吃吃看是什麼東西，結果孔老夫子在旁邊看到，就把這件事情告訴他的學生：「你看煮飯的多沒有禮貌，老師都還沒有吃，他自己就先吃了。」這些學生就去跟煮飯的說：「喂！你怎麼可以這麼沒禮貌，老師還沒有吃呢，你就先吃了，一點都不尊重老師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」煮飯的就說：「冤枉啊，冤枉，我是因為天花板掉下一個東西，我要看看是什麼東西，怕老師吃壞了肚子。」孔老夫子就召集所有的學生說：「來來，你們看看，我被人家稱為至聖先師，是你們的老師，我親眼看到的都會冤枉別人，都會把事情扭曲掉了，何況別人傳到你耳朵的一句話，經過第三者，事情會不會是事實？會不會被扭曲掉？」孔老夫子是這樣子教學生的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所以你們在對一件事情下判斷的時候，千萬要調查實情，不要聽他人片面之語就斷定事情就是這樣子。不要用猜疑的心態去懷疑事情，你要對別人規勸建議，你要對事情下定論，務必要有把握，要把事實弄清楚再來處理，不然把整件事情弄砸掉了，是非就出來了，考倒別人而結下惡緣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所以聖人他都可能看錯了，他對事情都有可能扭曲了，何況是你們凡夫俗子，隨便這邊聽兩句，那邊聽三句就自作聰明的把整件事情串編起來，以為事情頭尾自己最清楚，其實你沒有懂多少，你是在門外看事情。所以不希望有是非的話，就不要隨便講話，儘量講一些讓別人能夠挽回信心的。他是對的，就站在他的立場上為他說話。每個人都希望別人來關心，尤其是失意的人，你必須站在他的立場來處理事情，你千萬不要站在你的立場來處理你說的話，硬要別人來接受你的意見，這樣子是比較自私而不圓融的行為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◎舌如利刀須謹言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兩舌，就像刀子一樣，雖然舌頭是軟的，但事實上它比刀子還厲害。當一個國家的間諜，是不是靠舌頭？女人要破壞人家家庭是不是也是靠這張嘴巴？對男人撒嬌，對他施展媚力，最後破壞人家夫妻間的和好。所以，舌頭只要一個就好，嘴巴一個就好，多少的是非，多少的恩怨，都是由這個舌頭、這一張嘴巴說出來的。禍從口出，你要避免這個禍，就要儘量的三緘其口，講一些有營養的話。佛在修行的時候，他從來不講一句沒有用的話，句句中肯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當然你們在社會上要跟人家打拼立足，難免會跟人家有爭有鬥的，或脾氣一來你控制不了了，你會粗口，講出髒話，所以你就要事後自己再懺悔。一切的罪惡唯有用懺悔心、慚愧心來修補，有慚有愧，事情才有挽救：無慚無愧，那你這個人也就沒有救了，做任何事情，都覺得你最對，沒有一個慚愧心。所以古德常說：「靜坐常思己過，閒談莫論人非」，古德淺淺的這兩句話很實用，那凡夫不是呀!坐下來是非就出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我們要修行，第一個要遠離政治，當然我們當一個好國民要愛國，能夠做一個好國民跟政府配合政策，但千萬不要跟著人家走上街頭，也不要跟著人家一起起鬨，宣傳一些不需要的、擾亂人心的語言，這些都很不好。為師只能說不好，果報就要看你們所犯的程度來定論，你們有兒女、親戚在搞政治，你儘量不要參與它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能夠讓人家增加道業的行業很多，靠你的這張嘴巴來救人，你講話可以讓人家得到快樂，也可以讓人家活得很不耐煩。不要將自己的利益、自己的快樂建築在別人的身上，也不要對別人開過份的玩笑。比如說，啊！看到人家五官長得不好看，就說：「唉呀！你這業力深重啊，得到果報哦！」這叫做苦他語，也含在惡口裡面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唯「上智」與「下愚」沒有是非。上智即是超越的人，即是智慧很超越的人，他視透了世間的一切，他不會為語言所幹擾，不會為這些音波所動搖，沒有是非；還有一種是笨笨修笨笨成的人，也沒有是非，你說什麼他都不管，他也聽不懂這句話是好還是壞，所以上智與下愚這兩種人好修行。站在你們中間這不高不低的，不是很笨的，又不是很聰明的，很難修行。外面這些音波這些頻率，你們沒辦法調好，收音機的頻率沒有對準，常常就會受到這些音波的震動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所以「智者從師之長，愚者求師之過」，有智慧的人你會跟著人家的長處來修，比如你跟著一位明師來修，你會看他的優點，如果你天天看他的缺點，挑剔他的毛病，這也不是，那也不是，那你怎麼修呢？每個人都有優點，也有缺點，有智慧的話，就要學他的優點；這個人脾氣很壞，但壞脾氣的人往往比較直心，比較正直，你就看好的一面去學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說到調一語、順俚語，還有妙語，前面的明師要多學習這一點。每個眾生都希望人家來關心，所以你們要多講一些潤語來關心，不要語氣硬邦邦的，一定要人家照著你的話去做，這樣就不得人緣了。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前面有幾位明師，你們自己也心裡有數。千萬不要把自己的毛病當成是特色，這不是特色，要儘量的圓融，你都希望人家來關心你，眾生也是一樣，要多關心他。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年輕人，你們渡眾生千萬要用慈悲心，不要有感情的成份存在，不要讓他以為你對他有意思，讓他會錯意；你要替他解決問題，你要幫他什麼忙，要成全他，你就得儘量的劃清界線一點。你如果對他沒意思，萬一他認為你對他有意思，而陷入感情的困擾之中，那時就麻煩了!這是年經人比較容易犯到的，所以，感情要適當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如果完全沒有感情，又太過生硬，太過沒有人情味。所以，明師對下面的人必須要用一種慈悲的心，對待後學就要像自己子女，就像自己的兄弟姐妹一樣。你是怎樣熬過來的，希望你將心比心，你的後學也是希望人家呵護著走過來的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年輕人不要太過臭美，人家稍微對你好一點，你就認為人家對你有意思，千萬不要陷入感情裡面。為師不是說你們不能談，而是你不要讓對方產生困擾，產生誤會，所以你就要跟對方保持一定的距離。如果你對他有意思，就要用誠心來交往，一顆誠實的心，不欺騙的心，互相交往，也是好事，夫妻一起修，那也是一件好事，免得到最後惹出很多的麻煩出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對這個五戒方面，大家有沒有信心？雖然講的好像很淺，不夠扣人心弦，不夠美妙，但你們回想一下，你們是不是天天講妄語？說謊話像吃飯一樣多？這些都會擾亂你的道業。所以，雖然為師講得很淺，像你們喝開水一樣很淡，但如果你能把它糾正過來，對你們的道業方面是有幫助的。你持五戒持得滿分，將來這些正果是不可限量的，確實的持好五戒才是真正在修行，你不持戒只是結個緣而已，來求道什麼都不懂，什麼都不研究，也不遵守，叫做結善緣、入門而已，真正去修，真正去持，才是真正的修善。將來要證果，在修行上就必須要下功夫，而且是點滴的功夫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如果你現在做生意，不方便持妄語戒，就儘量少說，將來慢慢的一戒一戒的持。為師跟你們說，每持一戒就有一戒的善神來擁護你，你不持戒的話，不只鬼神不敢親近你，就是善神也不敢來擁護你。口常清淨，將來絕對得到無量的智慧、辯才無礙、相貌端莊，得到很好一個果報。為師為什麼要講五戒，有些人或許聽過，有些人又覺得這沒有什麼吸引人的，但是你要從基礎來修起，這些基礎的戒律都不想去守了，還談什麼經典，談什麼心法，那些都是比較不實際的。雖然這些心法能夠讓你解脫，但是連這些最基本戒律，這些小過錯，你都沒辦法去注意它還談什麼心法呢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為什麼有這懺悔班？懺悔班就是要洗清你們這些小過錯啊。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感恩 · 惜緣 · 精進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《老師的話》結緣分享 · 供修道參考</w:t>
      </w:r>
    </w:p>
    <w:p>
      <w:pPr>
        <w:spacing w:before="360" w:after="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2"/>
        </w:rPr>
        <w:t>《老師的話》濟公活佛慈訓系列 · 結緣分享，供修道參考。</w:t>
      </w:r>
    </w:p>
    <w:sectPr w:rsidR="00FC693F" w:rsidRPr="0006063C" w:rsidSect="00034616">
      <w:pgSz w:w="12240" w:h="15840"/>
      <w:pgMar w:top="1152" w:right="1296" w:bottom="108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DFKai-SB" w:hAnsi="DFKai-SB" w:eastAsia="DFKai-SB" w:cs="DFKai-SB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