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第二十五集《濟公活佛說五戒之戒酒》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愚痴狂妄為何因？前世好酒不清醒。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嗜酒成性下陰曹，灌口地獄受苦刑。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善持酒戒有果報，神智清明享安寧。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當算命先生批八字時侯，你就先問他：「我這隻腳是進還是退？」這樣就知道他算得是否準，何必談八字。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心可以轉命，除心之外尚有毅力。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人都是因業力而來的，你們學佛學久了，應有個觀念：人是業力產生的動物，也就是業力支配人一生的行為。人的各種嗜好、習性，轉個名詞這就叫做「業力」。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◎持戒守禮是本份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男孩子喜歡喝飲酒，離不開酒對不對？有事沒事就想抽根煙、喝杯酒。其實煙不抽、酒不喝也不會死，但他就是有這種惡習性，這即是業力。不是一定要生病、缺腳才叫業力。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業可轉，命也可以轉。可不要認為算命先生說有桃花運、有橫財就一定會有，如果你守禮，哪來桃花？莫將一切責任推給算命的。有橫財就去玩大家樂，一定中那個最大的獎，這就是貪念。只要有心、再加上毅力，這些習性就可以改。譬如有人習慣打妄語、騙女人、隨便說話，因為打妄語免繳稅金，但誠實的人，必有毅力，不犯妄語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五戒雖然很重，事實上僅是為人的本份。戒即是禮，任何人必須守禮；禮就是國家的國法，人人守法，自然不會觸犯法律，也就不必持戒了。知道騙人不好，怎可打妄語、害生命？慈悲心是人的本，放生尚且還來不及，怎可殺而食之？所以持戒是每個人應有的觀念，也就是每個人都必須守的禮法。修行人強調持戒，戒就是戒律、界線，人不超出界線，就禮是守。每一個求過道的人都是修行人，都必須強調守禮，要做得比別人更好，而且是標竿。所以你們是每個人都必須守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人說老師是醉翁，既吃酒又喝酒又吃肉，那老師應下地獄，是不是？電視與電影都演濟公吃肉喝酒，但為什麼勸人持齋、戒酒呢？酒不是葷，也不是惡，要眾人不喝，只許老師我喝嗎，有道理嗎？你們說你們能夠把一隻小鳥吃進肚子裡面，然後將它超渡上去？七月半的鴨子自保都不得，哪有辦法在此情況下超渡它？沒有能力超渡眾生，只有自己持戒。那麼酒喝下去，能否自保清明，領帶是否會歪掉，會不會？你們不能拿聖哲來自我比擬，聖哲遊戲人間，所以後人將他戲劇化，拿來借題發揮。如果能將一隻雞超升上去，那就用平常心將糞蟲、壁虎、蒼蠅都抓來吃下去，通通將他們超升上去！因為你們沒有足夠的定力，未達聖哲的境界，那只有按步就班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句話說「理可頓悟」，理可頓悟就是悟到本性，就是悟到我們的自性。但本性裡的習氣、毛病、雜草，你能將他一次清除乾淨嗎？不行，所以要漸修。漸修是層次的問題，也就是從根本戒律著手。明師一指雖是上乘法門，但中庸之道也離不開戒、定、慧，戒排在首位，就是根本之道，要從戒律開始。不要認為戒是末法，認為受明師一指，就已頓悟到本性，可以禪悟；如果這些習性、垃圾你沒有辦法將它清除，六萬年來的所帶來的這些牽纏，你並沒有一層一層的去掉，就要靠行功了願去還它。所以「事宜漸修」，你必須按步就班，當一天和尚撞一天鐘，這就是借著佛法、三清四正、佛規禮節來修。道場中的禮節就是戒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五教聖人對「戒」所說的名詞不一，但事實上所行的全部都一樣，所謂萬法要歸一，就是歸於一個「理」字。因為中庸之道也離不開戒、定、慧。不要以為得到上乘之法，其他就可以去掉；你們只知道往外面去辦、去開創，你們有沒有往內觀照你的本性，到底有多少煩惱、念頭、習性圍繞著你們天天的轉？人為何六道輪迴不息？因為隨著業力、念頭、習性在輪轉。老師以前有說過佛陀過去世曾證得五通仙人，他尚且還修一個色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殺、盜、淫，這個淫很難斷，尤其是乾道習性更多，坤道雖是五漏之體，少修五百年，也非常不自由，但坤道業力不強，比較容易修成，因殺人放火坤道比較不敢做，大不了不守禮法紅杏出牆；但是乾道殺、盜、淫、妄都來了，因此乾道除吃、喝、嫖、賭外，沒什麼其他嗜好，而這個吃、喝、嫖、賭，就包括了十惡不赦的所有罪孽了。所以只要乾道肯下定決心，自古以來聖賢仙佛都是由乾道做榜樣，因為乾道克制力較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坤道對於情關比較專一，什麼兒女的情、先生的情都較不容易放下，所以乾道也比較容易出家修道，但乾道如果習性、毛病無法剔除，戒律不去實行，相對造業的機會也就比較重。所以，其實坤道、乾坤兩道是半斤八兩，沒有說誰修的比較快，完全要看他的意志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意三業清淨。身清淨，心清淨，口更要清淨。口包括很多，如吃、喝、說種種都是口，所以口也包括在三業之內。前面提到殺、盜、淫、妄都是性戒。性戒是對本性有傷害的，人沒有修行，沒有修持五戒，犯了殺、盜、淫、妄一樣要背負因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酒屬於喝戒，為什麼叫喝戒？酒不算是葷的，但會被排在五戒之內，可是它能夠衍生出一切的諸惡。喝酒神志不清，殺盜淫妄就樣樣都來；待神智甦醒，一切皆已成了定局。所以必須要戒止，因而稱為喝戒。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個人或多或少都會喝一點酒，像坤道炒菜喜歡加點酒，這樣炒起來較香。你們認為酒精的傷害不會很大，但是吃久喝多了，要改掉就不容易。乾道要應酬、補身體，最先想到的就是酒，但是一個修行人真的需要藉酒來補身體嗎？未必見得。一個出家人過午不食，日僅二食，一樣紅光滿面，因此修行人對酒最好不沾，因種種的罪過錯都是因為喝酒後神志不清而來的。我們修行就要學會格殺勿論，就是要殺掉種種不善的行為。一個喝醉酒的人會有什麼過失行為呢？讓我們一條一條將它整理出來。以佛的智慧，他會制訂飲酒的罪例，一定有它的道理存在，一定是修行的比丘僧眾，或佛門的弟子有犯到禮儀，因此才把它整理出來，叫你們一定要戒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◎飲酒的過失有十四條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一，資財散失，福德漸減。持戒日強，德性絕對不會日減。國家要你們莊敬自強，也就是當一個好國民，就修行者而言，就是要持戒，不能太安逸，安逸就會犯戒，俗話說：「君子愛人以德，小人愛人以敬。」而且從戒律上說，不是你今天布施較多就不必守戒律，就可以胡作非為，功德絕對是抵不掉犯戒的。雖然改習性不是三天兩天的事情，譬如抽菸、喝酒要馬上改掉是絕不可能的。但要知道，這些毛病有損你的道業，你們行的是菩薩道，菩薩是不能帶著這些習性、毛病、念頭、垃圾而成道回去，他必定是一性圓明，才能夠成菩薩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飲酒會資財散失，喝酒不可能一個人獨酌，必定是很多人聚在一起才有意思，今天這個請，明天那個請，總有一天輪到自己請。海霸王、老爺酒店籤帳，如此為貲財散失、福德漸減，原本不喝酒可保有貲財，好好經營生意，照顧一家老小，更可保有圓明的智慧，做很多善事，廣積福德，但因喝酒使智慧喪失，福德日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告訴你們，酒不但不能自己喝，也不能送人，莫以為送人喝就沒有事。如果你持五戒的人，你買酒送給他人，你將會有五百世沒有手的果報，沒有手就是出生軟體的動物，如蚯蚓、毛毛蟲。所以出國不要替人買酒，情願壞心一點，也不要過關替人拿東西，因有人可能買了酒，裡面放違禁品，被查到你就吃不消了。不要喝也不要幫別人帶，更不要送別人，因你都想戒掉了，還希望別人神智昏昏的鬧家庭運動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二，諸根暗昧，智慧退失。本來有心學道、學好，可是喝酒後神智昏迷，哪能自御呢？否則臺灣省龍發堂的那些人是怎麼來的？全是喝酒過多引起。你六根親近五欲六塵，你就容易昏昧昏暗，諸根就暗昧，使人傻呼呼的。像以往臺灣省老一輩的，沒有受過教育，除喝酒外沒有一點的娛樂，又不能聽聞佛法，所以六根昏昧，因此老一輩的人就是較愚鈍，昏昧。現代的人受良好教育，這是你們的福報，福份。既然有此福份，就應保持六根清淨，不要跟五欲六塵混在一起，使成配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唐朝詩人李白說過，有酒才有靈感賦詩，可是李白最終如何死的？還不是昏昏沉沉的見到水中月，跳入水中抓月才溺死的。不要認為喝了酒才瀟灑，男孩子最容易上當，只要被人一說：「這男孩子不會抽菸，不會喝酒，不像男孩子，不瀟灑，長不大。」就傻傻的去學這些壞習慣。俗話說：「近朱者赤，近墨者黑」。記住，以後要你抽菸喝酒的人，都是要你下地獄的人，千萬不要去親近他們，寧可單純點、長不大，寧願五根意志單純，單純潔白就是道啊，不必趕時髦，學人抽菸、喝酒，飆車才叫拉風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喝酒多了易得肝癌、糖尿病、腎臟病，會吐，正餐就吃不下，腸胃也會跟著壞，胃癌、腸癌都是喝酒引起的。疾病的產生都是因為不會自我照顧身體。身體髮膚要會保養、養生之道有益身心健康，運動要多做，那些海陸空不要去吃它，陸海空聽得懂嗎？陸地上跑的動物，海裡遊的魚蝦之類，天上飛的鳥類，還有酒啦！拜拜用三牲、酒禮，正神菩薩聞到此味就遠離了。要正神擁護你，替你消災難，你身上最好別有酒味，酒肉的味道。不要擺了酒、雞肉，旁邊再擺個普門品，觀音菩薩決不會來。你要想到諸神庇護，就須遠離酒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身心保持清淨，善持五戒，身上就會散發出奇異的香味，在任何地方，會聞到一股檀香味，很吉祥，這表示你心很清，隨時心裡想著佛菩薩，莫執著形相，否則當心變成打妄語。佛菩薩會顯象是有特殊原因的，否則絕對是在隱形之中，不隨便呈象給人家看。若真正修行者看見佛菩薩現前，絕對是不會講的，何況你們又沒有看到。千萬記住，老實修行，更不要說夢見了祖先跟你結緣。你絕對要相信道真、理真、天命真，只要你真心超拔，他絕對是被超拔上去，你更不要想看空中出現白蓮花、白光，或家中屋頂上的白光普照，你只要心中冥想，那白光自然就在你的心裏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照片那些是比較特殊的因緣，但是不能強求。這跟因緣一樣，是可遇不可求，懂嗎？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三，增長瞋心，鬥爭殺害。神志清醒的時刻，人，就有理智，不敢胡作非為；等到三杯下肚後，借酒壯膽，哪個人跟你有仇，便瞋恨心起，殺人害命；人家跟你開玩笑，便受不了，一巴掌、一個拳頭過去，要是乾道便互相毆打，鬥爭殺害。聖人云：「酒醉膽大」，殺、盜、淫、妄都敢來了，一切沒有倫理道德的事情，甚至在酒醉中連對親姐妹都可能犯到淫戒。更有些人喝酒想到女朋友，想瘋了，隨便抓個女的充當女友；喝醉了，三萬、五萬亂開支票，結果傾家蕩產。所以說，所有罪惡都是在不清醒時鑄成的。千萬不要有飲酒這一嗜好，不要染上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一生的包袱不要太多太重，要去除不好的嗜好、欲望，有些人沒有喝酒就好似沒有在過日子，沒有幹一杯就好像說不出話來。修行人必須用智慧去克制它。不論社交、談生意、應酬，都要自我節制，想辦法去圓融它。有些大商人也並不是一定要喝酒才能夠談生意，以茶代酒，以飲料代酒都可以嗎，最主要看你是否有誠意？意志力是否堅強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四、淫慾熾盛，諸欲隨生。人在酒醉的時候，禮都不存在了，凡事隨心所欲。醉酒時幻想飄然飛上天，以為自己是國王，想有美女就有美女，想摘星星就有星星，要什麼有什麼，就像打速賜康，吸強力膠。聽說吸一吸強力膠就會飄飄然、隨心所欲、非常興奮；可是這過了之後呢，又回到以前一樣。所以俗話說：「染毒容易戒毒難。」酒就像毒，今天一杯，明天兩杯，日積月累，酒量就愈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抽菸也是一樣，沒有辦法，到最後就要靠這些東西來自我麻醉，血管神經都硬化，而變成跟廢人一樣，曾經一個才女、才子如今變成一個廢人，到時候家人為你緊張，父母、妻子兒女也跟著著急，而自己也要人天天照顧，不能工作生產賺錢，自己還要受罪。如果你不是癮君子，勸你莫逞英雄，如果有此嗜好的人，勸你慢慢的戒掉它，對你的道業絕對有幫助。那嗜好的短暫滿足是虛假的，就像看電影一樣，兩小時演完，它就不再演了，僅是一個虛幻而已。像跳舞，跳到渾然忘我，可是總要休息，不然隔天就累死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影星歌星天天受人喝彩，但哪天被人開汽水，就會活不下去，會自殺的，這些全是活在幻想中的人，被五官導引著走向幻覺錯誤的路。眼睛引導你看漂亮的；嘴巴引導你吃不該吃的、講不該講的；耳朵引導你聽是非，所以人不可以太閒，太閒是非就來。人，忙要忙得有意義，像你們現在辦得十分充實，靜下來要觀想、休息、迴光返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人生活莫太享受，物質越淡薄，對你的修行越有幫助；越享受的人，就越離不開不良的場所。生命的短暫是不夠用的，可是現在，有人見面就問你現在如何打發時間？時間還用打發的呀！可見這人生遇得何等無奈、沒有意義。真正有意義的人生，就像你們老前人，活到了九十幾歲，他每分每秒都很珍惜。你們年輕人應該想到，過了今年，又老了一歲，過了今年，體力，腦力又衰退了一點，必須要珍惜每分每秒，不要浪費。真正的修行者，是不會浪費他的生命。現在工商社會做些消遣打發時間可以，但要適當，不可以在上班時間想入非非，想領了薪水要到哪兒去，到哪兒去消費，這些都非常不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五、多失禮貌，形而隱匿。外出打領帶、穿西裝，再梳個西裝頭，很服貼。不要說到別的地方，我們這地下室，看你進去一趟再出來，領帶還會整齊不歪嗎？講話還會彬彬有禮嗎？平常像正人君子，一旦三杯下肚，什麼三字經、不該說的都出口了。在外面拈花惹草，喝醉了酒回到家，在太太面前什麼秘密都洩漏出來，所以你們道場這裡是天堂，他們下面是凡間，我們別說他們是地獄，因為他們是凡夫，亂七八糟都來了。比較起來你們相當有氣質，雖然穿得不華麗，吃得不很好，但是你們每個人都整整齊齊，精神抖擻，來聽法雨的滋潤，絕不會有大的過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六，洩漏秘密，事業不成。商場如戰場，需要鬥智，更要勾心鬥角。如果誰能力強，別的公司就高薪挖角，因為你有Idea、有能力，能使公司業務蒸蒸日上。如果你喝了酒，三杯下肚，把公司那套企劃全部洩漏出來，原本你可以升到經理替公司賺筆錢，或是本來公司老闆賞識你，但因你洩漏公司企劃而被別人打跨，這下子不但官升不成，還要被公司炒魷魚。有人認為公司老闆非要我不可，沒有我公司生存不下去；今天我要自組公司，自己當老闆，沒想到老闆傻人有傻福，公司仍有人才進來，業績一樣每日進步，而你自個兒做老闆不到兩個月，公司就垮了，便自怨自艾的抱怨：「以我的能力，為什麼不成功？」這正是福報的問題。他人有這福報，而你沒有，只能用點小聰明賺點錢罷了，福報不夠是無法賺到錢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福報對修行人來說是非常重要的，今天有能力就多行布施，為你生生世世做福報，因為福報增長非常快。佛門種籽好修行，一粒種籽、萬粒收。一棵樹的種籽才一點大，經過一、兩百年，它整棵樹就可覆蓋，讓多少人乘涼，這正是籽小果大。今天你毫不執著的布施一百元在佛家，將來福報會不斷的增長，但是布施在後天的寺廟，上面刻著你的大名，什麼林阿珠三百元，陳大頭佛像一尊，看看這些善男信女天天來叩，你有多少福報讓人家來拜？早已讓人給拜光了。要你們布施莫執著，你拿多少東西到道場，仙佛都有看見，別認為仙佛不知道。你來此叩頭，仙佛也知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些人一叩再叩，好像在拜樹木一樣，好像仙佛聽不到他叩了幾叩首似的。叩頭是個誠心，你布施也是一顆誠心，不要著相。譬如初一十五，初一布施五百，十五布施五百，你不要想著別人有沒有幫你拿去買香或是拿去吃掉。你布施出來了，就別著相，比方說希望寫某某拾萬，貳拾萬等，這樣老師比較欣賞。但是錢財還是要清，你布施多少，這個道場有帳目，必須清楚，這是住壇人員的事，只要你們心中不要很在意就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七、父母不惜，眷屬嫌棄。哪一個為人父母的會說：「我兒子好能幹，能喝一打的啤酒」？如果你的兒女有那種海量，你會不會當街來表揚他呢？反而會怕他出禍，跟人打架，夫妻情感不和睦，對不對？哪一個妻子希望先生喝得醺醺的回到家，整個房間臭得要死？喝酒是會遺傳的，老師希望這些喝酒的基因到你們這一代就要停止，不要再傳下去，不但人緣不好，連家庭都會破裂。女人會喝酒更不成體統，當然，特殊的就另當別論。有很多女孩子情場不如意，或者父母管教不嚴，常會說：「沒有人了解我，世人都不了解我」，然後就喝得不成體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女孩子大家閨秀，讀到大學、大專程度，還去喝酒，到時侯身體被人糟塌了都不曉得。所以女孩子對這方面更要潔身自愛。身為父母的應該多了解子女平常的行為，在未成年之前，就要好好的教育，千萬別讓子女染上惡習。到成年以後，再讓他自由發展，看他自己表現。做子女的晚上出去，也不要太晚回家，讓父母擔心，你自己也危險。所以女孩子還沒有結婚之前，千萬不要做出越矩的事情，要潔身自愛，將來先生才會尊重你。不要因一時欲望難以忍受，而把一生幸福都賭注下去。男孩子也要做一個正人君子，千萬別做狼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孔子曰：「吾未見好德如好色者也。」意思是說，沒有一個喜歡修養自己德性，像好色一樣，可見這個色的力量有多大。你修行德性可以慢慢培養，可是色關可不是慢慢來的，你就先吃為快。所以聖人一句話就道破人心。「君子戒慎乎其所不睹，恐懼乎其所不聞」，這就是隱微之處；「莫見乎隱，莫顯乎微」，微也就是善惡之間交接之處，也就是在無人看見你的地方你是為善為惡，就看你本身對戒律認識有多深，你持得有多精。一個人光會誇耀自己修行的好，懂得多少，這個人就有問題，自誇的必沒有德性：謙虛的人有德，所以在八卦中的謙卦是最好的。真正有修行的人，他是不會讚美自己，不會自我臭美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八，不敬三寶，破齋犯戒。戒律是佛門的禮，如果喝了酒什麼都忘記，哪還記得什麼三齋八戒─早齋、晚齋，每樣都不知，對不對？所有戒律都無法去遵守。佛、法、僧三寶無法尊敬，我們道中的三寶也洩漏出來，碰到一個沒有求道的朋友，問你求道做什麼？求三寶，三寶在哪裡？喔！醉茫茫說在這裡，五字是什麼，什麼都洩露出來，一切都無法修持了。佛在哪裡，怎麼看不到呢？為什麼我吃齋、拜佛還是照常生病，這樣你就不會去尊敬。吃齋拜佛還是會生病的，你這信心千萬要把持得住。因為六萬年來的業力不知有多深，前輩子吃多少，還未還清，所以身體災難病痛就來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譬如你們明師住在醫院裡面一個月，有沒有人說：「明師怎麼還會遭受這種災難呢？」有沒有人這樣講？不是說當明師就不會生病，業力人人有，所以奉勸你們口德要修，你做了再多再多的功德，口不修隨便罵人，就像杯子漏水一樣，會漏盡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九，善人相遠，惡人相近。人云：「物以類聚」，喝了酒好朋友就離你而去，因你總是說一些不該講的，沒有營養的話，即使有朋友，也是酒肉朋友，想佔你便宜的人，喜歡跟你談一些不三不四的話。以前老師跟你們講過一個故事，不曉得你們還記不記得？就是有一個徒弟，他喜歡賭博、喝酒，後來不小心殺人，被抓去坐牢，出獄後他被渡來求道；求道後他也吃齋，清口茹素，走向正途。不幸生意失敗，遇到江湖中的壞朋友，被帶去了喝兩杯、三缺一，惡習又來了；最後還是一樣，喝醉酒什麼都肯幹了。賭到最後，車子、房子都賣了，連妻子也要離婚，他又重新去吃免錢的飯。所以，喜歡喝酒的人，好朋友慢慢的就會遠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聖人說：「益者三友，損者三友」，交朋友是好亦好、壞亦壞，如果你碰上狐朋狗友，要能渡，能勸才勸渡，不然你要遠離。如果他無善根，就不要渡他，否則沒渡到，你就必須順著他的人情，被他的業力牽引下去，因你們定力不似佛的定力不會動搖；人是有感情的，為了賣人情，你就跟著他去。到時你就在燈紅酒綠的花叢中又生根，又被業力牽去，所以善人就遠離，惡人就相近，這樣你前途將是一片黑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十，身心散亂，遠離正定。喝酒不能正定，你就胡思亂想，定不下心來：今天要發財，明天要美女，後天想美國……，都想些不切實際的東西，身心自然散亂，就不會想到去照顧妻兒子女，事業也跟著荒廢，做出儘是違背正法的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十一，多作非法，違背正法。喝酒絕不會聽從善意的勸導，認為喝酒很好，賭博籤大家樂沒什麼錯，認為可以不勞而獲，以為放高利貸，跳舞很好；久而久之，就沒想到要禮佛、拜佛、渡人。慢慢的你會認為自己不是道場中人，是凡夫俗子，認為好像離開道場很久，跟道場已經脫節。你們在道場那麼久有沒有想過：「我好像跟社會脫節了！」有沒有這種想法？其實不然，修行是在社會中，不能離群索居，是在社會中持五戒，來影響整個家庭及整個社會、國家。你不偷盜、不賭博、不放高利貸、也不走上街頭騙人家，也不去那種不乾淨的場合，便是持五戒。持五戒不只是個人的事，而是家庭、社會、國家的事，這樣是離群索居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要去適應這個社會，譬如跟同學出去旅遊，剛開始有點困難，你必須慢慢的去調適，你是正人君子，他們決不會為難你，如果他要為難你，要你破戒，那你就離開。修行有修行人的道伴，外面有外面的朋友，每個地方都有每個地方的緣，在道場有你有很多的道伴，不用怕孤獨，對不對？這也是一個團體，而且這個團體是我們用善的一面、光明的一面，去影響外面的黑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十二，多不遂意，增加憂苦。當你做了錯事之後，你身心不會很順利，會增加憂苦，譬如說，你良心不昧，所以你喝酒犯到了淫戒、偷戒，良心就會譴責自己。人是有良心的，所以你天天在懺悔，你又不敢當眾懺悔，只有內心掙扎、懺悔，當然做事都覺得不遂意，會認為最近運勢不順：其實不是運勢不順，而是內心不夠坦蕩，內心坦蕩做任何事情都會很順利。只有你心中有鬼、心虛，做事才不遂意，相信老師說的這句話，你們內心都有同感，對不對？內心有鬼才會觸犯佛規、戒律，就會躲躲藏藏，做事就不坦蕩、不遂意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十三，曠費光陰，惡習難改。酒色不分家，好酒者必好色，相信嗎？沉醉在酒中，也絕對沉醉在色中，曠費光陰，這惡習絕對改不掉。人云：「英雄難過美人關」，別說英雄，任何男孩子也難過這一關。酒也是難改，今天看到酒不會想沾，老師說是因為你三世持齋，且持酒戒。有些人以為吃素清口很容易，吃起來白白胖胖。但有些人三天不吃肉就冒白色泡沫、流口水、全身無力。有些人說要改吃素，說了幾十年、十幾年還沒有辦法，實在是下三流的根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你能立刻清口，只要能夠接近素食，能接受、親近他，覺得很好吃，表示你前世有吃齋拜佛，有善根：不然你就會天天想到海霸王、海中天那兒去。善根要把持住，不要讓他爛下去，到最後身壞命終的時候，如果平常這些放不下，就好像小水溝都跨不過去，到時候這生死大海如何跨過呢？平常這些惡習放不下，臨命終怎會無所執著？有智慧的人是無所執著的，持齋的人是智慧之心，執著的人是愚夫之心，是凡夫俗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十四，身壞命終，下墜地獄。人都是帶業由凡夫走向聖賢之道。我們在求道之前，每個人都帶著業在慢慢修，慢慢消業，所以修道中會有層層關卡。算命先生有時會很準，但在準的當中，你們不能隨命運而轉，例如他算你會克夫、會落魄、會修不成，但是你的心很堅定，把它倒過來，把習性改掉，意志力加強，這就是你的原動力。質量等於能量乘以加速度。你們讀工程系的有沒有？老師也懂得一點凡間的科學，不要認為老師光會講佛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個能量就是造業力，造業力一直累積，不去除一點，藏在倉庫的第八意識，阿賴耶識裡，你不化掉，時間一到，與空間交會點一湊合，這業報就來了。車禍如何造成？就是時間、空間的湊合。人的種種病痛如何來？都是時機一到，時空交會點一碰到，就找上你了，業力就現前，逆境也就現前。所以我們當減輕業力，這樣人生才能圓滿。修行不是要你們捨棄一切，在家夫妻修行要有共識，光持五戒就可以做很多的善事。我們來複習一下犯酒戒的果報，它不算葷，所以它的報應比較少：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1、死後，墮入灌口地獄。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2、生於人中，愚痴狂妄，不信正法。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好，再來說持酒戒的好處及果報。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1、神智清明，恬靜安寧。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2、善持四重，不犯重罪。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3、來世生於人、天道中，不墮三毒。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犯酒戒，死後到地獄中入灌口地獄。獄中不是瓊漿玉液，更不是五加、高梁，去了就知道。如果投生人中，就是愚疾狂妄，沒有智慧，跟他說佛法，聽不入耳，認為是胡說八道。譬如，跟老太婆說為何不吃齋、拜佛？老太婆會說：「肉那麼好吃，為何要吃齋、拜佛？佛在哪裡？根本不知道。」這種根器根本聽不進去，即使有知識的人，也是不信正法，依舊是痴痴呆呆。所以在這個世中，有很多低能智殘、神智不清的；若持酒戒來世絕不會遭受到這種果報，神智會很清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當法師，講師都是很有智慧的，口才一流，對事情能有決斷，有判斷力，神智清楚做事情才能成功，生活才能安適恬靜，這是前世持戒的緣故。在一天中，若是胡思亂想，就不得安寧。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什麼有精神分裂，老師分析給你們聽：不是住在療養院的人才叫做精神分裂，每個人多多少少都有精神分裂，一天二十四小時，我們的心猿意馬變了多少次？現在想想這個，下刻想想那個，一直想，不停的想，所以意志不能夠集中，做事就恍恍忽忽，有時根本不清楚自己在什麼地方，做些什麼事。所以，每個人多多少少都有精神分裂，只是輕重的差異而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說不殺就是慈悲心，大家都要有，不殺比較容易，不吃比較困難，多少還是要吃的。例如剛開完手術，要補身體，就跟老師打商量，我先吃一些補補，等身體壯了，我再還回來，有這樣商量的嗎？既然你要商量，老師也沒有辦法，你們自己看著辦吧！老師不能夠強迫你們，因為個人因果個人還，你吃了，還是由你自己來擔，不必商量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善持四重，就是說前幾次所講的殺、盜、淫、妄，你不犯諸罪，最好又能夠持好酒戒，你就不容易做種種不應該做的事，來世轉生人道或者天道中，不會墮入三毒。如果轉世到人道中，會很有智慧，加上布施的福報，所以不能夠說有錢人都是奸商，沒有修行，有錢人有修行的很多，那是人家前幾世修行布施很多所得的福報。所以現在都是貧道才容易布施，有錢的都想搞事業、股票、房地產、要他布施十分之一都很難。等到有一天被人倒了，倒閉了，才講風涼話，才講當初為何不布施個三十萬，怎麼不想在還沒有倒閉之前先布施呢？布施這無形的福報在增長，濟利要濟天下之利，要懂得布施，才能夠使世世代代的你增長福德。在凡間放高利貸是有危險的，而放在天堂中的高利貸是沒有風險，仙佛不會倒你的利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殺是慈悲，不吃更是有慈悲心、惻隱心。殺、盜、淫、妄、酒，在儒家來說就是仁、義、禮、智、信。不盜就要安份守己，吃差一點，有錢沒錢都一樣過日子。為何盜？為何賭？那是想富裕一點，想要房子、車子，如果少欲就不會犯這些罪、過、錯。賭博、放高利貸、倒人會錢都是在盜戒之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