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第二十七集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1、《菩薩願行渡人成全人》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渡了人不成全，道苗會成長嗎？不要把這棵樹買回來就隨便種，讓他隨順著因緣走，說他能活是命大，不能活是業重。徒啊！一枝草一點露，天有好生之德，哪有不愛眾生之理？所以凡事要用心，人家有心有志氣，我們要盡全心全力去成全，才對得起自己的良心，對得起芸芸眾生與老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能弘道，這是白陽弟子的使命，徒兒們可知自己身系多少蒼生慧命，目前只有渡人成全人是當務之急，千萬不要把時間放在那些無謂的瑣事上，只要徒兒勇敢地跨出一步去渡人成全人，道務就有成長的生機，在你們學習幫辦中了願，在開荒闡道中成長，這不是每個人都有的福氣，徒兒可要把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心想渡人成全人，就要付出行動，只有在成全渡化的過程中，自己才能成為最大的受益者，怎麼說呢？因為每個人都是生命的共同體，他的不好就是我的不好，我們不能把別人跟自己的界限畫得太清楚，只有懷抱同體大悲的心，才能成就菩薩願行，因此渡人成全人沒有技巧，就是一顆真誠、無私的心，你只有以關懷與喜舍的心才能行出一條菩薩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修辦過程中，難免會碰上很多困難，有的徒兒會說人難渡，為何都渡不來呢？為師告訴你們，那是因為第一是因為地點方法不對，第二是自己沒有改毛病去脾氣，表現不出道來，沒辦法代表道，別人如何聽你的，第三是因為徒兒的愛心不夠、耐心不足，只推說人不好渡，因為這三個因素，導致人難渡，是不是？徒啊，只要你們愛心夠耐心足，沒有渡不到的人，當遇到任何考驗與困難時，自己要想想，為何別人可以突破，而我不能？想清楚問題出在那，而不是一味地逃避、推卸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渡化眾生這件事，首要自己能化性，要能真心感人，而最好的成全方法則是同甘共苦，榮辱與共，在真切、體諒、圓融當中讓對方感受到無有你我，無有是非，才能讓他安心地與你一同步向修行這條路。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要生發菩提心才懂得行菩薩道，想培養真正的大慈悲，就要先愛眾如己，學習菩薩為眾生吃盡一切苦，幫助眾生離苦得樂，做眾生的貴人、善緣，行腳紅塵散播福音，用真理來豐富冷漠的事情，讓人們都能因得聞正法而喜樂，更重要的是從自己的言、行、舉、止中行出道，你就不需用太多的言語，便能契入眾生的心、契入道，如此何愁大道不能辦？何愁眾生不能渡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同修之間要彼此提攜，互相扶持、幫忙，有誰受到了考驗，我們要立刻去補他的不足，鼓勵他、關愛他，陪伴他走過那一段黑暗期。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要戰戰兢兢，樹立好的典範，你自己要先樹立一個好榜樣給人跟進，當你受到批評時要謙虛地接納，受到讚美要更加地戰戰兢兢，不起一絲傲慢的心，做到讓人感動、佩服，別人才願意跟你來修道，這道理全在一點真心與用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因為你自己的改變，而感動別人也跟著改變，是不是？可見渡人不難，難就難在自己不能持恆地改變，久了看不到自己的缺失，也就失去渡人的動力，功未立、德未建，就有了散慢心，當然離道遠矣。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渡人常會因為臨門一腳使不出來，而前功盡棄，會不會？那臨門一腳呢？請你來求道，哦，「約定求道日」這句話說不出口，以致每次只落個結善緣的結論，所以咱們渡人要握機而作，要善於開創先機，而且要善緣善了，皆大歡喜，千萬不可滔天大論卻不了了之，或敗興而歸，每個人的機緣長短不一，就怕這一次錯過了，再等又是無盡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仁者愛人也，不是只有愛家人，還要愛同胞，愛天下萬民，這就是為什麼要鼓勵你們去渡人的原因，因為能真正愛人，才會想要渡人，仁者推己及人，己立立人，己達達人，你們現在已經認識真理，了解人生孰真孰假了，進一步要以仁為己任，發揮仁心仁德，去幫助那些尚未開始學道、修道的人，也能夠修身修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終極目標是兼善天下，正己成人，而兼善天下要從齊家做起，你們懂得去渡人，為什麼不先渡自己的家人？只要你有一顆真誠的心，在你的一言一行當中表現出好樣子，肯定可以感化自己的家人來求道，由此看來修道難嗎？不做，就困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2、《覺照的法喜》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煩惱，你們在煩什麼？惱什麼？煩，是內心不得寧靜，惱，是產生厭惡，凡能擾亂眾生身心，使其心慌意亂的見思、塵勞、無明等惑，皆稱為煩惱，懂得覺照，就有機會讓瑕疵盡取，心靈不再雜草叢生，所有順心、逆耳的，都不再影響到你，做到內調心性、外敬他人的解行並重，你的生命就再也不會痛苦、無光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反省不是消極的想法，而是一種充滿生機的展現，因為懂得反省與懺悔，生命便開始流動、進步。徒兒啊！為師要你們這世修，這世成，因此要堅志真修，用最高的標準來要求自己，用最大的勇氣來面對考驗，一關一關的走過，就能看見什麼是值得，懂嗎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不明來點啥燈？念不平來誦啥經？這心念很重要，修道人要反身自我觀照，不可以過著評論他人的日子，然後說成是在教人，你的心室若昏暗，就是汙垢太多，意念多混雜，就是不明事理，所以才要從讀經、學經中生發省察心，改變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人在嗔恨的時候，會亂了元神，惹來災禍，所以為師才常跟徒說，要將懺悔與感恩奉為修行指南，藉由這兩個法寶，來斷除惡緣，化解仇恨、不平，能觀照到這一層，將塵緣淨盡，就能回歸極樂。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什麼叫做迷信？什麼叫做正信？迷信就是知而不改，正信就是有益於人類、有益於社會家庭、有益於自己的一股浩然正氣。捨己為人，再忙中偷閒去渡化眾生，那就是正覺、正信。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沒有身障、口惡、邪念之繞，又無煩惱之染垢，便是踏上正道了，徒兒啊！你每天的生活有多少的障礙呢？兒女的障礙，工作的障礙，是不是呢？口最容易積德，講一句好話就積德，卻也最易造惡，而不正確的念頭此起彼落，經常周而復始的反覆不停，這樣要修什麼道呢？所以說，若能清靜，便離道不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多找別人好處、多包容，將敵對化為合作，讓人我都能成就，創造皆大歡喜的局面，才是智慧之人。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遇到任何事都要說，這一切都是上天最好的安排，保持心平氣和、達觀開朗，除非是自己把事情做絕了，否則「天無絕人之路」啊！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你要做得好，得抬頭看看天啊，你想想看，你聽天的聲音多，還是聽人的聲音多，都是聽人的聲音多，是嗎？所以轉個彎，反過來，靜靜地聽老天給你的是什麼聲音，聽聽你自己心中一片片的真實聲音。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在修辦的日子裡，如能時時地迴光返照，照覺自性，這就是讓自己精進的機會，內心的過錯要趕快刪減乾淨，內心若有了對待，就會產生分別心，這分別心就是輪迴的種子，徒怎能不小心呢？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齡不等於修持，這道場的人事代謝，都來自於不懂得省思，人不懂得反觀自己，就會變了樣，修道久了，如果沒有半點成績，那是因為老是喜歡看人的不好，論人的功過，沒有在自己的修行功課下功夫，所以到頭來只是無而為有，虛而為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在人生的旅程上，時時刻刻都有很多出乎意料的事情，徒兒要用你的意志與真心去接受每個考驗，學習做真正的自己，懂得接招，事來則應，事去則靜。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越久，越要提醒自己迴光返照，想想自己待人接物的過程是不是得體、是不是慈悲、是不是應該，不要總是在外相上好看，內心卻是雜亂無章。不安、惶恐都是傷害，修起道來就很辛苦，若能常自見己過，與正道即不遠了，所以養性須修善，安份身無辱，藉由迴光返照的功夫，必能清心自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3、《和合共事》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共事貴在和合，彼此互相尊重，是達成事情順利圓滿的重要因素。真正的尊重是善解，若有誤會曲解，則事情容易變得複雜，難於成就，尊重不是口頭應付，而是內在的謙和、誠懇，共同承擔、互相包容善解，祈使人人同心同德、同志同道、合心、互愛互助、互勉互諒，共同成就這一大事因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十年了（老師的感慨）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十年了，徒兒認為道還真不真？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十年了，徒兒認為理還真不真？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十年了，徒兒認為天命還真不真？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十年了，徒兒認為仙佛借竅還真不真？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十年了，徒兒認為修道的心還真不真？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十年了，徒兒認為辦道的願還真不真？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十年了，徒兒認為同修的情還真不真？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十年了，徒兒認為師徒的緣還真不真？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肯定徒兒們皆真的是一步一腳印，一路走過來的，為師也相信徒兒的道心到今天真的還存在，只是這一份真有以前在學打毛巾時那麼純真嗎？這一份真有以前在練講三寶時那麼認真嗎？這一份真有以前在學聖歌時那麼天真嗎？所謂明道精進是明白自身之真道，才能精進對方向，若專求於身外之道，恐愈精進或迷真而不自知，故易明而難行。徒兒在操辦一方道務的時候，是否忽略了配合大體呢？徒兒在私下成全眾生的時候，是否忽略了自身帶動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十年了，徒兒從新道修到老道了嗎？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十年了，徒兒從知道修到做到了嗎？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十年了，徒兒從脾氣修到道氣了嗎？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十年了，徒兒從埋怨修到感恩了嗎？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十年了，徒兒從殘忍修到仁慈了嗎？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十年了，徒兒從悲觀修到樂觀了嗎？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十年了，徒兒從固執修到隨喜了嗎？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十年了，徒兒從自私修到布施了嗎？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性要修得有慈悲、有智慧才能清靜，心要修得有理性、有感性才能清明，身要修得有健康、有作為才能清高，在白陽期修道不容易，徒兒呀！你們的道是怎麼修的！遇到逆境的時候沒心情修，等到順境的時候就忘記修，受到考驗的時候又困難修，經濟不景氣的時候更沒空修，為師看哪，徒兒通常都是在有問題要求幫忙的時候，才會加緊修，與上天交換條件的心態啊！如此的修道又怎能算有體悟呢？徒兒啊！修道要專注，要愈修愈無我，莫愈修愈為我；要愈修愈捨得，莫愈修愈貪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十年了，徒兒的生活配不配合著修道辦道啊！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十年了，徒兒的原則配不配合著重聖輕凡啊！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十年了，徒兒的表現配不配合著財法雙施啊！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十年了，徒兒的堅持配不配合著清口茹素啊！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十年了，徒兒的\\配不配合著尊師重道啊！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十年了，徒兒的願力配不配合著實際精進啊！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十年了，徒兒的想法配不配合著中心理念啊！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十年了，徒兒的誠心配不配合著忠孝仁義啊！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是一味地在考慮我要承擔什麼責任才適合，修道不是一味地在選擇我要在什麼環境修才適合，修道不是一味地計較我要跟那一位領導修才適合；修道更不是一味地在八卦誰跟誰不合，是性格合不合、是作風合不合、還是相處合不合？徒兒只需要記著兩個字：配合，配合天時，普渡三曹、修辦收圓，配合時局，聖凡兼顧、人我雙全，配合眾生，剛柔並濟、因材施教，配合道場，開荒守成、真修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十年了，徒兒還是時進時退怎麼辦？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十年了，徒兒還是半功半罪怎麼辦？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十年了，徒兒還是怨這怨那怎麼辦？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十年了，徒兒還是說是說非怎麼辦？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十年了，徒兒還是得過且過怎麼辦？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十年了，徒兒還是無所展拓怎麼辦？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十年了，徒兒還是沒有把握怎麼辦？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十年了，徒兒還是一樣執著怎麼辦？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說，該怎麼辦呢？怎麼辦？怎麼辦？看著辦啦，是不是啊！看天時而當辦，看道運而速辦，看自己而能辦，看眾生而敢辦，看理念而修辦，看因緣而合辦，看前輩而學辦，看大體而共辦，辦事可以隨心所欲，但辦道可要隨遇而安，辦事可以我行我素，但辦道可要敬老尊賢，辦事可以固持己見，但辦道可要溝通成全，辦事可以一人當道，但辦道可要萬眾分擔。道途要順利，必須要累積經驗，道心要不變，必須要累積道學，道範要常存，必須要累積德行，道場要安穩，必須要累積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十年了，徒兒都只知道淨手卻不知道洗心！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十年了，徒兒都只知道參駕卻不知道回家！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十年了，徒兒都只知道排班卻不知道整齊！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十年了，徒兒都只知道執禮卻不知道莊嚴！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十年了，徒兒都只知道發心卻不知道苦心！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十年了，徒兒都只知道修道卻不知道護道！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十年了，徒兒都只知道負責卻不知道犧牲！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十年了，徒兒都只知道慈悲卻不知道喜舍！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該承擔的使命要自知，第二、該推廣的道務要通知，第三、該依循的腳步要認知，第四、該歸宿的方向要窮知。徒兒啊！走在修辦的路上怎麼可以不知不覺呢？對於心性的出路又怎麼可以一知半解呢？是不是？當知道，多少的因緣會合，才能有根基，多少的根基扎穩，才會有機會，多少的機會把握，才能有參與，多少的參與到場，才能有一份，多少的考驗經歷，才能有體會，多少的體會感動，才能有發心，多少的發心修辦，才能有道氣，多少的道氣凝聚，才能有力量，是前賢難當，還是後學難為啊？是乾道好修，還是坤道好煉啊？是財施容易還是法施簡單啊？是目標偉大還是過程精彩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十年了，徒兒再精進一點行不行啊！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十年了，徒兒更明理一點行不行啊！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十年了，徒兒敢承擔一點行不行啊！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十年了，徒兒多放下一點行不行啊！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十年了，徒兒改脾氣一點行不行啊！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十年了，徒兒能自主一點行不行啊！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十年了，徒兒走出去一點行不行啊！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十年了，徒兒有遠見一點行不行啊！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徒兒一點考驗就不行了，有的徒兒一點壓力就不行了，有的徒兒一點委屈就不行了，有的徒兒一點苦難就不行了，行道莫被動，行道要主動，行道莫爭寵，行道要理通，行道莫放縱，行道要穩重，行道莫斷送，行道要從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十年了，徒兒錢要賺，心要不要修啊！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十年了，徒兒工要做，道要不要辦啊！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十年了，徒兒功要立，緣要不要廣啊！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十年了，徒兒道要安，德要不要培啊！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十年了，徒兒事要成，意要不要同啊！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十年了，徒兒罪要消，願要不要了啊！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十年了，徒兒行要遠，路要不要鋪啊！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十年了，徒兒家要大，人要不要和啊！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啦！為師該講的也講了，徒兒該聽的也聽了，為師該做的也做了，徒兒該有的也有了，上天該考的也考了，徒兒該在的也在了，上天該應的也應了，徒兒該得的也得了，剩下的就看徒兒要不要而已，看徒兒要不要再學習，看徒兒要不要再積極，要不要繼續，要不要珍惜，徒兒要珍惜有深厚的根基，徒兒要珍惜有因緣走下去，徒兒要珍惜有前輩的帶領，徒兒要珍惜有真理的啟迪，徒兒要珍惜有健康的身體，徒兒要珍惜有責任能負起，徒兒要珍惜有機會能出力，徒兒要珍惜有和善做皈依，要聖凡兼顧，不要說抽不出時間，要財法雙施，不要說做不到完全，要同心協力，不要說達不成心願，要功德並進，不要說成不了聖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十年了，徒兒道心有專嗎？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十年了，徒兒點道有專嗎？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十年了，徒兒上臺有專嗎？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十年了，徒兒煮菜有專嗎？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十年了，徒兒有沒有專挑自己毛病呢？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十年了，徒兒有沒有專找同修麻煩呢？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十年了，徒兒有沒有專給前賢頭痛呢？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十年了，徒兒有沒有專在是非攪和呢？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專不專啊？專與不專，但看徒兒專到哪裡去，只怕徒兒都專到地獄去了！徒兒啊！為師要問了，徒兒的學歷是念到多高啊？有沒有念到大專呢？是念理專呢還是念工專呢？還是專門疊磚呢？唉！專家有專門，那為師問徒兒，醫學專家知道救治靈性嗎？心理專家知道去除無明嗎？天文專家知道天堂何在嗎？探險專家知道生死門戶嗎？唉！修水喉的，不知道飲水思源，鋪路的，不知道出路在哪邊？施教育的，不知道忠孝仁義，蓋房子的，不知道建設榮園，專心學習，不怕沒有機會出頭，專心付出，不怕沒有感應回收，專心負責，不怕沒有因緣成就，專心建設，不怕沒有萬丈高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4、《給徒兒的一封信》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徒兒啊！有多久多久的歲月裡，盲目地過日子，有多久多久的日子裡，毫無目標地晃過，有多久多久的時間裡，心中埋著怨與恨。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親愛的徒兒，生命的意義是什麼？今天大家摒除雜念，放下包袱，忘掉過去的苦痛，就在現在此時此刻此地，我們師徒來共渡一段心靈的分享。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放下了一切，心中這無明的火炬也熄了，心中也沒有了怨，也沒有了恨，沒有了疲勞，換來一身的輕鬆自在，因感恩在心頭，所以能夠法喜充滿，內心的知足與圓融，更感受到自己的幸福與美滿，我已不是活在過去的我，今日是十足的信心與歡喜來面對一切，面對明日，面對未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師冀望著徒，盼望著徒，望你們成功，望你們快樂，看著成長，看著開花，看著結果，不管這條路踏出去又是如何，師與徒共同來走，每天皆鼓起勇氣，告訴自己不怕失敗，不怕挫折，徒兒要告訴自己，要站起來，也要愛自己，相信明日的你將是更輝煌、更成功的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一封來自南屏山的家書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遇到考驗的時候，是否還是保持這份真心？當你遇到挫折的時候，是否還是保持這份信心？當你遇到坎坷的時候，是否還是保持這份恆心？當你受到委屈的時候，是否還是保持這份誠心？當你受到種種不如意的時候，是否還是保持這份道心？當你感到疲憊的時候，是否還是保持這份感恩的心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不管如何，不要頓挫了你非凡的心，不要把自己的生命困鎖在混濁的現實當中，不要把你的生命埋葬在荒涼的世俗裡，不要把你的理想局限在短暫的名利中，不要把你的希望建設在浮沉的幻海裡。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活不是求歌頌，而是求生命完美的實踐，學識不是求文憑，而是求智慧、透徹、升華，修行不是求功德，而是求心靈純化、圓滿，付出不是求回報，而是求大愛推廣於天下，辦道不是求擁有，而是求眾生達本還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條河流，它不會眷戀在流過大江百川的胸部；一顆樹，它不會一直在乎甜美的果實被摘去。所以徒兒的心不要一直系在夢的港灣，必須揚帆出海，迎向風浪，試煉你生命的精誠，燃放你生命的火炬，揮寫你白陽的詩篇，彈奏你心靈的樂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強不息的是宇宙，精進不舍的是你們的足跡，義理流行的是真理，光輝永垂的是日月，而你們呢？那一個心靈是否也是千古長明？那就要看徒兒的心了。這一路彼此互相做伴，彼此間好好地照顧，彼此間互相地提攜，這樣大家才活得有溫馨，有溫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論如何，要克服所有的障礙，但願為師再看到徒兒的時候，各個都成長茁壯，都是一個棟梁之材。祝福徒兒未來更平安！更順利！別忘了為師所說的話，末後天開科選，不是那麼容易，必須接受種種的挑戰。但願徒兒好好記著為師的話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