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第三十六集《看重自己責任負起》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1、看重自己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你們當前賢的人，在人格方面一定要特別的注意。做人啊，一r&gt; 定要正正噹噹的，尤其是這個錢財，如果公私常常搞不清楚、混淆不清的話，那你就會破壞了你這個前賢和道親之間的感情，進而影響到道務的開展。如果道親之間起了什麼金錢的糾紛呢，你們說，到時候會有一個好的收場嗎？所以說「手續必清」，公跟私一定要分明，知道嗎？人家拿給你的錢，你答應人家要做什麼你就得給人家做什麼，不可以自作聰明啦，拿這個錢來做其它用途喲，知不知道呢道呢？萬一這個錢出了問題，你怎麼去擔負這個責任哪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至於道親之間也不要有金錢的往來，不管你有什麼理由，都不要有絲亳的貪念，你絕對不能因為手上有一點人家布施的公款，就拿公款去做其它的事情，絕對不可以有這種事情發生啊！要正正噹噹的做人，坦蕩光明地給人家做一個好標杆好模範，好嗎？如果你能夠這樣去做的話，才不枉費這「前賢」兩個字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常講開荒人員應該要十項全能，對不對？你們站在前面，人家看著，你們一個動作、一個眼神、一句話，人家都看得清清楚楚的。所以咱們是臺灣道場派出去的外交大使，更要注意自己喲。咱們講話要有道言，儀態上要有道貌，行為舉止要有道行，所以有空的時候要多充實、要多看書喲，講課才不會不知所措，這樣人家才會覺得你有進步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今天開荒在外要像媳婦一樣。一個好媳婦她一定是上圓下融，而不是一遇到什麼事情，就趕快推給明師去，趕快推給老講師去，不是這樣啊！咱們遇到事情的時候要把它當做這一些都是我的責任，而不是別人的責任，因為你們都是開荒人員，你們負有多大的責任自己知道嗎？徒兒們要了解，今天你們為什麼要出去開荒呢？是因為看苦難的眾生，你才出去開荒的，是嗎？開荒辛不辛苦啊？心裡比較苦還是身體比較苦呢？你們為什麼心裡會苦呢？唉！這不都是因為你們自己心甘情願的嘛！為什麼心裡邊還會苦呢？是不是因為放不下，想不開呀？你們到底放不下什麼呢？還不都是放不下家庭嗎？因為怕沒有錢用嗎？那你們又放不下什麼呢？是不是放不下自己的執著呢？那就是很看重自已囉，自己很重要對不對？你們到底在什麼時候是最重要的？渡化眾生的時候沒有你們可不可以呀？所以你們哪，每一個人都很重要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你們在擔當很多責任當中，難免會跟人有一些不圓融、不圓滿的地方，是不是呢？然後你們的心裡就開始想不開了：「我幹嗎這麼辛苦啊，我幹嗎放下臺灣這麼好的地方，來到這裡活受罪呢？」你們會不會這麼想呢？還是你們心裏面會罵歸罵：「唉，是我自己要來的，要怪誰呀！」當你們每次跌倒的時候就開始怨天尤人了，有沒有啊？可以罵的都罵了，要怪的，第一個你們一定是先怪為師：「誰叫我答應老師的呢？」你們是不是這麼想？第二，你們一定是怪明師，你們想說：「當初叫我來這裡做什麼啊？」還有，第三，你們一定是怪當地的明師啦！所以呀，能怪的人你們全都怪了。可是啊，現在的你們還是坐在這裡，是不是呢？這樣不就是「討皮痛」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既然出去開荒辦道了，就要道言、道貌、道行確實做到。千萬不要以熟賣熟，和當地道親熟了，講話也隨便了，這言行舉止都隨隨便便的，這樣以後人家會看不起你喲！雖然說這都是小問題喲，可是咱們更要關心，要用適當的方法，可不要忘記你們是貴為傳道的外交官哪，當外交官要有外交官該有的條件。今天徒兒們是因道而結緣，所以你們所展現出來的就要有道的風貌；還有，為師一再的強調，要多看書，不多看書，腦袋就空空，腦袋空空就要隨便胡思亂想啊。到了外面，多少要講的道理，對嗎？但不是說只有講師才要精進道學呢，既然各位發願要出去幫助人，咱們就要助人到底，總不好說送佛只送到一半嘛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咱們要少說話多做事，這句話大家都懂。徒兒們知道嗎，你們最大的問題就是人事問題！有的人是跟出去的人不合，有的人是跟當地道親不合，有的人又是跟明師不合，是不是？唉，為什麼會這樣子呢？你們都要求對方，都希望對方來成長，都說是為對方好，是嗎？可是你們有沒有回頭看看自己呀？唉！想想啊，你自己是不是就真的這麼好的呢？我們在要求人的時候，有時候要回頭看看自己喲，尤其是在國外對當地的道親，他的成長一定沒有你快；可是你的一個動作、一個眼神，可能會幫助他成長，也可能會阻礙他成長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為師說啦！今天你踏出一步開荒的路，是不是又多了一株的道苗呢？可是在這旅程當中有多少神聖的使命啊？你們可知道嗎？你們都是肩背著火炬的人，你們都是一脈相傳的聖者，明師賦予你這個責任，徒兒啊，你們可得要扛起來啊，而且你們還得要很願意的扛起來，千萬不要心不甘情不願，然後事情就亂亂辦，這樣子都是造罪喔！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有人說：「唉唷！道還剩下二年喔！所以我趁著現在趕快辦道喲。」是不是這麼說呢？還剩下兩年，所以你們趁現在趕快辦道，是嗎？如果你們抱持著這種心態來辦事，你們的心就沒有百分之百的正確了，懂嗎？這個時候，徒兒們，你們心中所湧出的多少甘苦，不管是好是壞，好的咱們繼續，不好的咱們就把它連根拔起，因為你們都是傳道人嘛！你們身上有這麼重大的使命，觀念上當然一定要正確了，這樣才能夠持之以恆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2、《責任負起》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要懂得珍惜自己，而且，更要懂得感謝，要真正從心裡感謝天恩師德，不然你們每個人都只是上臺去講我感謝上天給我這樣子，給我出來開荒了願、了罪等等，可是啊，嘴巴講的都很容易呀！你心裡如果沒有真正的體悟到這一層，你就難免會遇到有怨尤的時候啦，難免會有心有不甘、心有不平。徒兒們要知道，能出去的就是最好的，可是，你們可不是出去製造問題，你們是出去幫助他們沒有問題，懂嗎？為師看徒兒們有時都會抱持著一種觀念，說什麼【我自己都做不好了，我還出來辦什麼道呢？】可是，明師又實在很看重你們，硬要你出來，這時候你會不會覺得很為難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又該怎麼辦呢？你要辦道，可是又有凡事要做，這個時候聖事和凡事就交戰起來了。「道場這麼多人，為什麼這件事情非要我做呢？」你們都講過這樣的話，對不對？還有啦，你們說「很奇怪呀，那個道親已經參加到什麼班了，為什麼不能自己去道場，每次還要我去接送？」我們來看看，拿聖凡來講，徒兒們到底是先要把凡事處理好，還是聖事處理好？想想啊，到底該怎麼辦呢？為師在這裡要告訢你們一件事情！「無凡是不養聖」，所以凡事還是很重要的。可是為師還要告訢你們！「無聖凡不順」！這是什麼意思呢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謂「無凡不養聖」的意思，是因為我們這個肉體要吃飯，更何況我們身上又有這麼多的責任，我們有家庭要照顧，還有很多我們要去盡的人道，所以必須讓凡事圓滿，一旦凡事圓滿了，才可以來道場充實心靈，讓智慧啟發，有新的人生觀哪；可是有一天哪，當你發現自己被道場給綁住了，所參加的法會也越多越慘了，已經到了隨傳隨到的地步，如果不隨傳隨到就不盡心不盡力了；然後啊，開設了道場之後會更慘喲，唉，我是壇主的角色，如果開個壇主班一定要到場，這時候你們又開始覺得被道場給綁住了，變得不自由了，覺得有很多的苦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會說，「你看，我來道場之後，家裡的人都覺得我做的不好，責任沒有盡到，一直跑道場，是吃菜的尼姑啊！」很多話都讓你們自已的心裡有了很多的苦衷了。可是，為師又要說「無聖凡不順喲」！如果現在給你們一個機會，把你們的凡事給處理好，為師敢講，你們還是不會很順利的，你們自己應該要有經驗了才是啊。所以，你們今天為什麼要來道場，就是這個重點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的一生有一定的歲月要走，而且有一定的事情要經歷，這也就是說，人來到世界上有一定的使命，想想這些事情為什麼會降臨到你的身上。就表示那是你這一生所要學習的。所以，每一個人在這一生中都有要學習的東西，都有要成長的東西，所以每個人遇到的困難和環境都不一樣。有的人會說：「我要學的東西那麼多，哎呀，比較命苦了。」可是人是活到老學到老，學得多，這個財產才豐富，所以呀，越命苦的人，其實將來是越有錢的。徒兒們要知道，這一生中都是在學習，所以才會遇到想不透的事情，明明是別人的故事，唉，怎麼今天也會落在自己身上呢？其實不管遇到什麼事情，都是讓自己學習成長的機會。最重要的是，為師要你們知道，這一生一定要有個目標，要有個方向，更要有個目的地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有些人哪，一遇到了事情、遇到了關卡走不過來的時候，不是結束生命，就是誤入歧途，這並不是上帝所願意看到的結局，也不是你們來到這個世上結束自己的方法，這些全部都不是正確的。所以，徒兒們要知道，人生呀，來到這個世上的目的，除了把自己處理好之外，還要帶別人走得更好。而方向呢？目標呢？還有理想呢？這些就是要救渡眾生的，你們知道嗎？而你們到底要怎麼樣來救渡眾生呢？當然哪，一定要有交通工具了，這個交通工具就是咱們的大法船哪。所以呀，大法船要開航、要運作，每一個有參與幫辦、參與道務的人，都是讓這個船航行的劃手，這個就是你們要認定的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知道嗎？你們現在有這麼多的苦衷、苦水、不平，就是因為你們沒有確定自己要的是什麼，也不確定自己到底要做什麼，所以才會很痛苦；而痛苦之後還要怪別人，那都是自己的方向不確定，對嗎？所以為師要徒兒們知道，你們今天要做什麼，並不是說今天來道場聽得很感動，就立志要做聖賢仙佛，可是回到家之後又做你的凡夫俗子去了。為師要徒兒們確定自己的方向，既然要做，就要好好的做下去，不要舉棋不定，不要隨便說「我聽師調遣」，也不要說「看人家怎麼安排喲」，這樣容易出爾反爾，一旦遇到環境的不順利，你就會改變了方向，這樣一來做事情怎麼會成功呢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當你們的道兄弟姐妹一步步的在退心的時候，你們可得用你們的慈悲心，用你們的手足之情，來勸化他們，好不好啊？為師我從來也不想遺失掉任何的一個徒兒，希望你們也替老師我多多照顧一些兄弟姐妹，好不好呢？這些也只有當你知道的時候，才會懂得去做；相反地，如果他會這麼的做錯事，就是因為他們不懂啊，這，你們是不是更應該要去包容，更應該要給他們愛心關照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我希望徒兒們能夠在修道的過程當中，隨時不忘記鼓勵自己、提醒自己，要多想想天下眾生還有這麼多，還沒有去渡化呢。為師多麼希望你們在修道的過程當中，都能夠挺得住驚濤駭浪，能夠奉獻得不怨不艾，好不好呢？堅忍的胸懷，可得靠自己去提升，在波濤當中修道，更要不忘記你們的願力啊，不忘記你當初的一念；也只有凌雲的氣概，才能牽動著這一\\道脈，好好做個上天的棟梁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每一位都是辦事人員，都是受上天肯定的哦！可是你們能辦些什麼事情，要讓自己確定，要有目標，要有方向。你們好比是上天僱用的，是來替上天辦事的。可是新手呀，難免總是會有很多地方沒有辦法熟能生巧，沒有辦法靈活運用；剛剛做事的跟做了三、四十年的當然會有不同了。可是，愈做才會愈熟練，姜是越老的越辣，越做就越有身價嘛！不要剛開始一遇到困難，就退怯、就放手了，明白嗎？你們要不斷的去做，才能步步高升；千萬不可以停下來，因為沒有時間停下來了，知道嗎？大家要盡心盡力、有力出力、有時間出時間，這樣子，你們明白為師的意思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你們每個人都認為自己是對的，一個個都認為那是在講別人，唉，老師我難道不知道你們在這麼想嗎？可是如果你們想受教的話，就必須把重責大任扛起來。重責大任就是要立志做好辦事人員的角色；而且不只做好辦事人員的角色而已，還要真正的往內修，辦事要盡心盡力，而且你還得抓得住根本啊！這個內德要怎麼去修呢？你們現在只想著你們已經把事情做得很好了，可是這是真正做得很好了嗎？你們真正盡到本份了嗎？其實為師我要求不高，只希望徒兒們能夠真心的懺悔，不要遭到劫難，不要到時候為師想救你也很難哪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咱們再談談吃素的問題，如果說你們外在的一切環境都沒有問題了，那麼，這個問題就在你的本身啦，因為你舍不下這個口福嘛！讓為師來勸勸你們，你們自己好好的想一想，你今天不吃素，那麼一面聽道理，一面還造下殺生的罪業；你一天做了多少的功德？講了幾句的道理？一個月渡了多少個人？徒兒啊！你們的功德到底做到什麼時侯才能夠圓滿呢？你們想要超生了死，怎麼了啊？吃人家難道就不用還了嗎？這不是為師在強迫你們，一個學道、學佛的人不吃素，那就一點慈悲心都沒有了，你們學什麼佛呢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都明白什麼是修道的路嗎？是不是每個人都應該修道呢？那我們現在來談談夫妻之間的問題好了。夫妻同修好不好啊？你們看看道場這麼多人的修辦，在夫妻同修的好處裡面，那就是要給那些沒有夫妻同修的人來想一想：「咦！怎麼都是太太來道場的，而先生不見了呢？怎麼都是先生坐在這裡，那太太呢？」唉，是你的另一半反對你跑道場，還是另外一半覺得你做得不夠好，所以呀，他對這個道也不能夠完全的體悟了，是不是這樣呢？你們想想，如果說一個家庭裡面，你的先生跑道場，但是太太卻反對，那時候該怎麼辦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是不是自己要常常的反省，好好的想想到底問題在哪裡啊？如果你在幫辦道務，但是，你的另一半都不跑道場，那個時候你該怎麼辦？先叫她來聽一些課，不要給她太大的壓力，是不是這樣呢？可是呀，有些人是上天在造就他，會給他適當的壓力，所以呀，也不是說不能夠有這個壓力，最主要的是他感受到同修之間的溫暖，是不是呢？你們同修之間要互相的幫助、互相的鼓勵，要多付出一些關心，咱們呀，多一點的問候，雖然跟人家不是很熟，但是咱們能夠主動地去拜訪、去關心、去給他溫暖，那麼他感受到了，再跟他講其它的道理當然就不會困難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所以，徒兒們要時刻的提醒自己，要自己先溫暖起來，才能夠給別人溫暖，懂嗎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要知道啊，個人魅力的時代，從你們老前人這一代就帶走了，現在是講求團結的時候，不團結辦什麼道啊？個人恩怨是小事，你把個人恩怨牽扯進來，就耽誤眾生慧命，這可是大大的事呀，任何人都對不起啊！你自個兒做的事得要自個兒承擔；可是你們往往因為不能承擔，無力感也就由此產生了。你們常講，能夠得道修道是「祖德深厚」，可是為師要告訴你們，到末後這個時候了，如果什麼事情還依賴祖德，自己還不去做，這你們可得要小心喲，這是考驗的第一關。想想，你們到底有多少祖德可以依賴？你們想做一個敗家子嗎？當然不會了，你們當然是想做一個光宗耀祖之人，不是嗎？所以，要自動自發責任負起，才能夠自性自渡啊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唉，這個時候話也講得太多了，也到了末了、盡了的時候了，你們難道不想絕處逢生嗎？想不想讓天機再現哪？徒啊，你們想讓天機再現，可得要追呀！想不想辦呢？如果想的話，就得趕緊辦哪！希望是誰給你們的呢？那絕望又是誰給你們的？不就都是你們自己嘛。徒啊，這個道場有沒有希望呢？相當有希望啊，而眾生有沒有福啊？如果是因為你們的發心，那麼眾生當然就有福了；因為你們的絕望，眾生就淪落在苦海當中了，那麼，你們怎麼樣地造就你自己呀？你怎麼對得起你自己呢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你們說有人疼、有人管好，還是給天疼、給天管好呢？你們今後不要再去想天命的問題了，只要去想你們做得合不合乎天，就可以了。天命如果要收回的話，你們是看不到的。你們要知道，有形有象的都是虛幻的，所以你們只需要默默的跟老天契許，那麼，老天怎麼容許你去橫行霸道、胡作非為而放著不管你們呢？你們都是從天而來的，更應當要做天的事情，這個都是很淺白的道理，可是，你們一旦辦久了卻往往容易糊塗啊。你們的糊塗有很多種原因，你們第一種，大半都是裝糊塗，就像那些老前賢們的，他們沒辦法了，只好裝糊塗，「唉，我什麼都不會，年輕人會，就讓你們去吧！」這也是你們陷他們於不義，而道場最嚴重的問題就是沒有尊、沒有卑，沒有上、沒有下，父親跟兒子同輩，你們說這可不可以呀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、辦道有前後，所以徒兒們要抱定倫理綱常的宗旨，對不對？要互相尊重，互相維持，這就叫做「護持」。唉，護持這兩個字真的是很難啊！「護」是你知道怎麼愛護他，要懂得如何保護他，又要知道怎麼樣去維護這個道場；至於這個「持」呢，就是你的耐力跟恆心了。徒兒們都有家庭，你們的明師也有家庭，為甚麼人家捨得出來，而你們卻舍不出來呢？難道人家要了願，你們的願就不用去了了嗎？所以說，惟有你們一再的發心去濟世救人，這個願力才能再一次的推動。想想有太多的人還沒上岸，還在苦海當中，還在那邊沉淪，徒兒們，看到這樣你們於心何忍啊！所以你們每一個人只要有這一份善念，仙佛就無處不搭幫助道，對不對？你越是開荒，你越是渡人，你越能夠感受到諸天仙佛的助力。所以你們一定要再一次的發心，好好的完成你們未完成的願，把你們的職責再一次好好真心的負起來，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每一個人都要活在自己的心靈上，而且更要自我超越，而不是活在明師、講師、辦事人員的操持當中，你們的修行才會自然，才會自動自發，何必要別人來請你們呢？何必要別人來催促你們呢？徒兒啊！你們不要把人生當做一場夢，你們要想著你們自個是有使命而來的，是來治理世界，是來完成你們的使命的。所以，第一：你們要做到，仰不愧天，俯不怍於地；第二：不枉費父母養育之恩，你們想想十月懷胎，三年的乳哺，十幾年的教育，父恩如天高，母恩如地厚。修道本來就是很自然，不用勉強的，也不用人家催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的眼睛一看出去，全部都是別人的不是，那麼，你就永遠活在痛苦當中了；而你的眼睛所看到的，永遠都是別人不如你，那麼，你永遠都是個失敗的人。所以，人啊，要活一年學一年，而你是居在何處呢？你們要不低心下氣，不時而求教的話，這個道怎麼能夠成就呢？所以你們只有以低心來求教學習，這樣對你的人生旅途才會有幫助的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問你們，修道、辦道寂不寂寞呢？你們都說不寂寞。可是為師看你們為什麼又有時候覺得好無聊呢？常常聽到你們埋怨：「哎呀，為什麼明師每次都放我一個人在單挑獨鬥呢？」那是因為你能擔當大任，那是因為你得天獨厚，那是因為明師重視你，他要給你機會了大願哪！你為什麼還要抱怨呢？因為你說「我沒能力啊！」是這樣子嗎？你常說「明師，他比較能幹，你叫他去做好了，要不然你就派另外一個人來幫助我。」你們常常想的是這個問題嗎？你們這樣小看自己怎麼成就大仙、成就菩薩呢？你們要說：「沒關係，我委屈自己，我成就別人。」唉，成就難道就是在這裡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錯了！你們要懂得什麼時候要會謙卑，什麼時候要懂得把握機會呀！好吃的東西你們誰都要吃，很少會有人說：「好吃的全部給別人，我不用吃，我禮讓。」可不要等到你回去天堂的時候才說：「老師呀，為什麼他做菩薩而我要掃地？」那就是因為你太謙卑了，是你讓人家做菩薩的嘛！是因為你只要做掃地的工作就好了。這是因為你都不做，在人間的時侯呢，前賢給你機會去修辦、去渡化眾生、去挑大任，而你卻說：「明師，我讓賢、我讓賢啊！」結果讓到最後你就真的閒在那兒，哪兒也去不了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徒兒啊！你們渡化眾生的事情可得要懂得盡心盡力才對呀，吃飯讓人家一點沒關係，但是渡化眾生的心可得像吃好菜的心一樣，要快馬加鞭、不落人後啊；當然你們也別說：「明師，您都不慈悲，只有給他辦、給他當講師、給他操持一個道場，您都不給我操持、不給我操辦呀。」唉，明師給你機會的時候，你就不要推呀，明師如果沒安排事情給你做的時候，那你該怎麼辦呢？你就去渡化你的眾生，這些事情你好好做啊！沒有人掃地，你就掃地嘛！沒有人挑菜，你就挑菜嘛！這些就是你自己要去做的事啊。如果明師給你擔當大任，你就得撐起來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不要老是講：「明師，我不會啊、我不敢哪、我害怕啦！」那樣子，你當然就永遠要落後了！站在前面的永遠站在前面，而你呢，就永遠落在後面,永遠輪迥生死苦海了！徒啊，你們有沒有體會到輪迴的可怕呀？有沒有體會到今生不做，以後就會有後悔、來不及的那種痛苦呢？所以呀，今後一定要自動自發，講求自我覺悟喲，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3、《同修不離道伴》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！你們要是能夠跟你的後學們和和氣氣的相處在一起，上下同心同德的話，那是你們的福氣喲，當然啦，也是為師的福氣，更是整個眾生的福氣。如果你們還爭著分別你我，分別得那麼清楚的話，你們想想，貪、瞋、痴這地獄三條根，要怎麼斷啊？做人要能夠容忍啊！「有容乃大」這四個字你們懂嗎？你們要能夠互相提攜、互相規勸、互相接納對方的意見，而不是各執己見。各執己見要如何辦事呢？所以，要拿出智慧來，沒智慧，事情要怎麼辦呢？如果徒兒們只有我錯的心，我向老母懺悔，什麼都是我錯，你就是佛了，這樣才是一個真正的修道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不是修得人我相都破除，那你又修的是什麼？再說，大家都是同修，徒兒們都是兄弟姐妹，當然要一起成佛。所以當你看到兄弟姐妹有錯的時候，那是誰的責任呢？那是你自己修不好，你自己沒做好啦，是不是？是你沒做好，是你沒有包容心，你沒辦法感動兄弟姐妹，是你沒辦法教導他們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反過來說，當你們修得很好的時侯，老師我感到安慰。你們如果修不好，老師我還感到真慚愧呢！怎麼活佛所教出來的弟子都是這樣子的呢？唉，看看，日落日出又是一天啊！而你們的人生是怎麼去面對的呢？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跟人一定要相處在一起，才會知道自己的個性到底是怎麼一回事。如果你只是自個兒一個人住，當然永遠都會覺得自已是對的、是好的、是圓滿的、是完美無缺的。所以呀，當人跟人能夠真正相處一起的時候，才會發現自個兒的缺點在哪裡喲；當別人嫌你的時候，其實他們是在幫助你，幫助你找到自己的缺點哪。人啊！最可悲的是不知道自己的缺點在哪，如果徒兒們都能夠自覺，知道自己的缺點，能夠真正改過，那你這個人就了不起啦。還有人跟人之間，最重要的就是和平相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我們改變自己，對人有一顆禮讓的心，有一份愛人的心，你這一個個體，就可以和每一個人圓融相處，來表示和平了，不信你就問一問自己好了，你們的周遭和平嗎？你們會不會有事情不順心的時候呢？你們會不會從早上一睜開眼睛就不停的囉嗦、不停的罵？事情當然都是希望更好了，但是呀，就是會有怨言，是不是呢？你們心裏面會不高興、會罵人、會責備人，你們的身邊會有一些小戰爭，為什麼呢？你們想一想吧，為什麼自己的周遭不能夠真正的很和平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嘛，就是要和平，要委屈自己圓融十方，就是要煉一份德性、一份包容。我們常說：「宰相肚裡能撐船」，可是徒兒們不做宰相，這肚裡也要能夠撐船喲。你們要多一份包容，多一份關愛，多替人家想一想。可是要如何替人家想呢？平常我們都是替自己想習慣了，總是會想：「噢，是那個人講了那麼重的話傷到我！」，然後你的心就在滴血，好像刀割一樣，你們總是覺得是人家傷害到自己，只是因為人家一句話就傷害到你；可是你們也要想一想，為什麼人家會對你說這一句話呢？是不是你也曾經說過這一句話傷害到人家？還只是因為你特別在意這一件事情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打個比方說吧，你們坤道總是怕胖，其實胖不胖是沒關係的，可是如果聽到人家對你說：「啊喲！你胖囉！」唉，你就會覺得很氣憤，然後就要傷回去啊，「你自己也不是胖了不少喔！」於是兩個人的戰爭就開始了。徒兒們，為什麼不回過頭來想一想，自己是不是也常傷到人家？當你們在防衛自己的時候，是不是也曾派兵攻打著人家？唉，這個問題可要想一想喔！這是很少人去想到的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為師現在要讓你們知道，世界上沒有一件完美的事情啊。你看月亮，就是因為有陰晴圓缺才會顯得美麗，而人呢，也是一樣的。世界上有那麼多的人，用那麼多的米去養那麼多的人，可是每一個人卻都長得不一樣。這個世間那，也正是因為每一個人的不一樣，才顯得有色彩。如果你們希望每一個人都應該如何如何，而吃飯呢，一定要怎麼的吃，穿衣服呢，一定要怎麼樣的穿，而走起路來一定要從左腳開始走，也一定要講什麼樣的語言，如果你們每一個人都照著你的理想去生活的話，你們可知道啊，有一天啊，你一定會悶得不得了，因為真的是太悶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這些人都像自己的影子一樣，那麼這世間還有什麼美麗的呢？為師打個比方來說，人跟人的個性都會有所不同的，有的人呢，是比較會鑽牛角尖，比較優柔寡斷，遇到事情的時候會悶悶不樂，但是有的人的個性就比較活潑開朗，因為有他的樂觀，才能夠開導你，你也才能夠重新生活。因為要有不同的人哪，不同的個性，所以這個世界才會顯得很美好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再退一步來想想看，你去看人家的缺點，其實哪知道啊，那正是人家最可愛的地方嘛。例如說，你看到了你太太每天早上蓬頭垢面的，心裡其實是很不喜歡的，但因為她是你最親愛的人，所以你就試著每天早上念三遍她的名字，然後說：「我很愛她，雖然蓬頭垢面的，但也蠻特別的，別人要弄這種造形還弄不出來呢！」唉，你就要用這種角度去想啊，這樣子生活是不是會過得比較美好呢？做人家先生的，也常被嫌髒，身上都會有一種味道，但是你也要這樣想：【唉，這是哪一種香水啊，做出這一種味道來？多特別啊！】不要老是把人家的缺點就當作缺點看，要懂得把人家的缺點當作特色，試著做看看吧！平常街坊的三姑六婆，特別愛說話，只要一開口就停不了，唉，那也是人家的特色，不是嗎？想想，她可以不喝水，不休息一直講，你能嗎？要由衷的佩服人家，這個世界才會更美好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徒啊，改變自己，你們才會快樂起來，才會很有原動力的啊。你們就從當下，現在開始，自己要想一想到底有哪些地方不圓滿？為什麼個性總是沒辦法跟別人好好的來講話呢？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如果徒兒們能夠察覺到自己不好的地方，那麼就好好的改變它吧，好好的向你們的敵人來示好，對他們微笑，不要再要求別人先對你們微笑吧，就從你們自己先開始做起，這樣，你們就可換取自己終生的幸福了。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自修跟共修有什麼不同呢？你們自己修，跟別人沒什麼接觸，當然也不會引起隨便亂發脾氣的這些毛病；而自己修，當然改毛病也改的快。但是辦道呢？因為呀，接觸的人多，所以磨擦也就多了，尤其是認識的人那就麻煩了，因為他們太了解你，太清楚你的習性了，所以就會有一些是非了，是不是啊？那麼，在這個辦道當中修道，是不是就顯得很難呢？很難要不要繼續修啊？今天就是因為辦道當中來修道很難，而徒兒們還願意繼續修，這才顯出你們這個道的殊勝啊，是不是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有沒有聽到眾生的呼吸聲呢？辦道人的辛酸你們嘗到了嗎？停頓的心，你們身為明師的有體會到嗎？你們真的了解道親們為什麼停頓了嗎？你們跟他們可以說是息息相關喲。為師我常講，沒有民哪有官哪！沒有道親哪來的明師呢？哪來的講師、哪來的壇主啊？所以，你們擔職務的可要好自為之呀。徒兒們的問題有辦法一一都來問為師嗎？要知道，前賢就是一個寶，要懂得多請前賢去你家成全家人，而你自己也要慢慢的改變喲，那麼你一切不順的情況也會跟著改變。不要只是想到自己，大家有緣才能成為同修嘛！也不要忘了家人，多少也要為家人盡點心；你們知道什麼叫做「共修」嗎？家人如果不明理，你們互相修理來修理去，這也叫共修。你不要認為家人不修道沒什麼，其實他們就是造就你的人囉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你們修道修得不輕鬆，實在是因為你們責任重，老師我活得瀟灑自在，那是我懂得去轉換。一個念頭，它可以讓你生，也可以讓你死，所以念頭很重要啊！車子的轉換器是離合器，那心的轉換器是什麼呢？是不是念頭啊？對呀，你自己可以轉換的，不必藉由別人，這就叫做「妙智慧」。我們每個人都有離合器，什麼時候該離、該合這你自己可要知道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末後了，你們都要懂得如何的調伏心性，要不然是很危險的啊！要發出你們每個人本有的本心、本願。你們現在不僅是要「自性自渡」，更要升華到「共渡共修了」知道嗎？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為師告訢你們，你們要有關懷的心，要時時刻刻去關懷眾生，不要在你的同修有了困難的時候，你們都不去找他，那樣就沒有同胞愛了，懂嗎？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4、《知道還要行道》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你們可知道什麼叫做立願呢？立了清口吃素的願，這樣叫做了願了嗎？當然不是了。立願是一輩子的事，要一直到最後一口氣沒了，你都能夠做到，那才算是了願哪，要始終如一，不要到後來晚節不保了。你們有沒有人說：我等到要死的前一刻，才來補我的願，可以嗎？不可以的。這跟種菜是一樣的道理，要不斷的去耕耘、不斷的灌溉。當你們立了願之後，你們每天都要去盡責任，這就好像是儲蓄一樣，你們一天存一塊錢，等到了哪天存夠了，你就有無數的財富了。你們如果光是鼓勵別人存錢，而自己卻不儲蓄，到時候可是你自己的損失喔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學道要不停的充實自己。徒兒們，現在是咱們付出的時候了，每個人都有力量可以付出，因為你們都是為師的徒兒，都是白陽的天使。那麼什麼又是天使呢？就是上天的使者，就是從上天來的「駐塵大使」，要做的工作是親善，是幫助他人。可是你們可有聽過大使脾氣很大的呀？沒有吧。那有沒有看到大使賄賂別人的呀？也沒有啊。所以咱們得要做得有模有樣的，我們要砥勵自己，讓自已更精進、更前進。因為修道是自己修，你要等人家來幫助你，不如自己幫助自己喲，自己去做，將來的成就，才是你自己的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們做到了自我省思之後，就要開始衝了，千萬別忘了每個人都有壯志在胸，暫時的拋去兒女私情吧！好好地開創錦繡的前程，你們同修之間要能夠相輔相成啊，祝你們大家都能夠一路順風，不要害怕路途有險難。你們都是寄生在這個天地裡面的人，只要能夠公心就能夠與道一同，不要說「身非我有、人在紅塵身不由己」的話。徒啊，只要你能夠把握好機會，在此時此刻能夠向前衝，一步一個腳印，永恆就在今生創造出來啦。你們每個人都有自己的責任，千萬不要懺悔了自己的不足之後，懺著懺著就懺成一條小蟲了，結果什麼都不敢做了，你們只會說：「我不足以渡人、不足以成全人啊！」，難道你們就什麼都不去做了嗎？你們既然知道不足就要能夠去改，改了以後更要能夠挺身前進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要靠自己，雖然徒兒們也都知道這個要自己來，可是有時你們還是會亂了腳步，要經過明師的安排，分工合作，要一步一步的來安排，好好的引導人家，人家才會知道怎麼做。每個人都想要做，得要讓人家都有機會做。有心想了願的，就得要自己來，依著順序，不要爭先恐後，能做多少就做多少，看看自己的能力吧。經一事長一智，在做一件事情的當中，你會體會到做一件事情的奧妙。可是不是把事情做完就算了，你要能夠在做的當中能夠觸類旁通，自己能做好這一件事情，不會做的要去請教前賢，看看事情怎麼做，大家要互相提攜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不是自己好了就可以了，你們還得要能夠教人哪；你們也不能夠只會跟人家講道理，其它的事情一概都不會做。也不是只會煮菜呀，道場裡面的大大小小的事情都得要會做。你們教人哪，就是要提拔後進，你的工作慢慢就能夠分擔給別人，所以呀，道是要大家一起來辦的。你們是不是要分擔給組員去做呢？而組長還要組員來配合，對不對呢？你們看看組員有什麼不足的，組長當然就要補，幫忙去補足了，是不是這樣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