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第三十七集《刻不容緩的天時》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講師要承上啟下，代天宣化。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講師是做什麼的呢？講師有什麼重要性？講師就是講課的、授業的。那麼你們都講些什麼話呢？講成全人的話，對人有益處的話，是不是啊？講師是橋梁，是明師與道親之間的橋梁，所以講師不可以隨便做廣播電臺喲，要圓圓融融，誠於中形於外，隨著\\辦天事。大家全樂意就是一片心，只是思想觀念不同，方法不同罷了。所以常常有裂痕，有誤會，但是講師是重要的人物，他可以挽救大局喲。今天，明師和道親之間有什麼誤會、糾紛，是講師可以來化解，可以來幫助的。當講師就不可以偏袒哪一邊，為師也不希望你們完全偏袒明師，因為明師也是人，也是會有抉擇錯誤的時候。而道親他也是出自這一片誠心，有這份心要辦事，可是基於佛規禮節，佛法莊嚴種種因素，我們得要先來後到，有個程序，要按部就班，這就是講是講師要用你們的心思細膩的考慮清楚，過濾清楚的，對不對呀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今天，你們都是當講師的，最重要的就是要充實自己，道學要充實，但是不要衝過頭全執著在文字上喲，這樣會給自己給障住了。其實最好就是不讀書的那一種人，因為今天他不識字，就不會陷在文字障礙，不會鑽牛角尖。今天就是因為訂立了文字，而文字既然產生了，就會有聖賢跟愚庸的分別，而聖賢他要做的，就是以文字來啟迪愚庸，那麼愚庸他們所做的行為就是拿文字來陷害自己喲。今天真修天道講的是什麼呢？講的是儒家思想，對不對呀？我們講的、闡述的就是身心、品性、道德觀念、良心的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行為上可以教人家這麼做，而在教人智慧上我們有四書五經，各教經典，可以來啟迪人的智慧，讓人更能夠超凡入聖，這是天道殊勝的地方。你們當講師的明不明白啊？現在我們要學著內外要圓滿起來，充實起來，而你們能夠感化別人、幫助別人，這樣講師做起來才會稱職，你們說，對不對呀？道場如果這會兒天花板塌了，你們站起來的講師可得要撐著啊，不能說上面還有明師，都推給明師去頂、去擔啦！我們要有擔當力，明師看重你們，給你們一份責任，你們就要把它給擔起來，但是，你們會說大家也都沒有做過，都不熟悉，對不對呀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所以呀，你們要多方面的去請教，去求教他人。今天道場要開始運作，推動，總得要有人率先去犧牲啊，或許別人對你的評語不好，但是，那是因為你的犧牲，這個道場才有了重新的綱紀來維護啊，你們懂嗎？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，所謂「聞道有先後」，求道也有先後，是不是？比較早求道的，你們稱他為前賢,後求道的稱為後學。前賢要領導後學，後學要尊敬前賢，這是理所當然的事。大家來道場聽道理，我們也不要說這個講的沒有別人好，咱們應該要跟人家多學習喲，見賢得要會思齊，是不是？看到別人好的我們要學習，人家上臺講課講的好的我們要給他鼓勵，而講師本身呢，要趕快努力，加強精進。講師自已有沒有自己的一個專題呢？你領了講師願，都做些什麼呢？要知道，講師不是領命喲，是領願，明白嗎？領命和領願是不一樣的，你立了願，你領了願，就得趕快去做。要計劃什麼時候該看什麼書，準備什麼講題，趕快去跟明師報告，報告明師，後學有課題有資料是否能夠安排後學什麼時候去學習講說講說呢？你要有勇氣提出這樣的請求喲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的道場想要成為什麼樣的道場呢？為師要你們明白，今天大道在世界各國都很宏展，明師也很多了，道的訊息，上天的福音已經傳到世界各國去了。今天你們如何去愛這個家園，你們是不是讓人家都豎起大拇指說「這個道很好」？那你們拿什麼來呈現給人家看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也都知道，有的道場是禮節做的很好，有的道場是規律嚴格，有的道場是講師講課一流，有的道場雖然人不多，但是他們都能夠齊心合力，道務穩定，有的道場是道務一大片，你們都可以看到人家好的一面，而你們希望人家說你們是一個怎樣的道場呢?用心的想想看吧，你們立志在這一年是希望禮節做的更好呢，還是希望講師的水準能夠再提升啊？還是希望每一個道親的觀念能夠達到一致呢？如果志向立定了以後，你們就得要朝這個方向去走，如果道場慢慢的大了，但是你們每個人的道理都還不懂，講師的佛規禮節也都還不夠熟悉，那怎麼行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所以啊，你們自己要想想，這是你們的家，不是只靠明師一個人就能夠帶領得了，他只不過是像個老大哥老大姐一般的來關心指導你們，但是這個道場可得由你們自己去討論去合作才行啊！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看看你們這些當講師的，有很多人連上下執禮都還不熟噢，你們想成為一個怎樣的道場呢？你們希不希望自己的道場講師連禮節都不熟呢？如果被人家知道了，不是很可恥嗎，對不對？所以你們講師得要自己知道加強喲。講師當然也很辛苦，要帶各種研究班，要成全後學，又要襯託前賢，講師的確很辛苦，但這是你自己應該自我充實的。你得要知道什麼時候用什麼禮節，該用的，該講的都要會。講師因為什麼都不很清楚，只會講課，明師又慈悲保了命，而明師自己也很辛苦，要忙這個要忙那個，到後來人越來越多，佛規禮節也就越來越混亂。一下子問這個道場，一下子問那個道場，大家的做法都不一樣，所以你們的道場都快變蛋糕了，每個人切一塊就沒了。因此，講師無論是佛規禮節也好，道務細則也好，都應該主動參辦，全盤了解才行哪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人的每一句話都要謹言慎行，應當要知道你們的一句無心之話，有可能會考倒一個人，為師並不願意每個徒兒們都會受考，都要受墮落，你們應當要體會為師的用心才好啊。明師給你們的諫言你們應當要虛心求教，不要私下去批評，當你們有意見不和的時候，也要能夠私下去溝通，以和為貴才是重要啊。尊敬仙佛要以主敬存誠的心，不要看慣了仙佛借竅就心存不敬了。仙佛的慈悲，仙佛的德性，這些都是徒兒們應當要效法學習的啊。前賢如果冤枉了你，當你背了黑鍋的時候還得要以感恩之心來應事，不要再用言語來辯解了，徒兒們好不好啊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一旦升為講師講員，可是不能充實自己，結果經典講不清楚，訓文也說不明白，那麼你天天跑班，是跑個什麼班呢？辦道還要挑明師，修久了，老油條，欺壓到明師頭上，你以為你是誰呀？這個明師不夠資格，難道你們就夠格嗎？要知道半桶水才會搖晃，整桶水會不會搖啊？懂得講幾句道理就呱呱叫，不得了。驕恃才能，就不能合道，反而離道越來越遠，障礙越來越深，苦、辣、酸、澀這些都要你自己承擔喲。你虛負一個講師的名字，你儀容端莊嗎？脾氣暴躁的不得了，毛病多的數不清，日積月累，哪一天才能夠修成呢？要知道「一念嗔心起，百萬障門開」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脾氣大叫你改，你說沒有尊嚴，難道沒有脾氣的就沒有尊嚴嗎？就沒有個性嗎？難道他就是個懦夫嗎？像你們這樣毛病多脾氣大的，難道才是有自尊，才有個性，才叫做有氣魄，是不是？有哪位聖賢仙佛像你們這樣子的呢？滄海一粟身渺小，豈容爾等驕傲與愩高啊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要做個聖賢，做個英雄，就得要能夠學會推功攬過，低心下氣，要能夠聞過則喜，知過能改。你們是頭頂天腳立地，能夠光明正大，不爭不搶，不嫉不妒，能夠致其中和，知天地的無私，能夠功成身退，這才是天之道啊。修道要能夠學習去浮華，返樸實，抱元守一，明哲保身，要能夠處在卑陋之處，這並不是表示不能夠出人頭地呀！你們應當知道，位越高權越大，如果不以德性來培養，也就會讓自己越來越覺得寂寞了。要知道「萬丈高樓由地起，合抱之木幼苗始」，你們處在後輩的如果能夠日爭上遊，默默地去耕耘，總有一天也能夠出人頭地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像你們身為講師的，站在臺上出盡了風頭，因為鋒芒太露了，就不知道要韜光養晦，這樣是容易失敗的，是容易墜落的。你們在廚房的壇主，默默的燒菜做飯，而辦事人員呢，他們去接待客人，能夠做到謙謙有禮，隨時隨處的去清洗汙穢，去整潔廁所，做別人所不能夠做的，能夠為道來舍自己不求顯露，不求記功也不求揚名，難道這樣就修不成了嗎？這種人才有根、才有本，知道嗎？要知道歷代的祖師，他們都是在燒菜煮飯當中而成就的，難道這就顯得低微了嗎？顯得卑微了嗎？他們還不是一樣能夠成為一代的祖師啊，你們說，是不是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所以呀，道場上的每一個角色你們都不能夠去疏忽的啊。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刻不容緩的天時懺悔感恩消罪愆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已經沒有肉體了，你不用說為師也聽得到，為師看的一清二楚啊，為師雖然已經回天了，可是心卻一時一刻都沒有離開過你們。你們犯的罪，犯的過錯為師何嘗不是為你們擔心呢？為師怎麼能夠不明白呀？你們得要感謝天恩，沒有天恩又怎麼能夠給你機會去懺悔呢？懺悔要看你的心，有真誠的心，萬年的罪業才能夠一筆勾銷，但是你得要謹慎，因為懺悔過了以後，你要一絲不苟，如果再犯一點點的錯，那就會罪加一等，知過而犯過是不是更嚴重啊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不希望徒兒們回去以後才再修，既然這輩子遇到了，這輩子就給它修成吧；既然遇到了，這輩子就給它修圓來，是不是？到了天上再過苦日子，那是多麼難熬啊。為師也是放不下心，所以為師希望我們回到理天的時候，一個個都是圓坨坨的，對自己要有信心啊。過去的種種比如昨日死，讓它死去吧，從今以後，你就是個新民，展開你新的面目，踏出你新的腳步好好的去做，圓坨坨的給我回來，好不好啊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要用真智慧，是不是呢？前賢有沒有錯誤的時候啊，錯誤的時候要怎麼辦呢？是不是幫他改進呢？如果上面的人錯了，你能不能照著他的錯步走呢？不只是辦事人員會錯，也不只是壇主會錯，明師也會有錯的時候，前人也會有錯的時候，對不對？錯的時候又該怎麼辦呢？是批評他嗎？還是去指點他呢？或者是在背後說他呢，這應該怎麼辦呢？是不是應該要諫言哪？如果他沒有辦法接受你的諫言，你照著他的錯步去走嗎？你們要知道，前人有過前人擔，明師有過就由明師來擔，你們有功是你們自己的，要不要互相批評呢？默默的做，那才是為師的好徒兒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別人的罪、過、錯那要得別人去了，別人去擔，無需你來談。重要的是你自己，你自己有沒有修完善呢？你有沒有對得起自己呢？對得起老師呢？對得起上天嗎？上天給人一個嘴巴，要你說好話，給你兩隻腳要你走好路，給你一顆心要你辦好事，不是用來說是非，不是用來走歧路，更不是用來講東講西的啊！回去自己靜一靜想一想，將來的路你們好好打點吧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問一問自己，你的日子還有多長啊？問一問自己，你的靈性光明了沒有？你們一個個都已經擔了責任，不論是前人、明師、講師、壇主、辦事人員，你們每個人的責任都不一樣，是不是？在理天立的什麼願，來到人間就要實現什麼願，就要了什麼願，千萬不要有埋怨，因為你在老母面前立的願是心甘情願的。來到人間，忘了你以前立了願，現在實行起來心不甘情不願，又不能真正的了願，你們將來憑什麼回天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知道你們還能夠再活幾年嗎？就像老師我濟公活佛的時候，當時遊戲人間，暗中調賢，雖然我是活佛，但時間到了還是要走的，所以濟公活佛的肉體並沒有活到現在，是不是呢？再來的天然古佛也是老師我降生的，天然古佛活了五十九年，像凡夫、像俗子，可是為師的責任還是沒有變哪，應時勢應時運，就算為師我做個凡夫俗子，為師還是要說，還是要喚，眾徒弟我還是要帶，誰叫為師跟徒兒們結下了不解之緣，生生世世永遠都不能變。雖然為師我形象變了，以前是破破爛爛的來遊戲人間，後來的天然古佛，衣著莊莊嚴嚴的形象，可是那個心還是不變的。為師還是能夠實現好好帶著我這群徒兒回到我們的故家鄉，清清白白的無極理天哪。徒兒們哪，你們可了解為師的心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是自己的事，徒兒們與為師結的是善緣，千萬不要忘記我們師徒的諾言哪。當了壇主、明師、辦事人員，你跟老師我都立了願，不要輕易的說再見。為師的心都沒有變，希望你們也像為師一樣永遠不變。為師說過壇主有壇主的責任，明師有明師的責任，你們要做的心甘情願，眾生難度還是一樣要度，你若有心，為師會幫助你的。大家都有誠心，但是太過於愚誠了，重形象，你們都是壇主，講師、辦事人員，對道應是明理而不是執著，執著形象總有一天會害了你。到時候以假亂真，真真假假分辨不清。明師要有標杆模範，壇主以身作則，辦事人員就要認真的去辦，低心下氣的去學，不要一直心裡想著形象，要知道，形象太多了恐怕到時候你們過不了關哪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自己存了不良的心，你們自己都不知道，所以要你們說也說不來，你們修道要謹慎小心哪。在無形當中那個心魔就潛伏在你的心裡，你有修道有好心，自然就有好心的仙佛來幫助你去修道、辦道，如果你心存不良，就會有不良的心魔同樣是在幫助你，幫助你走向壞路。比如說，你起了疑心，它就幫助你去鑽牛角尖。徒兒啊，你們認為仙佛真不真呢？大道真不真呢？天命真不真呢？\\真不真呢？它會幫助你找那個不是問題的問題，這樣子你就失去了信心了。所以徒啊，是你自己考倒自己，還是心魔考倒你呢？其實，考是由心所生，都是自己考自己呀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比如說，你生了懈怠的心，心魔就幫助你找理由，「哎呀，今天太累了，今天沒有時間，今天天氣太冷了；哎呀，下雨路不好走啊」是不是呢？這些懈怠的心都是因為心魔在幫你找理由，知道嗎？魔由心生，一切都在你自己。你起了驕傲心，心魔也會幫助你，找你自己的好處，我怎麼行，又怎麼行，到最後就自己去稱師做祖，到時候也不知道誰是誰喲。所以呀，驕傲心千萬不可有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還有一種就是自暴自棄的心，這樣心魔也會幫助你喲。專找自己的不是，讓自己越自暴自棄，最後連活下去的勇氣都沒有了，甚至於自殺，這樣子對得起自己嗎？對得起父母嗎？所以是心魔殺了你，還是你自己殺了自己呢？都是自己殺自己呀，對不對？還有一種執著的心，非常執著自己的意見，這樣子心魔也會幫助你的，讓你想著凡事都是我對，別人的意見就不放在心裡，一執著，道理也不成道理了。所以，執著自己的意見，不參考別人的，到最後的結果又是什麼呢？意見不和，道場如散沙，那樣子如何辦道呢？所以，徒兒呀，凡事得要檢討檢討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問你們，眾生難度不難度啊？如果是難度，就是因為你看輕他，如果你覺得他很難度，就是你看不起眾生。因為眾生各有各的根器，不管他上輩子是什麼的，六萬年來又做了些什麼，這輩子能夠做人，那他就已經是相當的不錯了。所以，在不能看輕自己之前，更不能看輕眾生啊！眾生難度還是要去度，就像為師那麼的看重你們一樣，當初你自己也是不好度化，可是為師也是把你給度來了呀。所以修道可得要看重你自己，好好的修，好好的辦。看輕自己的時候該怎麼辦哪？你們自己想想辦法，看你們的智慧是如何了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也會有脾氣，可是為師不敢發脾氣，因為徒兒們犯了錯，就是為師的錯，為師還有臉發脾氣嗎？為師會發脾氣的話，那氣的是你不修，氣的是徒兒們不辦，氣的是徒兒們認理不真，那是恨鐵不成器，了解嗎？人人都有脾氣，但是要發乎正端，你發脾氣對著別人發，會不會傷到自己呀？所以修道人第一個要改脾氣，脾氣如果不好，就容易惹事，到最後傷害的還是你自己，是不是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要消六萬年的罪業，你們六萬年的冤愆一定找上門來，所以你會苦，所以你會累，你會想睡。可是你克服了沒有啊？有人克服過了，有人卻沒有，為什麼呢？因為他們都毅力不夠，是不是呢？你們修道需不需要毅力呀？就是因為毅力不夠，所以你遇考就倒，你越倒就越考，是不是呢？徒兒啊，為什麼會有考呢？就是你自己倒了，你自己志氣不夠，認理不清，所以你的心才會有所變動，是不是呢？你若不倒，上天又如何能考呢？你們常說，上天考你，事實上是你自己考自己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雖然你嘴上掛著修道辦道，可是徒兒們的心真的修了嗎？沒有修道又如何辦道呢？不能上體天心，下合人心，你又如何辦道？你一意孤行，不知罪、過、錯，你又如何辦道？問問你自己吧，你的心夠不夠堅強呢？為什麼不夠堅強，因為你不明道理。修道那麼久了，敷衍了事，濫竽充數，所以你站不住，立不穩，遇難思退，遇考就倒。雖然你付出是無限的，可是你們真正捨得了嗎？你們身為辦事人員，你盡心盡力了嗎？你身為壇主講師，你接待道親盡心盡力了嗎？你臺上天花亂墜，你的心正了沒有？你身為明師，領導一方，你的方針對了沒有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不是濫竽充數，得要實實在在，真真正正，不是圖個名稱而已。修道人更要有修道人的作為，要有廣大的胸襟，你們的心放開了沒有？你們的心容納了多少人，是不是像老師一樣容下天下的眾生呢？徒兒啊，你們道場與道場之間就不和了，這一線與那一線又不和，這算得上是修道人嗎？修道人要有廣大的心懷，要像老祖師一樣無所不包，無所不容，有怨容易生恨，生個恨心成不了道。你有嫉妒心也成不了道的啊。看著別人好，你們就得要見賢思齊呀！如果看到別人不好，就得要反省自己才對呀。你們可得知道，人生是一面鏡子，時時可以迴光返照，時時可以找到你的缺點，不要老是看著別人的不好，你們可得要先問自己好了沒有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常說要徒兒們合作，要徒兒們團結，你們可知道，為什麼你們老是做不來呢？這是你們私心沒有去掉，你的心氣還不平，你的貪、嗔、痴還在呀。修道人要有廣大的見識，不是只有看眼前的一點點，要看遠一點。別人給我們的得要感恩，別人給你的考驗你也要感恩。不是他磨過來，我就磨過去，磨來磨去，驗來驗去，到時候兩個人通通要墜落，是不是呢？人的脾氣毛病都有，你要時時的改革，漸漸的去了，為師並沒有要你一天做到，為師只要你盡心盡力的去做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在修道最重要的是要以德性為重，用一顆真誠的心來度化眾生，宗旨不變。至於什麼奇怪花招，什麼靜坐，為肉體，那些啊，都是假的！不準崇拜，你今天如果做到一個「忠」字，看到祖師，你呀，就會難過了，哪裡還有什麼崇拜呢？道理講的好聽有什麼用？只要一個「孝」字就做不到了，還講什麼大道理呀？如果你們沒有德性，縱然是講的舌燦蓮花又有什麼用呢？所以徒啊，你們也不要這裡聽那裡聽，你們要踏實講道才會穩，才會有道味呀！要真真切切的，你今天講出來的話到底有沒有道味呢？那可得要看你平常的修持喲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想一想，當一個人受到鍛鍊，受到壓迫的時候，你的韌性又是怎麼樣呢？你的彈性好不好啊？就在這個時候都能夠給考驗出來了。要知道，過剛則折，是不是呢？我們得要懺悔，洗刷所有的汙穢，日日反省，天天懺悔，上天是不殺悔過的人，所以，徒兒們每天都要得能夠反躬自省，我們把自己調到最低的姿態，才能匍匐前進，才能夠躲劫呀。因為你自己受人冤枉，有冤不能伸的時候，你才能了解到地府幽冥鬼魂的心情，當我們受人毀謗的時候要怎麼辦呢？是不是默默無語啊？徒兒要記住，因為曾經學習承受，所以才知道那種力道有多痛，這樣的你才叫做真正的堅強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為師要的是堅強的徒弟，要的是以眾生為念，眼淚只為十方眾生流的徒兒，而不是要趾高氣昂，理論一大套，只會說不會做的徒兒啊！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今天在辦道過程當中，理念會跟其他人相左，這全都是磨練。你如果真的有德，人家還不聽你的嗎？我們有志不能伸，為什麼？強者抑之弱者扶之，上天用考、用驗來驗你是否真的想辦，是不是能受考，結果一考，全倒了。說什麼理念不和，說什麼是非對錯，講那麼多，簡單一句話，就是經不起雕琢。徒兒們經不起雕琢，是誰的損失呢？是自己，對不對？所以有這個道得要好好把握呀！徒兒們想不想堅強啊？那就要外柔內剛哪，你得要有志向，要能守節才能夠躲劫。過去種種比如昨日死，修道不能一直往後看，要是一直往後看，那會造成什麼現象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會覺得自己已經爬的很高了，是不是？往後看還會怎麼樣？活在過去，你看現在很多人都一直在講，「我」當初怎麼辦道，你講的道理十句裡有三句都是「我」，你這樣說你就有罪，聖賢仙佛哪裡在講我呢？動不動就懷念過去，說你當年辦道怎麼樣、怎麼樣，問題是你現在並不怎麼樣啊！難道過去有功，現在就可以造罪了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其實徒兒們對道一直都很有信心的，是不是呢？你們都相信明師一指是真，你們也相信道真、理真、天命真，只是為了人事的問題而退了心，為什麼一點點人事就抹煞了所有的「真」呢？難道這一點點假色身就可以抹滅我們的靈性了嗎？為師要你們重發心願，好好的從頭做起，不要因為一點點的小事情就執著自己的觀念，放下身段就好。徒兒呀，不要再求什麼了，我們今天要要求自己，我們發生太多太多沒有辦法解決的事，我們求我們自己，求求我們的自性佛。徒兒，千萬千萬要記得，左道旁門連了解都不要去了解。今天，個人事小，辦道事大，回去好好的配合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自己去想想，你對不起誰，就去跟誰道歉，沒辦法道歉的，自己到老母蓮前叩個頭了，好不好啊？為師要你們永遠不能忘記的就是叩頭，也惟有叩頭你才知道我們自己是好渺小好渺小，我們什麼都不是，我們連人都不是了，那麼也就只有叩頭了。諸天仙佛才會覺得你們有心是要真正的悔改，他們是會助你的，你們千萬不要怕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不要怕受苦，不要怕受累，我們師徒一起堅強起來，行不行哪？你們想看到什麼樣的光明啊？想看到一線生機，出現霞光萬道，是不是？霞光萬道那就是我們未來的日子啦。所以不要覺得重，再怎麼重，再怎麼樣，陰霾一定會過去的，我們要突破自我的設限，是不是啊？每個人都要跨出自己設限的一大步，不是量力而為而已喲。現在時機已經不同了，除了量力之外，還得要突破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什麼是是是非非呢？如果你們執著了「我」，就會生是非了，因為「我」就是阿修羅。為師要你們無為，因為無為才能夠奉獻，你的奉獻才算是真的。為師要你們步聖途，而不是貪凡福，為師要你們修天爵而不是修來世福啊。修道辦道有前後，所以一定要能夠抱定倫理宗旨，綱常倫理對不對呀？你們要能夠互相尊重，這就表示互相維持，這就叫做護持。護持這兩個字真的是很難那，因為「護」是你知道怎麼樣的去愛護他，要懂得如何去保護他，又要知道怎麼樣的去維護。至於「持」呢，就是耐心、恆心哪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身為明師，容易犯到的是什麼呢？聽到別人來讚賞你，你是否感到危險？別人故意測測，其實並不是他們故意，而是老天在借他做考題呢，知道嗎？所以人講來講去不如講自己，最好是自己管管自己吧。現在的災劫那麼多，你不好好的想如何濟救蒼生，還滿心裡計較你是我非，你高我低，你強我弱，難道這不是病嗎？你們要小心哪。當人家都不敢講你們的時候，你們要怎麼辦呢？難道你們忘了你們是在眾生裡成就的嗎？所以只要有超過三個人以上講你的不是，你就得反省自己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三人代表眾，眾就是老天的聲音。一般道親一百個人就要謹慎，一百人代表百萬人天，那你位越高的人越要戰戰兢兢，一個人講你，可能就要你驚心了，是不是呀？何況三個人，那是多麼嚴重的事情，那代表老天給你下命令，給你來點警醒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現在是講求團結的時候了，你們還不團結，那麼辦什麼道啊？個人恩怨是小事，而你們把個人的恩怨也都扯進來了，這樣是會耽誤眾生慧命，這可是大大的事，任何人都對不起呀。你自個兒所做的事可得要自個兒去承擔哪，你們往往不能夠承擔，所以無力感也就由此而生了，要知道懺悔當中有一種無力感也算是罪，你們可知道嗎？老天賦予你完全的靈性，為什麼你還會有無力感呢？說來說去，都是你們信心不堅的緣故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要在事中磨，更要在人中磨，因為每個人都有角，只有在人中磨才能夠成佛，你避開了人事，撇開了人群，那就永遠沒辦法成就了。徒兒們，多付一點愛心吧，多給自己一點省思的功夫吧。沒有誰的，你的，我的，全部都是老天的。好好合作，你自己才有希望。想要有希望，你自己就要下定決心哪。要怎樣合作呢？有動有靜。你們充實的時間太少了，年紀還不到就有點糊塗了，只是有的人是裝糊塗喲。裝迷糊的人通常就是有點聰明的人！一切好的法相，我們都要堅拒，一切壞的行為，我們都不能沾邊，這就叫做自我要求，懂不懂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