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第三十八集《活佛師尊叮嚀囑語》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徒兒！為師走得太早，沒有機會帶你們，是為師我無才無德，徒兒你們受苦了！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今天修道、辦道是沾了天恩師德，所以咱們時時刻刻要懂得感恩。修道不是一天的事情，也不是一輩子的事情，是你前世有修，所以才能得逢大道。現在上天大開普渡，讓你今世去修，今世成。以前修道人，千裡訪明師、求口訣，而今徒兒不費絲毫的力氣，就求就求得這個大道，徒兒啊，要珍惜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生在這個時代，是多麼幸福的一件事情。你們沒有生在戰亂的時代，不知道那個時代的苦難有多少，多少的修道人頂劫救世！多少的修道人在受苦、受難！那個環境要修不能修，是多麼的辛苦，修道還要偷偷摸摸。徒兒啊！你們能夠生在太平盛世，要感恩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裏面要感恩，不要怨、不要喊苦。你越叫苦，越叫越苦，到最後苦苦相繼啊！如果你覺得自己是有福之人，久而久之，福不請自來。為什麼會越叫苦命越苦？因為你們的心裏面認定這個是苦，你就轉不過來，到最後，你就更覺得苦。所以，你心裡覺得苦，看什麼都是苦；你心裡覺得不苦，看什麼都是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談談你們人格的修養吧！咱們的火候很重要，如果前功盡棄，就好像千日打柴一日燒，因此咱們要做到「不遷怒」。好比今天你心裡不高興，看到杯子，隨手就摔在地上，那你就是遷怒於杯子；好比今天你在外面受了氣，回到家裡，就對妻子兒女發脾氣，那你就是遷怒於兒女。這個遷怒很可怕，小的遷怒於自己，大的遷怒於國家，是不是很可怕？就好比你們今天修道，前賢講你一兩句，心裡就怨；道親跟你講幾句，一言不合，就生氣了。一生氣，心裏面就怨，就到處跟人家說道場不好，前賢不好，到最後，毀道謗德，斷送了道場，也斷送了自己和眾生的慧命。這遷怒，是不是很可怕？所以，為師希望你們，要做到不遷怒。當你生氣的時候，趕快先避開，先找個地方靜下來，平心靜氣，不要馬上發脾氣，這樣子會鑄成大錯，所以才叫作「一把無明火，燒毀功德林。」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除了「不遷怒」，還要做到「不二過」。好比說，你知道這件事不好，那你就不要去做；你知道這個不好，你就不要再去犯它；你知道發脾氣不好，你就要克制自己的脾氣；你知道貪心不好，你就要克制自己的貪念；你知道嗔心不好，那你就要平心靜氣。你貪心不除、嗔念不去，就是痴；「貪、嗔、痴」是修道三害，也就是地獄三條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希望你們每一個都能成大器，受得了磨練的，是真修；受不了磨練的，哪來真修啊？真修道人，時時刻刻不做欺心、敗德的事情。今天沒有人敢要求你，你就要自己要求自己。如果你修到有一天，都沒有人說你不好，一定有兩個因素：一是你修得很好；二是你的脾氣很大、毛病不改，沒有人敢說你，因為你越修越自大。所以，不要以為沒有人說你，就是修得很好，那是人家覺得你不能說，那才可怕，也很可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你們每一個都是為師我的徒兒，手心手背都是肉，為師我公平的對待每一個徒兒，有功就賞，有過就罰，功過分明，為師我沒有偏袒任何一個徒兒。徒兒啊！你的心就是指南、就是方針，要走哪一條路，自己最清楚，要怎麼走自己也最清楚。為師指你一條路，要走不走就看你自己。如果你要走，就沒錯；如果徒兒不走，要走另一條坎坷的路，那要經過許多的崎嶇才能夠到達啊！為師告訴你，你遵守十條大願去修、去辦，準沒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修道是在家出家，火中栽蓮，你能夠在紅塵濁世之中，修得一個高品亮節，這不簡單。咱們今天修道，要有一個完整的人格，這個「格」很重要，不要降格啊！今天你跟一群人在一起，因為你修道吃素，就和他們格格不入，你就降低自己的要求而符合別人，這個就是「降格」啊！咱們不能夠降格以迎人，咱們要要求自己，你可以不要求別人，但是，你不可以不要求自己，有要求才有進步，咱們修道要一天一天的進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做前賢的，這個時代不比那一個時代，對後學不能夠隨便的亂罵，為什麼？你沒有這個德，你沒有這個資格，為什麼沒有？因為你們自己的修持不夠，德性不足啊！當你能夠達到「至德無漏」，這個境界的時候，你就有資格啦！所以，對後學不能罵，不能亂罵，可以講。當後學不能講的時候，你罵他，他會倒，懂不懂？並不是每個後學都可以講，有時候咱們要懂得圓融活潑，要因材施教、要剛柔並濟。有時候態度要溫和，有時候態度要嚴厲，但是你要看人啊，可以講的時候才能講，不可以講的時候，你講的話，會考倒人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我在世的時候，帶人才是非常的嚴格啊，只是可惜你們來晚了，為師我帶不上啊！以前為師可以要求徒兒，但是現在為師不在，就沒有人要求你們。但是咱們師徒如父子，心心相印就好了。希望徒兒謹慎自己的念頭，謹慎自己的行為，不要行差錯，一失足成千古恨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你們要自琢自磨，自己鍛鍊自己，以天地為鼎爐。以前為師在世的時候，有立爐立會，但是為師恐怕擔當不起這個重責大任，就求老母免去立爐立會。所以上天慈悲，從此以後，就以天地為鼎爐，人在其中考考磨磨。以前修道是仙佛鍛鍊人，現在是人磨人，天鼎地爐，人在其中啊！上天藉人藉事來磨練。徒兒啊！遇到一些是是非非，遇到一些毀言謗語，心不要退縮，不磨、不練、不成佛啊！玉不琢，不成器；人不磨，焉成聖！所以這個考考磨磨，徒兒你要承受得起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、辦道，「人一能之，己百之；人十能之，己千之。」不怕不會，只怕不學。徒兒道學要充實，理路要認清。咱們今天修道、辦道，「三表五願」都要會，佛規禮節要背熟，表文要會寫，在道場上樣樣都要學，樣樣都要會，有一天你去開荒，你什麼都會！所以，你學了，對自己有好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咱們今天修道要刻苦，不要貪圖享受，不要貪圖安逸，貪圖安逸，必逢憂患啊！吃苦才能了苦，苦盡孽才能消啊！咱們吃點苦沒關係，吃點虧沒關係，咱們今天修道、辦道，要「犧牲享受，享受犧牲」，不要貪圖眼前一時的安樂，咱們眼光要遠，要想到以後千秋萬世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「天生我材必有用」，咱們要看重自己，今天，雖然各人的天職不一樣，但是大家的使命都是一樣的。修道要懂得低心下氣，居高位不要驕傲；在下位的，也不要卑微，不要看不起自己。每個人都是為師我的徒兒，不論是富貴貧賤，為師我都疼啊！所謂「有道是真富，無德是真貧。」環境不好，並不是真正的貧，那只是外在的環境，你的內心如果無德、無道，才是真貧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！咱們今天修道要知足常樂，父母健在、兄弟姐妹齊全，要感恩。有些人一生下來就沒有父母，有些人沒有手足，有些人兄弟不和，如果你有一個健全的家庭，你就要感恩。日子苦，是苦了一點，但是能夠一家人平平安安的在一起，就是幸福。更何況是能夠一家人一起修道辦道，那真是人世間最大的幸福，為師要求你們修道要齊家，無論如何也要把兄弟姐妹成全起來，好不好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、辦道自己要有方針，遇考不要退縮。但是要有同理心，時時刻刻以客觀的立場來看事情，不要怕，上天會幫忙！人在辦，天在看。凡事要活潑圓融，好好地去開創。所謂「見者有份」，徒兒，今天白陽這一場你趕上了，你就有一份，每個人都有一份，但是，是大是小，就看你們自己努力的成果。徒兒，修道如逆水行舟，不進則退，雖然在修辦的路上，有層層風浪，徒兒你都要衝過去，要用堅毅不撥的心。當你覺得沒有方向的時候，當你覺得失望的時候，當你覺得徬徨的時候，當你覺得傷心的時候，徒兒啊！你想想為師，為師就在你們身邊，給你們力量。多少次，為師看徒兒要退轉，為師在旁邊急切的呼喚著你，但是徒兒你聽不見啊！為什麼？因為你的「人意」太滿，所以你就聽不見為師的聲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平常都只是忙著去辦，都沒有好好的靜下心，來充實自己的學問，所以要藉機會，好好的充實自己。修道火候重要，德性也重要啊！內外功要兼修，有道、有德是聖人。為師是你們的「師」，你們也是後學的「師」啊，為師把慧命傳承給你們，你們要把慧命再傳承給眾生，要好好的護持這個老母的道場。道場不是你的，也不是老師我的呀，這個道場是上天的，是老母的，大家不要分彼論此，大家要同心同德，同心協力，有什麼事情，大家一起合辦，同修共辦。道場不是你一個人的哪，天下事不是一個人可以做盡的，是要靠眾人之力，所謂「眾志成城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希望你們同心同德，大家本是一師之徒，一母之子，大家都是兄弟姐妹，要互相幫助。同修有難，咱們要去關心、要去鼓勵、要互相扶持。咱們今天有緣修得同船渡，要惜緣啊！無論是善緣、惡緣都要去圓緣，都要去圓融它，人家對我不好，沒關係，我以德報怨，好不好？修道培德當先，心如海涵，懂嗎？心量要寬，肚量要寬，所謂「宰相肚裡能撐船」，引領後進，當以德服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希望你們將來都能夠成聖成賢，希望你們能夠趕得上，船開不待後來賢，時機過了就沒有了。收圓普渡不是永久性的，是有時間性的。你們現在如果不修、不辦，到哪一天，大道止渡了，徒兒啊！你就欲哭無淚啊！得道四難咱們都遇到了，是何等的幸福，所以好好的把握這個時光，好好的把握這個佳緣，咱們快馬加鞭，趕緊地去行功立德，趕緊的去渡人、成全人，趕緊的齊家修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今天修道、辦道主權在天，咱們一命交天，一切交給天去安排。你辦天事，你辦佛事，你就是佛；你辦凡事，你就是凡人，修道要先立志，你立志成聖賢，你就成聖賢；你立志做凡夫，你就是凡夫。聖賢、凡夫只在一個念頭，只看你有志無志。希望徒兒立一個沖天大志，重聖輕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今天修道，佛規禮節要懂，不要修得懵懵懂懂。國有國法，家有家規，佛有佛規，有些人會覺得佛規禮節太約束人了，但是徒兒啊！你仔細想想，如果修道沒有戒律，你們如何約束身心啊？所以，藉此佛規禮節來約束你們的身心，使你們的行為不會偏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明師來了，咱們要接駕，為什麼要接駕，因為「接天命」。所謂君子有「三畏」，咱們要敬畏天命啊！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大家修道要上下一氣，道場要好就要和合，「和合」就是要和氣，和氣才能夠契合。要建立一個和合道場，首先就要靠大家和和氣氣，所謂「家和萬事興」。如果一個家庭裡面，一天到晚都吵吵鬧鬧，這個家庭會興旺嗎？道場也是一樣，前賢就好比父母，同修就好比是兄弟姐妹，所以兄弟姐妹之間要和和氣氣啊！父母也有不對的時候，父母不對的時候，咱們可以諫言，但是不能不恭敬；那前賢不對的時候，咱們也可以諫言，但是不能批評，你要諫言就要當面諫言，後面批評是大不敬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前賢不好，但是如果沒有前賢，哪有今天的你？父母不好，始終是你的父母，沒有父母哪有你？所以咱們修道時時刻刻要懂得飲水思源，勿以小怨忘大恩哪！沒有前賢哪有你！徒兒啊，要好好的互相配合，與前賢之間要互動，有什麼心結要打開；和同修、和前賢坐下來，把話說開，然後大家重新出發；放下以往的恩恩怨怨，放下所有的是是非非，沒有你對我錯。大家要站在客觀的立場，要懂得時時刻刻設身處地為人著想，有時候前賢要站在後學的角度上，來體會後學的心情；有時候後學要站在前賢的角度上，來體會前賢的苦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長幼有序，這就是道場的倫理。家庭有倫理，家庭才會和諧；道場有倫理，道場才能和諧。咱們修道、辦道，要懂得尊師重道、承上啟下，要懂得「遵前提後」，要懂得「提拔後進」。你們排隊的樣子，就好比一代一代傳下去，長江後浪推前浪；修道也是一代傳一代，希望徒兒代代相傳，不要亂了\\。在道場老的要體諒少的，少的要尊敬老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「君子之交淡如水」，不要刻意的去攀緣，你如果向外攀緣，那會糾纏不清啊！咱們珍惜這個道緣，咱們珍惜這個道情，大家有難同當，有福同享，今天，大家都是坐在同一條船上，所以大家要互相的提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徒兒啊，修道、辦道時時刻刻要把真理放在心中，這樣子，你才不會覺得孤獨，才不會失去方向感，真理就是你們的方針啊！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沒有聽過俗話說：「一粒老鼠屎，壞了整鍋飯」？在一個道場上，也是如此，如果一個道場出了一個反道敗德的人，那就會影響整個大道場。所以你們每個人都要警戒自己，不要起貪心妄想，自己的言、行、心要注意，要重整這個身、心、靈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、辦道「不求有功，但求無過。」修道要腳踏實地，不要好高騖遠。老師把愛心傳給你們，希望你們也能夠把愛心傳給眾生。愛眾生，就好比愛你們的父母、兄弟姐妹一樣，不要有分別心、對待心，要好好的發揮這一份菩薩大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佛、魔，只在一念之分。今天你成全人，你就是佛；你考倒人，你就是魔，所以可怕不可怕？一個心念，可以造就一個聖賢；一個心念，也可以造就一個魔頭，那是不是很可怕呀！所以自己的心性要把持得住，心念不要亂動，不要隨便的起心動念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都是在辦天事，辦天事就要存天心，不要私心偏見。徒兒啊，希望你們能夠學學為師我，大公無私。為師我肉體雖然不在，但是精神卻長伴徒兒左右。你們有困難的時候，你們只要叫老師，老師馬上就會在你們身邊，好不好？為師的徒兒千千萬萬，為師一顆心要對千千萬萬的徒兒，千萬人有千萬顆心，老師我都要勞心啊！徒兒啊，你說為師的責任重不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徒兒啊，語多不如心系，為師講再多也沒有用，不如咱們師徒心心相印，咱們師徒能夠有緣共辦白陽這一場，能夠同走這一遭，希望徒兒珍惜。老師希望你們能夠圓圓滿滿，人圓、事圓、理圓。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昔有孔明扶漢室，「鞠躬盡瘁，死而後已！」徒兒今天修道、辦道，也要鞠躬盡瘁，死而後已！要堅持最後一口氣，不要半途而廢。願徒兒個個珍重有用之身，好好的借假修真，行功立德，等待他日，功圓果滿，師徒南屏話從頭。希望徒兒犧牲小我，完成大我，語重心長啊！只希望徒兒平平安安的修，平平安安的回天，不要迷失你的來時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