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第三十九集《修辦篇–辦事人員要心甘情願》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全集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《老師的話》全集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知道道場怎麼運作，就要去教人家。不是說有我的事我才來，沒我的事我就不管了，反正我多管人家會罵我多管閒事。徒兒啊，今天就算道場沒有你的事，你也來，靜靜地看是不是有需要你幫忙的地方，好嗎？今天咱們出去辦道，只要你出門，不管你是要成全人、要拜訪人、要去開法會，或是要去渡人，只要你出門是要做聖事的，上天都會護庇你們，因為你們是上天的人。今天為師要讓大家放心的是，今天你辦自己的事，出門遇上無常了，遇到災難沒命了，將來回天會怎麼樣，咱們不敢想。可是你們只要你出去辦道、開荒、或是成全人，如果遇災難、遇劫、遇考了，你回天全部封果位，明白嗎？所以咱們要信心無窮啊！這個咱們可以保證，你辦天事回去，你就成仙成佛喲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辦事要注意，不要隨便去講怪力亂神的話。有些人會神通，是不是啊？這樣是不好的。你們有人還有第六感，會通鬼神啊！要是你們真的那麼強，怎麼還坐在這裡呢？要知道，修道是根本的問題，形象全是假的，如果真有什麼上天垂象了，這道場還有三才在啊！為什麼為師要叫你們停止靈通感應的事，你們可知道嗎？就算你們有，也千萬不要講出來，因為那樣會弄得人心惶惶的，你們可明白嗎？今天我們有責任來維護整個道場，我們要有鎮殿的威嚴，那些妖魔鬼怪是不可以入侵的。今天如果你會通靈，看得到鬼，然後你來道場和道親說，在道場看到鬼了，你想想看，道親還敢不敢來道來道場啊？這樣你是考人呢？還是在成全人呀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說你會看三世因果，告訴道親他上輩子是什麼，這輩子要他快拿一些錢出來助道，這樣都不是以理來成全的，都不穩當，明白嗎？你會看三世因果，道親要你幫他看看他下輩子會做什麼，你如果可以替他看到下輩子會成仙做佛，那麼他這輩子是不是就不必修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了，話不是這麼講，你這輩子不修，你下輩子什麼都不是啊！你這輩子要修，你下輩子肯定是仙佛菩薩，如果是仙佛菩薩，那也就沒有下輩子了，你上輩子是什麼，重要嗎？一定要執著我以前是天上哪一宮，哪一府，那一殿的仙女嗎？何需去執著這個呢？就算你前輩子是玉皇大天尊，你是觀世音菩薩，你這輩子不修，你下輩子什麼都不是，聽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要知道，大眾的意思就是上天的意思，所以什麼事大家一定要集合商量，不可有獨裁的思想，不要以為你是帶領的人，自己想要怎麼做就怎麼做，這樣都有偏差的，大家可得要多集思廣益，一同來商量一下，怎樣才是最好的方法，怎樣才會有最好的效率，大家如果都有了這種的共識，那麼辦起大事來一定會成功的，冥冥當中自然都有天意的安排的，要相信上天，辦事也不要太執著於顯化，只要相信天意，那麼上天就與你們同在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人的地方就有是非，因為每個人生長的環境不同，父母的教育方式也不一樣，當然做事的方法也就不相同了，咱們認為恰到好處，公正合理的，咱們就選著去用吧。當然辦事上遇到了困難、問題或者對人對事有所不滿，但是你也不能夠去怪人家，反而要有感謝他的心情才可以呀！為什麼要感謝他呢？因為他幫助你成長啊，是不是呢？如果沒有這個人告訴你那裡做得不好，你又怎麼能夠知道自己那裡不好呢？如果這個人猛稱讚你，猛誇你，猛送你禮物，那這個人就有問題了。如果沒有這件事情的發生，如果沒有讓你出醜、丟臉、丟面子，又怎麼能夠知道這件事情到底該怎麼做才好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到底又應該怎麼樣地取捨才對呢？徒兒，你說是不是啊？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想一想徒兒們，你們的初發心是什麼呢？有過什麼心願嗎？為什麼幾年下來，這個心都不見了，你說你是老道親，是啊，上頭看你有能力，分配事情給你作，讓你負點責任，做點事，你是不是因為做久了，就得過且過，了了草草呢？因為這件事情你做熟了嗎，這樣做就那樣過，是不是？徒兒們要知道，雖然你是老道親，但修得不一定有新道親好喲！新道親他聽了道理以後，能夠拳拳服膺，把握得很緊，守住自己的那份心，而你們呢？你們說你們是老道親，道場大小事情的張羅、操辦，你都有概念了，也自認能力不錯，就以為反正做過那麼多次了，覺得這樣就可以了，這樣就行了，唉！這些都不對呀，以後上去都還要受罰的，知不知道呀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咱們修道修心，你們都知道，這麼多人在一起相處，各人自然有各人的個性，各人的生長環境也不同，甚至語言也不相同，咱們修道就是要修如何跟人家相處的圓融，怎樣做事才是最恰當，怎樣才會滿意，那這麼多的人你怎麼樣地去做呢？你不能老是都認為自己對，別人不對，你得想一想，老師有說過，我們修道要修自己的脾氣、毛病，有什麼不懂的地方得要能夠接受別人的意見。常言說的好，忠言逆耳，別人給你良性的建議，你得要接受啊，想想我是不是真的做好，如果做得不好，那我就得改呀，古時候成聖成賢的，那個不是改了自己，改到最後沒有缺點了，他才能成聖成賢，成仙成佛啊！而你們要修自己，要學仙佛的精神，學學老師，學做小濟公，就得要慢慢地改，一點一滴，從小地方來改，只要你願意去改，上天是沒有看不起你的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當辦事人員的，要有經驗，什麼事都得要嘗試去做，什麼事都要會解決，什麼禮節你都要會，要全才全能喲。一個辦事人員能夠全才全能，才能小兵立大功，不要以為立功的人都是站在前頭的，要是沒有後面的人這麼推著，那來前頭的人呢？在修辦的路上，「行」對今天的白陽天使來說，佔了一個很重要的動作，有一句話說：兔子腿，王八臉。先問問你們，今天你要去拜訪道親或渡人，什麼事情是要事先準備的呢？你們去拜訪這家人，是不是要先清楚這家人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什麼要去拜訪、出發點在哪兒、目的在哪兒?去拜訪道親，是為了表示關懷、跟他友善、親近、讓他感到有親切感，他自然而然會常到道場來，是不是這樣？可是他一定會到道場來嗎？你去拜訪成全他，是不是說他一定要來道場了，才叫做拜訪成全成功了呢？他不來你就是失敗，是這樣子嗎？你說去關懷他，那得要問問看所謂的關懷是怎樣的關懷，是你一去到他家，就一輪嘴地告訴他人生的大道理，說他就是不來道場，所以才會遭遇到這一切困惑、障礙，他就是不來道場，所以冤欠才會找上門，所以現在才會樣樣都不順，什麼順考、逆考、顛倒考全都來了，你是這樣拜訪人家的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是這樣去做成全的嗎？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啊，想一想怎樣才叫做關懷呢？今天如果別人是因為遇到了事情，心裡頭覺得苦悶、覺得委屈，有苦楚難以向人言，才叫做苦，對不對呀！或許這個人的家人不諒解，那麼這一次去拜訪成全他，應該是你聽他訴苦才是最重要的，你聽他訴苦，聽他吐苦水，慢慢地，他也就覺得你這個人可以聆聽他的苦楚，覺得你是真心在關心他的人了，你明白嗎？也許你們常常會說，我出來辦道，人家也沒有看到我，做得這麼的辛苦，做錯了一件事情，人家就來講我了，其實啊，講你也是因為愛你的，不講你，讓你一直錯下去，是不是一樣也害了你呢？你們想想吧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師有聽人家說，道再辦一年就不辦了，大家是不是很緊張這個問題呀？到底辦道還可以辦多久呢？為師聽人家說，再辦一年喲，所以現在要設壇的就趕快設壇，要辦道的趕緊辦道，要求道的快來求道，要開法會的趕緊去開法會，要成全的快去做成全。徒兒啊，有沒有這麼回事啊？那以後該怎麼辦呢？將來會怎麼樣呢？道會收起來，是不是？會不辦道了，是不是？有很多人在講這個問題喲！那麼答案到底是什麼呢？不知道喲！現在都不辦了，還管以後的事做什麼呀！你現在都在辦，那你管以後做什麼呢！一切都是看現在喲，多久就多久了，想這麼多，那是自個兒給障礙住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今天徒兒們來修道，如果看不開，不來修道，不來辦道，不親近道場，不親近前賢大德，那是你們自個兒福小命薄，福小命薄是自個兒的事，怪不得人喲，因為人家的三言兩語，你就不來道場，是你自個兒福小命薄，所以身體好好的，有時候都還會這兒癢，那兒癢，更何況心性上需要修呢？心性上要修，總是要有些尖牙利嘴的刮刮，搔搔癢啊，對不對？你不刮、不刨、不磨鍊，你怎能心性圓融呢？如果你因為辦道有人事上的不圓滿，你就會覺得這個道場怎麼會這麼虛偽，為師要告訴你，那是你自個兒福小命薄，不知道修道好喲，修道是你自己修，不是看人在修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有修好，你有改脾氣，去毛病，人家是人家的不足嗎，你怎麼不去包容人家呢？包容人家你就是大德啊，希望徒兒們時時要記得感恩，感什麼恩呢？對你好的人你要感恩，對你不好的人，你還是要感恩，要記住「地上的仇人是你將來天上的恩人哪！」你如果沒有他這麼磨鍊你，你怎麼能夠造就呢？你怎麼能夠脫穎而出呢？你怎麼能夠有這力氣要衝刺呢？怎麼能夠站起來？為師說了，人家做得不好，自己要做得比人家還好，不要人家做得不好，你就想離開，你就想逃避，他們做得不好，更是需要徒兒們、辦事人員、講師、講員來輔助他變好，你們的使命就是要幫助人，你忘了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沒有忘吧，你們的使命就是要幫助人喲，就算在上位者不好，你們也要幫助到他變好，他不明白，你就要默默地做，這是你們的使命啊，咱們得要認清楚這個，明白嗎？徒兒啊，每次你們都說的很好聽，什麼要聽師調遣，但真正要給你調遣時，你就說家有老母，道場沒人獻香。咱們出去總是要受點磨鍊，受點考驗，而最大的磨鍊、考驗是什麼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餐風露宿，這個不算是考驗，咱們可以熬得過，反正天為蓬，地為席，咱們和天地同在，這個都沒有關係，渡不到人也不用害怕，有仙佛與你們同在，我們與仙佛一體，被人家趕出來，這個咱們也不必擔心，因為世界上不只有住這一戶人家，還有好多戶，這個也不用害怕。最害怕的就是咱們出去的人彼此沒有一心一德，沒有同心同德，這是最叫人難過的。今天大家辦道，就要有共識，我是要幫助人，但是我們知道每個人的方法都不一樣，所以我們要互相配合，互相遷就一下，這樣才能夠圓圓滿滿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最擔心最害怕的事，就是大家都是要辦天事的人，可是大家的心不同，觀念不一樣，你要走東我要走西，這樣子是最叫人難過的。所以我們一定要盡力的維護，要以菩薩心腸來看待這一切，今天或許運用別人的方法也是不錯的喲，大家都在學習，或許這一次經驗失敗後，運用你的方法，說不定也不錯，互相鼓勵，互相體諒嗎，對不對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辦事人員要心甘情願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咱們說活潑玲瓏這四個字，雖然不是一塵不變，但也並不表示這些規矩我們都不要，並不表示說我叩頭，我有誠心，我也可以隨便叩叩就好了。徒啊，上頭的人如果做得不好，咱們可不能夠去批評他，但是可得要私下的去告訴他、幫助他，你們說是不是呢？這個呢，就叫做諫言，不要害怕，不要看他是明師，一切都看他做得好不好，然後在後面就等著看，等著他垮，說誰叫他不聽我的話，誰叫他不採納我的意見呢？這種心態是非常不好的，今天在道場，大家有如父母兄弟姐妹一般，流著一樣的血，流著同樣的脈，所以更應該要團結，更應該要全心合力，是不是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開法會的時候，徒兒，你來當辦事人員，雖然說是人家打電話叫你來的，你看在人情的份上，還是來，可是卻做得心不甘情不願的，要知道，今天你既然答應人家你願意來做，就得要做得心甘情願喲。你做是你自己得，別人搶不走，但是我們不要執著，刷廁所有多少功德，壇務功德比較多，我就選擇壇務組，這樣就不對了！真正的功德他是由內心散發出來，他是無形的。真正的功德是什麼呢？不是做給別人看的，今天如果你存著來道場做功德，或者存著渡人有多少功德的心，這種有為的方法有為的心，為師要告訴你，他並沒有功德，他只是一種福報，福報它是有數量的，你喜歡存著這種念頭，看看你有幾分，你的福報就幾分，可是有功德嗎？這樣子徒兒明不明白呀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真正講起來，所有求道的人當中，有幾個在真正地修道呢？有在修的也不知道從那兒去修，雖然有在修就是修不好，那麼既然修不好，你就要想辦法去彌補，如果沒有用辦道的方法去彌補，那不是很枉費嗎？能修辦當然最好，但是你在修辦當中會發現，為什麼這個人這樣，為什麼那個人那樣，在是非當中可真是頭痛啊！對不對呢？你們要多體諒，不見得每個人都修得很好，如果你們修好自己，能夠包容別人，你們就比別人好一點了，想想有幾個人在真正地修道呢？再想想道場怎麼會這樣呢？道場有錯嗎？道本身有錯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想想道是人在修，別人沒修好，是別人的缺失，拿別人做為借鏡，你不要再想道場怎麼會這樣，這就會使你心灰意冷了。修道修己是正常的事，別人怎樣是別人的事，他是你的好朋友，我可以勸勸他，同修嘛，別人有那點不好，我們好好地勸，不可以直言，直言是會傷人的。要知道如何去勸人，而勸不過三，三次講過了，就不要再講了，這是人之常情啊。咱們盡到了這個心，勸過了，盡心盡力就好了，為師再說一次，修道修自己是正常的事，要記清楚了，盡心盡力去修辦吧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什麼叫做著形著象呢？譬如說你心中常掛念著這個明師不器重你，工作都不讓你去做，這就著了明師象；還有你常批評這個講師道理講得不好，工作都不派給你做，來到道場有什麼意思呢，這就是著了講師象了；你看著道親在道場中的是是非非，吵吵鬧鬧，你就不來道場了，這也是著了道親象。修道早就告訴你們了，不著形象好修道啊！要認理實修喲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家指點你不好，你就不高興了，說什麼做得這麼辛苦，哎呀，我站在人前那麼辛苦，做得焦頭爛額的，但是明師又責備我不好，那個人也說我做得不圓滿，你們還這樣子整我，有些人看我的風評不好，等等，這是不是執著在自己的形象上啊！徒兒們，你的形象重要嗎？今天你辦道，雖然說我們人要有廉恥的心，別人指點你不好，咱們得要知道自己去修改，可是如果太在意自己的形象，常常想著，哎呀，我有沒有人緣呀，哎呀，明師有沒有器重我啊，你如果執著這些，你就不能夠犧牲自己，對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或者是想著，哎呀，我是個有身份有地位的人，怎麼叫我去擦地板、抹佛桌的，挺難看的；或者是說，我是來自某某高貴國家的，這個社會挺文明的，叫我去落後的國家，完蛋了，挺侮辱自己身份的，你這樣想，有沒有犧牲自己呀！你不著別人的形象，卻著了自己的形象，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今天徒兒們自己是什麼身份，自己要做什麼，你會的是什麼，你們得明白這個目標，定一個方向出來。今天我某某頂天立地，我要做的事是濟世渡人的事，我要辦的是上天的大道，別人的侮辱不算什麼，大道是普遍在每一個地方的，在那些汙穢的地方，貧瘠的地方，沒有人願意去，沒關係，我去。因為今天我與道共長存，只要道在那裡，我就在那裡，我們今天有沒有這種心願呢？有這種心願去助化，犧牲自己，那麼肉身假體又算得了什麼呢？人啊，有幾十年呀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幾十年過完了，肉身假體也沒有了，你雖然辛苦，你受傷、你受苦、你受累、你受罵，這只不過是皮囊而已啊，皮囊百年之後就壞了，人家又罵你，又直挑出你做不好，又嫌棄你，等你百年之後，你什麼都還給他了，那此時還執著什麼呢？還在意什麼呢？曾經有的是是非非，以後也就全沒有了。臭皮囊是假的，人的嘴巴什麼都會講，嘴巴是假的，講出來的是假的，唯有真正攝受到的真理才是真的，對嗎？道在哪裡，你就在哪裡，犧牲自己才是與道一體啊，徒兒要明白這個意思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法律主是司法道場的各種法律、佛規禮節以及戒律。今天道場有佛規禮節，大家才能平平安安的修道，大家才能循規蹈矩，如果道場沒有佛規禮節，人人可以越矩犯份，那是不是道呢？你對上應該有禮，對下應該有禮，人和人相處該用什麼禮節，都是有一定的道理的，如果你偏差了，你就離開了這個道理，道是中心，道是一條路，你離道了，離開這條路，那是什麼地方呢？你到了哪裡呢？就到了不是道的地方，對不對？聖賢仙佛在有道之處，那麼無道之處是哪邊呢？所以在道場一定要有佛規禮節，才能戒律大家的身心，讓大家不越距不犯份。如果一個人不遵守佛規禮節，越矩犯份，就會引魔入侵，趁虛而入，明白為師的道理嗎？這就是佛規禮節的重要性喲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多學禮節多約束自己，或許平常我們逍遙慣了，自在慣了，不喜歡叩拜也不喜歡受到約束。但是今天你們修道得先明白這個道理，要知道有些約束是一定要有的，要不然啊，秩序也就沒有了，如果不以規矩就難以成方圓，規矩是成方圓的器具，你如果不要了這個器具，你畫方也就不方，畫圓也就不圓了，這個不方不圓也就會變得不倫不類，以後道場也就會跟著不倫不類啊，是不是應該要整頓啊！佛規禮節不只是在叩拜上，禮儀上，很重要的還有包括承上啟下，尊前提後，提攜後進這些，都是包括在佛規禮節之內呀，所以大家一定要明白，討論討論，精進精進呀，好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是一輩子的事，辦道可要鍥而不捨，為師在來的時候就說過了，今天上天看重你們，你們自己也得要器重自己呀！將來會如何，咱們不知道，也不需要去知道，此時修辦此時成，現在誰去辦就是誰的，你不修不辦，什麼都沒有。就算你有個天職，你不去修辦，不去做，也是空掛個虛名，名不符實，徒兒，要名實相符才行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今天咱們吃苦了苦，你不吃苦不了苦，要知道天上可沒有這等仙佛喲！不要害怕，不要退縮，這條路咱們鐵定要走下去了，受辛苦、受毀謗也就一時吧，也就一世吧，看淡了凡塵俗世全是假的，妻恩子愛是什麼呢？名利又能如何呢？不如當個代天宣化之士，遊走四方，何等瀟灑呀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哪，是非常渺小的，在這天地之間放眼望去，只是這整個三千大千世界裡的一粟子，而人又於這三千世界當中，所以人是這麼的渺小，這個生命更不用說了。今天看淡了就只不過是如此而已，看淡了就能夠捨得，而你舍了就有得。咱們今天敬天地，愛眾生，為眾生做一切，付出我們的力量，付出我們一生的關愛，就這一生了，想想累劫累世，咱們六萬年了，說吃，說玩了，也已經夠了，就這一生吧，悽苦這一世，少點吃喝，少點玩樂，我們讓天下的蒼生永遠幸福，永遠快樂，不是更有意義嗎？辦道人不用害怕寂寞，不用害怕孤單，上有天，下有地保護著你們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說聖凡兼修，為師要和你們講，自個家庭裡面，自個該盡的責任要盡好，可是道傳到這人世間，不是自己家庭好就好了，然後自己去山邊隱居。道之宗旨是什麼呢？最後是要化世界為大同，是不是？那麼你們想想，你們做的是不是都化世界為大同呢？你們辦道，你們帶領人、渡人來求道，成全人來開法會，成全人明白道理，開設道場，那麼你們自己身心有沒有安頓好，你們在道場和在家裡是一樣的嗎？你們在道場表現出道的精神，你們在家有沒有也表現出道的精神呢？這個得要想想喲，這要裡外一致的嗎！不然這樣子做人就沒有名符其實了。在日常生活中，修道不難，就是在日常中改毛病、去脾氣罷了，但是要想想，為什麼在日常生活中過得都不好，為什麼辦起事來這麼多人事問題呢？如果你有道，還會這樣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師不是叫你們不要賺錢，然後剃個頭來道場，也不是說叫你們去捨身辦道，那是要量力而為的。不是說名利全不要了，也不是說只要名利，而是說剛剛好就好了，你不能讓名利給綁住，名利剛剛好就好，你要這麼多做啥呢？你追求它，就會被它給綁住了，所以今天咱們這個可得要了解啊！今天我們有小我和大我，就可以看出哪一個從「理」得到智慧，今天如果一個人他老是說自己不足，自己沒有能力，不能接引道親，不能成全人，那他就是被小我給障住了。可是今天如果他要把自己看成大我，那麼今天我做的事情是為了天下的蒼生，只要大家好就好，哎，大家好就是智慧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有時候這個角色是很重要的，今天你要學的是佛，我們學佛可以成佛，當你在辦佛事的時候，你必須要想像自己是佛，對不對呀？心裡想的是如果今天講課的人，他為的是要把這道理講清楚、講明白、分析入理，你想說我可以成全這般人，這般人起來以後可以成全更多的人，如果你這麼想，那麼這時他的心便是佛心，是大我，是為大眾好的心了，你們說對不對呀？那他講課一定是非常地順暢，表達得也能夠明白，而且能夠講到人家的心坎裡面去。如果他想說我是某某講師，難得有這個地方可以講課，我要表現得好，你想想你表現好有什麼用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人家不明白，不能悟透，這是截然不同的，所以這就是一個智慧了，這你可得要能夠分辨清楚啊！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既然徒兒們已經踏上修辦道的路，就一定要逼自己，因為人都很容易偷懶怠惰，常常想著，我慢一點啦、我時機還不成熟啦、我的力量還不夠啦、我讀的道理還不夠多、我認理還不足，我我我，每個人都給自己很多的藉口，讓自己退一下，偷懶一下。我能力不強不要叫我做事，明師不要理我，帶班的也不要看到我。徒兒們，你不逼自己，你就不會進步，人家逼你，你可以不理，你自己不逼你自己，就完全沒有辦法救了，沒有辦法渡你自己，仙佛也沒有辦法幫助你，所以修道就要逼自己一下，最怕就是不逼，可憐十年之後還在做清口道親，坐在那邊，所以，記住要逼自己一下，逼一下才有進步，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就是在最不起眼的地方，才能顯出他的德性，而我們做事不要都站在前頭做，如果只是站在前頭做，那麼你所做的就很有限。你們注意看，那種黙黙在後面做的，才是真正有德的人，明白嗎？咱們一定要培養這種心態，不是說今天我一定要在人前露臉，一定要讓大家都知道我，我講道理有多麼的好，我是多麼優秀，這些都不需要來表揚。咱們不能一直要人家呵護著，也不能夠一直要人家安慰你，要人家拍拍你：累了，辛苦了，要人家去關懷你，咱們不可以有這種心態。咱們應該要有的心態，是「我」要去安慰人家，關懷人家，因為這和仙佛做的事是一樣的。要人家關懷你，你就是眾生了，去關懷、愛護人家，付出給大家，而不是抱怨他們都不關懷你，他們都不愛護你，他們都不付出給你，這樣子是有分別對待，觀念不一樣，就有差別了，徒啊，您說是不是啊？今天我們要只求付出，而不求收穫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