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第四十集《濟公活佛恩師的叮嚀》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問一聲，我徒可安順？徒兒，該要為師說什麼呢？我們應當問一問自己呀。這些年來，進步了多少，提升多少，又成長多少？每年班開，仙佛慈悲，前賢們費心宣講勸化，我們反省多少、檢討多少、改變多少、調整多少、又真正力行多少？我們在臺上講的頭頭是道，在臺下呢？一遇到事情就把天恩師德拋一邊，是非滿口繞，做起事來馬虎潦草。為師問徒兒，那一份恭敬、莊嚴、慎重、戰兢的心到哪去了呢？我們是否有圓融十方，還是以自己的框框標準來要求別人？苛責別人？說話總是刺傷了別人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是否有為大體著想，還是老是固執自己的意見，不能溝通，總以為自己想的、做的、都是對的，不能妥協的？那這樣子很糟糕！倘若我們的觀念偏差，差之毫厘謬以千裡，我們所影響的是後面一整群道親的慧命。我們站在人前，一言、一行、一舉一動，大家都看在眼裡，我們要尊師 重道，聽師調遣，我們是承上啟下的一座橋梁，是道則進，非道則退。明師所交代給我們的事情，我們是否有重聖輕凡，馬上去做，做完是否有馬上回報？倘若這當中稍微有差偏、絲毫的怠慢，耽誤眾生們的慧命，我們擔當得起嗎？為師問，我們的標杆、模範在哪兒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都是幾十年的老道親了，我們有沒有越老越固執啊，越老越油條、越老越心高氣傲，越老越自以為是，我們的腰居然彎不下來，別人善意的指點糾正，我們竟然沒有雅量去包容接受，反而還拍凳子生氣！為師問，徒兒，你們真的是真心想要修道嗎，還是錯把辦道當成修道？辦道是盡心，修道是修心，是不同啊！只辦不修，將來很容易自專，自以為是，自己辦出一大片道場，自己也成全了許多道親來了，認為自己很了不起。認為自己了不起，那就真的起不了。心魔入侵，自然騎到虎頭上，稱師做祖的事情都膽敢做得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一著，智慧關考層出不窮，大多數的徒兒辦的多，修的少，以致於心性無法再提升，素質無法再提升。遇到了考驗，我們的信心是不是在動搖？面對誘惑、聲色、名利，我們的定力是不是在晃動？天演淘汰，為師怕的是，上天還沒降考，徒兒們就把自己給先考倒了。自己倒了，這還小事，倘若連累、影響後面那一整群道親，回去，將來我們該要怎麼來算、怎麼來還哪？為師心急呀，急的是徒兒身擔重任，卻不把它當成一回事，散漫、怠惰、推脫、偷閒，天時如此的緊急，豈容你們放緩腳步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痛心那，看見徒兒們認理不修，退縮不前，匿道不顯，邪知邪見，謗道毀賢，看見徒兒們差偏，看見徒兒們墜落，看到徒兒們掉入魔子魔孫的陷阱圈套裡，為師也試過千方百計，借著人、事、物來點醒徒兒，無奈徒兒卻天心難啟，不明上天之用意，油然越陷越深，為師心痛啊！只懇求老母慈悲，孩兒慚愧呀，總是讓您老人家擔心、操心、傷心、憂心。老母請慈悲。(活佛老師滿面憂戚，含著淚臨壇。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此時，恩師跪在老母蓮前，悲傷哭泣，感動在場所有的人，不約而約而同跪地痛哭。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大家快起來呀，每一位徒兒皆都是為師的責任哪，徒兒們的成長就是為師最大的安慰。徒兒，大家快起來，快快起來，我們還是要擦乾眼淚，繼續向前走。不管肩上的擔子多重，我們都得要將它擔起來，天下的蒼生這麼的多，還是必須要靠每一位徒兒們齊攜手，共同來開創聖業。要知道大道場是攜手共創的，不是自己獨創，只要徒兒真心對道付出，無怨無求，對老天信任，堅韌宏毅，老天對徒兒的助力是無限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士不可以不弘毅，任重而道遠，仁以為己任，不亦重乎？死而後已，不亦遠乎？為師知道，有些徒兒們皆都有心修辦道，為師感動，這也讓徒兒們吃苦受罪，但是咱們樂道不倦，樂此不疲，看見眾生們發心修辦道，人生因此有了轉變，我們再努力、再辛苦，這一切都是甜蜜的，因為我們的犧牲而點燃眾生們的心燈，這一切都是值得的。但是，這當中有許多的考驗、挫折、委屈、失敗，這些何嘗不是讓我們更加進步，更加提升，更加成長的營養資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應該懷著一份歡喜感恩的心，逆來順受，這是上天看重我們，在造就我們，成就我們，雕琢我們那，我們哪能遇到事情就退縮不前、匿道不顯呢？平常說了許多的大道理，就得要時常對自己勸說、鼓勵，道理是講給自己聽的，我們要自我檢討，自我反省才是啊！道理是用心體悟得來的，道理是反躬省察得來的，道理是落實證驗得來的，道理是一念清淨得來的，道理是困逆交加得來的。內在智慧的啟發，內心自我的覺醒，這會讓我們的進德修業更上一層樓。但是徒兒呀，你們的智慧啟發了嗎？內心的自我真正覺醒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倘若我們是為別人的需要才來說法，自己卻不去落實，這個道修的一點實際也沒有。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一著，亂象層出不窮，波濤洶湧，徒兒們就得要緊緊的抓住這條\\，千萬不要鬆手啊！我們不管別人如何對錯，在我們的心中就得要拿定主意，做好自己的本份，盡心盡力去做。我們不批評別人如何，我們只要問自己，問心無愧否？同修之間要彼此互相提攜、互相扶持、互相幫助、勸勉，有誰受到了考驗，我們要立刻去補他的不足、鼓勵他、關愛他、陪伴他走過那一段黑暗期，而不是說一些話來汙染道場。好不容易呀，有這麼一個清靜的道場，這是要靠大家共同來維護，一起來護持，而不是在一旁說風涼話，扯他人的後腿，兄弟鬩牆，同室操戈，最傷心的是我們的皇母親啊。我們應該要做一位孝順的好兒女，而不是盡做一些事情讓老母親傷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是\*或者是講師，我們站在人前是個帶路的人，我們要把眾生帶往什麼樣的方向，心裡要有個底。當徒兒在塑造一個修行風範的時候，就得要特別注意小心，徒兒不斷地凝聚，做成一個模式，大概兩年以後會發現錯誤，那時候要調整、轉變，五六年都很難，因為眾生總是有先入為主的觀念，我們怎麼能夠不謹慎小心呢？尤其是在外開荒的徒兒，我們大家的責任都很重呀，因為我們所關係到的是千千萬萬眾生們的慧命啊，所以我們的一言一行，一舉一動，以及對道的精神，這些都是後進之學的標杆、模範，別人可以懈怠，但是你們絕對不可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站在前面是一個帶路的人，不是佛頭，就是魔頭，在我們身後有一些道親，你怎麼做，他跟你學，倘若我們的所言所行有所差偏，這個道該要如何辦下去呀？道場危矣！徒兒們不要在心裏面說「對，沒錯，某某人就是這樣。」我們今天不是來檢討別人，而是要反問自己，是不是問心無愧呀？為師愛之深責之切，一句一句的叮嚀，只有希望徒兒們能夠更加的團結，不要因為分區的運作，而就把你們的心給區分了，起了種種的分別、對待、執著，大家的力量分散，彼此貌合心離，外來的考驗不攻自破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所以我們應該要對道更加有凝聚力，對天恩，這整個大家庭要更加有凝聚力，向心力才是啊！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唯有團結，就能夠突破種種的難關，唯有團結，才不會被外來的考驗所擊垮。因為我們團結，就能夠鼓舞后面那一整群道親們的士氣。若帶隊的人都沒有士氣了，任何的事情都無法凝聚成一股氣候啊！徒兒先坐下來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句一句的叮嚀，一次又一次的囑咐，就只有希望徒兒們能夠更加的團結，打開彼此的心結。只要團結，成功在望，只要團結，任何的事情皆都能夠有所轉機。倘若徒兒們不團結，彼此互相考驗、互相逞壓、互相猜忌、不珍惜、不護持、不擔當，那麼老天要助徒兒也是很有限的。我們的能力不足，這沒有關係，但是口德就得要修好，我們不要去羨慕別人，各有因緣莫羨人，只要徒兒們盡心盡力，放下得失心，守好自己的本份，咱們不強出頭，不求道名道利，默默的做，默默的耕耘，好好的報恩了願，老實修道，上天就只取徒兒們這一點真心與誠意，為師也欣然安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聽到為師所說的話，不要只是現在慷慨激昂，戰戰兢兢，雙手一放，就什麼都忘記了，大家就得要好好的努力。我們不做溫室裡的花朵，百般的受到人家的呵護、照顧。修道人凡事自己來，我們要當下承擔，勇敢的去面對考驗，突破它。我們要像松柏長青的大樹一樣，不斷地向下紮根，求穩厚。不要只貪一時令人炫目的花朵，五顏六色，好像是一般雄偉氣壯，但是等到寒冬一來，是真功夫、是假虛偽，一目了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內在涵養的基礎，是要在平常多下功夫的，不是臨時才來抱佛腳，臨陣才來磨槍，臨渴才來掘井，這樣來得及嗎？我們反而擔過，只要我們的內心有所啟發，有所感悟，老老實實的修道，自然所說出的道理平實動人，攝受人心。我們何必要高談闊論，滔滔不絕呢？這是大家所要存養的。徒兒們，修養的功夫還不夠，往往冒急處事，也就容易誤事，那這樣我們就更加擔過了。自己的脾氣毛病自己是最清楚了解的，關心我們未來升降的良師益友不也適時的指正著我們，糾正著我們嗎？但是倘若徒兒們姑息，姑息以養奸，你最難改的脾氣毛病，說不定是將來使你墜落、差偏、失敗的主要關鍵，我們怎麼能夠不改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不希望這個道場敗在我們的手裡，我們希望這個道場在我們的手裡能夠興旺。為什麼道場會有那麼多的是非？因為太閒了，你才在講閒話。為什麼會很閒呢？因為不修。孔夫子說過一句話「夫我則不暇」，真正在修辦道的人，自製、修養的時間都不夠了，哪還有時間去批評別人，說人家的不是呢？當一個人不修，光看人家的時候，就會看到許多的毛病。明師也不是聖人，難免會有缺點毛病所在，我們身擔講師之職，就是要去補明師所不足的地方，圓融他。明師有所疏忽、忽略，我們就得要從旁去輔助、去提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倘若徒兒專門看人家的毛病，「你看你看，明師還這樣做，這樣像個明師嗎？」你們老是看到人家的缺點，優點沒看到，缺點倒是看到了一大堆，這個道場都是這種人，道場會興旺嗎？一定會敗的。所以徒兒我們就得要修，我們就得要改，要多學習人家的優點，多看人家的長處，別人的缺點毛病，我們作為警惕，引以為戒，我們還得要更加適時委婉的去勸導他、引導他、糾正他。我們總不能眼睜睜看自己的兄弟姐妹墜落、差偏、誤入歧途而見死不救，袖手旁觀吧！你們都喜歡當好人，有誰喜歡當壞人？但是不當壞人大家怎麼會成長、進步、提升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是我們要問一問自己，有沒有知恥的心，將來回去，是要一個也不少的通通回去，這才是皆大歡喜呀！所以徒兒們，大家要手牽著手一起來修辦，雖然只是二三十人，所凝聚起來的力量也是非同小可，更何況在座的徒兒有幾百位，大家都得要好好的發揮，適才適用，能夠適才適用才是整個大道場的福氣，救度眾生才更加有希望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心辦道的徒兒，為了眾生，為了建設彌勒家園，所做出來的事情只要是合天心，符合上天的用意條件，老天一定幫助，但是很少人能夠體會那顆心，那份辛苦是別人所無法體會的。但為師知道，為師了解，為師完全都看在眼裡，為師既心疼又欣慰！咱們知苦了苦，受罪了罪。我們大家皆都是乘願而來的，將來就得要了願回去呀！捨我其誰，咱們就得要有一份大無畏的精神，勇往直前，矢志永不退縮，徒兒，你們願不願意呢？好不容易建立起這麼一個大道場，我們該要如何來凝聚這一股力量，不管考驗，不管是非，我們大家就得要堅持的去突破，共同來護持，有任何的委屈、考驗、挫折，只要徒兒真心誠意的呼喚為師，為師都會在徒兒們的身邊替你們加油、打氣，所以你並不孤單，你並不寂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老母娘的慈輝，溫暖我們的心，有諸天仙佛的慈德，庇護我們的安平，有為師的慈愛，牽著徒兒的手。這一路走來，雖然百般辛酸淚，但是，我們回想起來，不也有許多溫馨可愛嗎？我們沒有什麼分別、比較與對待，道心最堅定。為什麼修久了會有怨呢？那就表示徒兒還在分別、比較、對待、執著當中。那是你的工作，那是我的工作，我做得多，你卻都不做，越看你越討厭，人我對待，比較長短，計較得失，痛苦的是自己，不是別人那。所以徒兒，我們就得要放下，放下世間一切，放下人我得失與對待，道心就能夠提起，職責就能夠負起，使命就能夠擔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還得要學會關愛與溝通啊，因為咱們願立了，就得要去做，願不能了，怎麼回家呢？所以徒兒要快馬加鞭啊！我們所度的人，知識水準越高，就會越固執，不僅道學要精進充實，火候也要鍛鍊，還得要身體力行，知行合一，更得要刻苦耐勞，忍別人所不能忍，就是因為難忍，所以才難能可貴，所以才能建立不朽的聖業，我們要好好的珍惜這一份道緣以及這麼好的修辦環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千萬不要輕易的打破咱們師徒之間的約定與承諾，師徒的約定是生生世世不離不棄，只要有一位徒兒不回去，為師也無顏見老母親，我們都已經走到了這個地步，走到了這個地方，還有什麼看不開的，有什麼放不下的呢？不要因為某一個人或某一件事情，和你有所不平衡，而就障蔽了你的智慧，這樣萬八的聖業要如何來開創呢？徒兒們的九玄七祖不也正等著你們多行功立德嗎？徒不走，師心酸，徒不修，九玄七祖也憂傷。徒兒們就得要學學老祖師的精神，樂觀的面對一切，為師怕的是，徒兒沒信心、退志、改變心意，這不是為師所希望看見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希望徒兒們能夠把心靈的垃圾通通清掉、丟掉，歡歡喜喜的面對每一天，帶給每一位眾生希望和光明，徒兒，你們願意嗎？成佛這件事不是用講的，而是要真真實實、腳踏實地的去修，去做，六萬多年來，咱們就只等這麼一次啊！我們有行功了願的機會，就得要當下把握，緊緊的握住，有事建功易，無事建功難。我們的人生能夠保證有多長，今天平安，明天呢？佳期良辰就只有這麼一次，我們要做，就得要把它做到最好，因為這份緣得來不易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是天下無不散的宴席，師徒這一別，徒兒們就要各自分西東，為師希望徒兒們的道心能夠緊緊相系在一起，也更希望下一次再見面的時候，徒兒們能夠更成長、更有智慧、更懂得去包容他人，最重要的是能夠承擔聖業。辦道是要定下目標與志向，然後全力以赴，盡心盡力去做，以報答天恩師德於萬一。若沒有前人種樹，後人如何能夠得以乘涼？創業維艱，守成不易，要永續的延續下去，傳承下去，更是艱巨，所以這有賴每一位徒兒們共同來承擔。徒兒怕苦嗎？前輩們所受的苦，你們還不及他們的萬分之一，我們哪能喊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是，家家有本難念的經，每一個人的因緣不同，所受的考驗也不一樣。要一世修，一世成，一世了，並不是那麼的簡單容易呀！徒兒們就得要咬緊牙關，撐到最後，不到最後關頭，是不能夠見真章的。末後一著，層層關考，陷阱叢叢，徒兒們就得要慎思明辨，速睜慧眼。一失足成千古恨，再回頭已百年身，如此，我們怎麼能夠不戰戰兢兢呢？千萬不要讓我們的九玄七祖蒙羞，也千萬不要再讓為師一而再，再而三的失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的願了完，就能夠回家，就能夠給老母娘一個交代，我們自己辛苦，是在了自己的願，我們救眾生出苦，是行功立德，不是沽名釣譽，咱們不求有功，但求無過，徒兒們，好不好啊？每一字，每一句皆都是為師的心血、血淚，為師沒有什麼奢求，只有希望徒兒們能夠做一位老母的好兒女，為師的好賢徒。多少年來了，我們依然仍舊原地踏步，甚至退步了，難道我們要等到災劫降臨到我們身上、業力找上門來，才要真正的醒悟嗎？咱們不要做後悔的事情，不要後悔，就得要把握當下。修辦的路途，別人無法代替，唯有靠自己勇敢的走下去，不到最後，我們不想退縮，徒兒們，好不好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為師就辭叩母駕返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