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第四十二集 壇主篇 講師篇 辦事人員篇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1、壇主篇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讓為師來告訴你們。人哪，來到這人世間，頂天立地為三才之一，但是時代潮流日新月異，人心的變遷，人倫綱常早已不在，漸漸都出軌、偏離了。上天降道，應時應運挽救有緣蒼生，九六佛子，有緣的就可以得道，這些你們都知道。但是你們來到道場所學的又是何事呢？你們讀的是何書？做的又是什麼事呢？讀聖賢書、做聖賢事，所以聖賢有聖賢的標準哪！在人世間，人人都可以做好人，你牽個老人過馬路，人家也說你是個好人，但是好的標準又是什麼呢？因為人心的敗壞、道德的泯滅，好的標準就愈低了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這世間，可說是到處人人互相殘殺，如果你不殺人，人家就叫你好人，懂嗎？而來到道場中，所讀的是聖賢書，所學的是聖賢事，自然標準要提高了。為師問你們，你們是要成為標準的人，還是要成為人上人？或者是要成為聖賢的候選人呢？如果是想成為聖賢的候選人，當然就要受一些被要求的壓力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人家說你這個壇主是空有其名，你能不能虛心接受呢？因為他們對你要求的是聖賢的標準哪！你們應該感到榮幸才是，而在榮幸之餘，還要感到慚愧萬分哪！你們看看這個世間，還會有人以聖賢的標準來教人、來選擇職員嗎？所以你們是多麼幸運的一群啊！千萬不要再覺得道場的約束很多，戒律很多，綁手綁腳的。徒兒們要自己去體會，你們願不願意在道場中學習呢？你們願不願意以這些作為標準哪？仔細的想一想，這就是修道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修道途中，你們的脾氣毛病很容易曝露在眾人的眼光之下，這就是十目所視、十手所指，如果沒有眾人的眼光來看著你，通常你們都是暗室虧心了，是嗎？而聖賢最怕的就是自己一個人獨處的時候，這個心念跟行為都很容易出軌，但是道場有很多人會看著你，前賢會盯著你，後學也會望著你，請問你能不能出軌啊！當你面對道親、前賢的時候，就要隨時來警惕自己，慎心物於隱微，在二六時中，這個獨處的功力就會增加，這就是修道的功夫，所以你們大家同修聚集才是好的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開這艘法船，最重要的是確定一個方向、目標，既然決定要做這件天底下最偉大的事情，咱們就得用心哪！不是說我今天用心，明天就不必用心哪，用心必須持之一恆。不管作什麼事情，都會有崎嶇坎坷的時候，這些都不是能夠預料得到的，所以遇事時唯有用自己的智慧與勇氣來面對它。修道不貪不求，如果居上位的不能納諫，只喜歡人家奉承你、尊從你，就已經面臨到這個危局，只是徒兒在這萬險陣中而不自覺，不知明師危險，從上至下每一個人都危險，所以才要你們借相明理，明白嗎？有理則遵，無理則退，要好好想一想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問你們，你們自己家裡為什麼要設道場呢？是不是為的方便接引眾生，而且平常也能夠就近叩首禮佛，還可以在自己家裡學習佛規禮節。你們想想，自己姓什麼，家裡的道場就姓什麼，這是一件多好的事啊！你們的祖先沾了光啊！對不對呢？子孫如果能做到讓祖先沾光，你的這一生就很值得了，所以千萬不要看輕自己家裡的小道場。自己家裡的道場除了叩首禮佛以外，有沒有按時燒香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要想一想，平時工作這麼忙碌，生活作息都不正常了，可是自從你一開設道場之後，所有的作息都變得正常了，晚晚睡要早早爬起來燒香，時間到了還要準備供果，整理道場等等等，這些都是要讓徒兒們知道什麼是正常啊，對不對？有了道場之後，除了生活作息恢復正常之外，還要進一步的正常做人。你們以前做人都太不正常了，不是早出晚歸，就是晚出早歸，而從設立道場開始，這一切都開始收斂，也開始檢點了，有了壇主這個責任以後，要做得更端正、做得更好，不可以隨便了，是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壇主的每天早晚香叩首，有沒有老老實實的做呀？或者是姍姍起床獻香，徒兒應該有所覺悟，不要讓前賢來要求你，自己要要求自己，還有謙恭低下，當壇主的人都做到了嗎？如果平常不落實，一到渡人的時候，人家有可能一下子就把你看穿了，這時道在哪裡呢？人家從你的身上來認定這個道的，你們修道要老老實實，每一件事都要做得紮實，就小如獻香也必須準時，該做什麼事就老實的去做，該改的毛病就一樣一樣的改，不要貪高，不要妄想，這就是要認理實修啊！當壇主的要守住你的願，將來一樣可以成道，至於災劫的瀕臨，上天自有打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2、講師篇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贈人以言，重於珠玉，傷人以言，勝於劍戟。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時警惕自己，話不可亂說，天時也不可亂猜測，還有講出來的話要儘量圓融啊！講課當講師的要臺上臺下都一樣，那就是言行合一，而不當講師的，也要一樣修辦道，一樣從修身養性開始。你們立願要代天宣化，就要有一顆天心、濟世救人的心，要時的人對自己所講的道理要正確，而真正成功的講師，是一個能全心全意掏出自己的心得，把道氣表現出來的人，這樣的道理最吸引人了。講課者如此，翻譯的人也是一樣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這顆心是要存著效法聖賢的心，存著普渡眾生的心，存著謙卑的心，存著慈悲的心。身為講師的，如果不知道謙卑的道理，以為在道場所得到的一切成就是理所當然的，是上天應該賜予的，那麼上天在你周遭所示現的一些微妙道理，是沒辦法體會得到的。就象你得了道，當了講師、壇主之後，你有可能會認為，那是自己多年來的辛苦所得，於是趾高氣昂，失去了謙卑的心，其實上天給你們的恩惠太多了，只是你忘了，你沒感覺到。若想說話使人信服，就先要把驕傲心、不平之心降服，以最平和、最有自信的心表現出來，至於那些無益的話，就少說為妙。孔子說：小人群居終日，言不及義。若需要整天交談才能聯絡感情，這份情也未免顯得太淺薄了吧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啊，最怕的是有名位，一旦有了名位以後，大家就會尊敬、恭敬你，久了久了就忘形了，這驕傲心一旦養成了，怠慢心也養成了，那時你就很難改了。尤其是你們當講師的人，更要小心不要貢高，有一點學問不要去貢高，有一點點學問，講天文你完全懂嗎？說起地理來你能了解嗎？說理論你夠明白了，怎麼開天怎麼闢地生人，你知道嗎？所以啊，一旦跟天地比較之下，人啊，就是滄海的一粟，何其渺小啦！就算你很有錢，但你能夠跟天比嘛？什麼是真正的財富啊？你的內德才是真正的財富啊！你隨時都要讓你的心境提升，無論你是居上位或是居下位，都要一樣，天職雖然有差別，但是修道的目標卻是一樣的，只是借用人間的職責來成就你自己，如果你連人的本份都做不好了，就連人的人格都沒有了，那你要進入佛國就很困難了。現代的人哪，只懂得重體格，不重人格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了講師首先要看重自己，想要當大家的標杆模範，就要真正擔起責任，而不是濫竽充數。當你站在臺上講道的時候，臺下的班員要聽不聽、要理不理的時候，你還是要盡你的本份與天職。不要整天只會抱著書本，只會講文字道，說語言道，道不在言說，貴在實行啊！講師是做什麼的？承上啟下，是不是呢？可是有人有苦衷喲，你說你也知道要承上啟下，偏偏就是上下都承啟得不好，所以倍感挫折是嗎？不要怕，要有不足才會有進步，承上啟下又不是你一生下來就會的，大家都是在學著做，有誰敢說自己一定會做得很好呢？不會呀！要試著做才會有經驗，以後才有能力教人家，如果到那時還有很多的不足，就要有警惕的心了，已經做了那麼多次，怎麼還會疏忽呢？所以不要怕失敗，不要怕做不好，這都是寶貴的經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講師還有什麼要做的呢？要尊師重道，對不對呢？你們想一想為什麼會當上講師，一定是自己有了體悟、感想，然後試著去講，講到讓人家明白、了解，而這個講還是要經過學習的。如果什麼事情都講得不圓融，如何稱得上是講師呢？現在真功實善的人實在太少啦，所以啊，感化不了人，災劫就不斷地來襲啊！所以我們修行人要反省這一點喲，你不要辦道之後，名相提升了，道場增多了，後學也增加了，自己倒反而多添了一些執著，養尊處優是不可以的喲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什麼是忠？什麼是孝？不知古人行忠孝，諸葛孔明的《出師表》、李密的《陳情表》，讀了嗎？當講師，這兩篇文章要讀一讀，你自己都沒有一點內涵，你上臺啟發眾生困難喲！你的道味顯現不出來，怎麼救人呢？你平常忙著辦道，都沒有反觀自己，到底這個道場缺欠什麼呢？為什麼辦道這麼多年來，還是如此呢？好象聞不到一股儒者的風味，有點急躁、好動、靜不下來，缺少文人的氣息，道的風範就顯現不出來，所以要多讀書，每天撥一點點的時間，看看聖賢的書，可是讀書不要讀死書，要學以致用，要回光一番，那你才能時時保有心靈的覺醒喲！講師講課或渡人時，你講得再多，或許對別人很有用，但對自己卻一點用處也沒有，因為你只是講給別人聽而已，自己從來也不曾用心去觀照過，這樣的講課、渡人就太可惜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講師不可以上臺呱呱叫，下臺道氣消喲。儒家的四書開頭講的是：大學之道，在明明德，在親民，在止於至善。自明其德就是正己，再化親民就是成人，也是渡人、辦道的功夫。金剛經的宗旨是什麼呢？是自覺覺他，自不能覺，焉能覺人啊？這不是盲師害瞎徒嗎？一盲引眾盲，脾氣毛病一大堆，也不知道往自性裡頭迴光返照，難道當講師的只會講給別人聽，從來也不知道要講給自己聽嗎？做個講師也要時時充實，才能使眾生明理，如果還有不明白、未學到的地方，就要低心下氣去請教他人，如果請教之後還是不明了的，就要多研究三教經典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一生能夠生而知之者，那已經是很少的了，大部分都是學而知之的人多，你們千萬不要凡事都推說「我不知」。並不是講師的就不用去講道理給人聽，不是辦事人員的就不用去做，你們不管任何角色，你們的使命都是一樣的，都是蒙受了上天的恩，只有盡心去做好自己的本份，才算是個學道的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萬事萬物是學不完的，就算你再會講道理，道理研究得再深，有時還是會執著於個人的意見、角度，為個人的意見而說，站在自己的角度而講，所以才說要效法天地之大公。徒啊，好好學習，好嗎？講話要有講話的技巧，講課要有講課準備的資料，不要怕講，也不要以為不是講師就不學講了，人的一生要時時學習，常常突破，不要說這個事情我不做，那就會把自己給定型了。人為什麼會貧窮呢？因為把自己給定型，覺得自己是怎樣的人，所以不和怎樣的人來往，覺得自己是這樣的人，所以不做怎樣的事，如果你把自己定了型，那吃虧的是自己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，要時時學習，時時改變自我，才會進步，不要怕去探索，在摸索中可能會碰到稜角，但碰到了才知道有新的路，咱們如果經驗多了，成全的眾生就會更多。觀世音菩薩為什麼可以成全無邊無量的眾生呢？為什麼家家戶戶觀世音？就是因為觀世音所吃的苦，就是眾生都嘗過的苦，所以她能了解眾生的苦啊。如果你沒有做過這件事，你就不知道這件事的苦，這個人的苦，也不會知道如何去救他，所以才說要學習去了解眾生的心哪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3、辦事人員篇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生命的喜悅，來自於適才適所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辦道中各項事務是否都會做了呢？譬如辦道排班會不會了呢？是不是也有顛倒錯亂的時候啊？這佛規禮節要做得好，就要常回道場練習，常爭取辦事的機會，不要害怕做不好、不熟練，多做就多熟，愈做愈好，不做就不好。所以才說要自己去爭取機會，試著去做，不管事情做得好不好，最重要的是這顆誠心敬意，既然有心要為眾生服務，就要給自己試著去做，不論是排班、渡人、文書，或者是掛號，你會什麼就發揮什麼，這才是辦事人員的本份。道是一種力量，可是要藉由有形的才能顯現出來，而你們都可以代表道，因為你們都有形相，當你們把他表現出來的時候，就表示有道的存在了，譬如說你的文書做的很好，字寫得很好，你就去負責掛號，這樣就把道給表現出來了，而你很會渡人，你就去渡人，這也把道給表現出來了。所以徒兒們，你們都是上天的一座橋梁，一個工具，你會做什麼就做什麼，不要挑，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啊，沒有什麼都不會的，再不會也會照料自己的生活吧！你們看那些老菩薩們都很有志氣，就算她們再不會，也會掃地、拖地，所以最重要的是盡一份心、盡一份力，對不對？你們都是很重要的角色，所以要做該做的事，多渡人、多辦道，因為你們都是辦事人員，要負什麼責任、做什麼事，全都要了解，一到了你們幫辦的時候，就要好好表現一番，不管做好，做成功或失敗，至少你們都盡心在做，況且有失敗才知道下一回該怎麼做才會更好，一次就成功，就不好玩了，對不對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今天是個辦事人員，你的操辦都很好，你的能力也很好，應對進退都非常圓融很得體，各細節方面也都注意到了，大大小小都沒問題，這，是個標準的辦事人員。但是啊，為師希望的不是只有這個樣子啊！什麼是最重要的呢？是精神！而什麼叫做精神最重要啊？今天你來道場是為了什麼來當辦事人員的呢？是為了法會、為了成全道親、還是為了初一十五來獻香獻供呢？來到道場當辦事人員，就是一個付出的表現，為誰而付出呢？不就是為眾生嗎？所以徒兒啊，你們的心要放在眾生的身上啊！當你們的心在眾生身上的時候，法會中所進行的每一個環節必定能夠環環相扣，怎麼說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譬如說，法會的第一天中午要辦道，而你是負責壇務的，那麼下一個動作是什麼呢？這個時候你的心就要放在這個辦道整件事情上面，而不是做執禮的還想到佛規禮節還沒背熟，臨時趕緊背一背，縱然你的責任會盡好，但那個精神環扣就扣不上了，懂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接待組的要做什麼呢？盛飯、打毛巾、做點心、準備茶水等等，如果僅是這樣的話，那只是個形式上的辦事人員，你只是在勞動你的身軀，精神並沒有發揮出來。要是飯菜已經添滿，但是道親怎麼還不吃，就要趕快去找道親來吃，帶著道親來享用熱騰騰的飯菜，這份關心的精神要發揮出來，而不是把這些動作做好了，就表示你完成了責任。道親來了道場很拘束，不知道去哪兒吃飯，你也不懂得接引，這個就是缺陷，就是精神還沒抓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總而言之，辦事人員就是一種付出，徒兒們所學的佛規禮節、經典、道義講說、幫辦、應對進退，都只是一個輔助，輔助你把愛眾生的心發揮出來，懂嗎？所以不是為法會而幫辦，不是為初一十五而幫辦，是為了道親、眾人而幫辦，既然知道所做的一切，是為了眾人，那麼無論是舊道親、新道親、講師、辦事人員、壇主、明師，都是你付出的對象，所以不可分彼論此，對不對呢？這麼辦事起來是不是就很法喜，辦起事來才不會給自己壓力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其實很多時候都是你們給自己很多壓力，心裏面總是想著：哎呀，我沒有把事情辦好，上面一定會覺得我能力差，這一些思想，徒兒啊，在辦事當中要時時學著讓自己回到原點，那就是初發心那一點。辦道不管你是什麼天職，為的都是眾生，重要的是付出這顆真心，只是動作、方法、角度不同而已，當你們能抓得住那個原點，無論你扮演什麼角色，都一定能夠盡善盡美，明白嗎？有時候你們帶唱聖歌時，就是會不順，其實已經是耳熟能詳的歌了，為什麼就是唱不順呢？調整調整你們的心態吧！想想看唱歌要以什麼心態來唱呢？是不是愉快的心、輕鬆的心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當你有愉快、輕鬆的心時，才能完全融入歌詞，融入仙佛的心境，相反的，如果你是以一個上臺表現的心來唱這首歌，你就會有我的心裡非常的緊張，我怕會出錯，我怕走音、我怕不圓滿、我怕真唱不好、我怕被明師責怪，這麼多的心哪！當你有這個心的時候，再熟悉的歌也都會被你唱得走音了，平常要試著沒事就口裡哼哼歌，用輕鬆的心情來唱歌，才會表現出那種精神來，徒兒啊，你們不妨試試看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要小看辦事人員的天職，有沒有聽過小兵立大功啊？也不要以為我是最小的辦事人員，我是其次的壇主，我是初學者，沒什麼，不要小看沒什麼，你們要不斷的努力，不斷的做，才會晉級到越來越沒什麼的最高境界，到你們現在這個階段，做得越多，將來的成就越高，現在這個階段是「少小不努力，老大徒傷悲」，要懂得這個意思啊！辦事人員要能時時動起來，如果都不動，精神也沒發揮出來，你那個滿腔的愛心，滿腔的關懷，還有你曾經說過要替為師把愛付給眾生的那顆心、那份愛，要在什麼時候發揮呢？就是要借著辦事的時候發揮出來，不斷地付出去，犧牲奉獻，才能動起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辦事人員還要有正氣，這個志向不可以隨便改變，了解道很好，了解什麼是正正噹噹、頂天立地的人該做的事，了解了自己的使命、責任之後，就不可以任由那些雜七雜八、妖魔鬼怪來混亂你的思想，胡亂你的行為了，所以說這個正氣要發揮出來，精神要秉持的住啊！在咱們要別人鼓勵、肯定自己之前，你們就要先鼓勵、肯定自己喲，咱們寧可做一個鼓勵、肯定別人的人，也不要做一個等待別人鼓勵、肯定自己的人，明白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的人做的不錯，可是身為辦事人員的你，卻忘了去讚美人家、鼓勵人家，而且你們自己立志的心都不夠，對不對呢？為師希望你們同修之間能互相鼓勵、互相肯定，這樣才會有朝氣，才會有活力。你們有沒有好好去護持自己的根基呀，還是任由外力、業力來砍啊？你們的心經常會動蕩不安、起伏不定，就象行船當中的波浪一樣，真是大波小波不斷，對辦道與渡眾的信心起伏不定，一陣子很發心、很感恩、很感動，一陣子又很無力、很無助、很無奈、很無臉見人，對不對呢？這是過程啊！什麼事都有過程，這是很自然的。身體好的時候活力四射，怎麼做也覺得不累，一陣子之後，又容易睡一覺，容易累，有形有象的身體都會這樣呢，更何況是心靈？心靈有時也會受到外在環境的影響，人啊，是最容易受到外在環境影響的一種動物，雖然這樣的適應能力比較強，但淘汰率也相對的增高，不是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辦事人員要在負責與嚴肅當中尋求它的活潑與輕鬆，做任何事情都要懂得通權達變、活潑玲瓏。舉凡這個世間都沒有一定的對錯是非，也沒有一定的固執剛硬的事物，但是這其中也蘊含了它的柔軟面，事物如此，更何況是人心哪！所以徒兒們，你們要經常保持柔軟的心，這是很重要的。不管你是與道場中的同修相處，或者是處理家中的人事，如果還會有口角、爭執，還會有心情不順、不圓融的時候，這都是因為你的心還不夠柔軟，還想要爭那一口氣，只有人哪，才會爭那一口氣喲，但是爭到最後也只剩下那一口氣，爭到那一口氣之後，也就與世長辭了，想想這樣的人生不就很沒意義了嗎？你為了跟人爭奪一個對錯，或者是要求別人要達到你的思考模式，甚至覺得你為他做了那麼多，為什麼他還不改變呢？於是你就去爭那一口氣，那會值得嗎？這啊，就是因為沒有柔軟心的緣故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或許徒兒們會覺得自己修辦道以來，家庭也沒有更和諧、更圓融，於是開始質疑修辦道的價值，但也有人自從修辦道後，與家人的相處變得更圓融、更和氣了，有的人修辦道後，家裡還有暴戾之氣，有的則是死氣沉沉，為什麼會這樣呢？那就是柔軟心不夠，你還在執著於要求別人符合你，你如果還會想到這個人是如何如何，整個心都放在人事物上，就很容易偏差了。所以要先跳出來看看，先想想事情的原委，不要老是想別人的對錯，你應該想如何讓事情更和諧，不要心想那個人的壞或好，先想想自己該怎麼做，因為日子是自己在過的，呼吸是自己在呼吸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要如何讓自己的周遭人事更好、更和諧，就不要盡想著怎樣去改變這個人、怎麼去跟這個人說，當你的心放到這上面時，尤其是自己的親人，更容易有我執，因為他是我的兒子、我的父母、我的妻子、我的先生，都是你的，你把先生放在我或者是他上面，就會有因果與業力的糾纏，聽懂為師的意思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踏上了這條路就不要再後悔了，該是徒兒們的就是徒兒們的，不論徒兒們走到天涯海角，為師一定找得到你，這條路該是你們走的，這使命該是你們了的，上天既然選上了你們，你們不為上天盡心盡力，誰來為上天盡心盡力呢？還有誰能推展這真道呢？眾生迷昧呀！天人共悲，九玄七祖也在聲聲的催討，縱然你們會有失志迷失的時候，可是徒啊，信心千萬要堅定，方向要準確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