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第四十三集 篇、壇主篇、開荒篇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\乃師之化身，要以德服眾，平等同事。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一定要記住，明師雖然只有一個，教有千萬裡，但根不可斷啊！所以在道場中一定有一代一代相傳相延的人，凡是跟你們入道修行的，你們都有責任去關心人、愛護人、去輔導人。你們憑什麼來輔導人呢？就憑你們的誠意正心修身，以德而普照啊！為師是希望你們不要當一個有其名而無其實的代理明師啊！所以前賢要選擇一個能負這個大任的人，並不是你入道資深就有資格當代理明師，徒兒們，記住啊，並不是你入道資深才算有資格稱代理明師呢，而是以個人的修身、品德為主緣，來己立立人，己達達人。你們今天年紀輕輕，就可以稟賦著上天的明命，是因為前人看你們有這種忍耐心、慈悲心、道心，才引渡你們，推薦你們為眾生的模範標杆，所以你們要立眾生的模範標杆，不要輕而易舉的讓人給推翻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既然已經領了為師的命，就要知道去開創，要知道愛群生啊！雖然你們相識無幾人，但是此心表上天，也是只有一個「誠」字。他人如果能夠渡上幾千個人，那麼你只要一個成聖人就可以了，此話怎講呢？因為上天取的是你們一顆誠心，而不是看你們的功德有多廣，上天只怕你們造過多，而不求你們行功多，這句話是為師最切身、最由衷要告訴徒兒們的，無過便是功啊！為師最擔心的，就是徒兒們是好為人師，稱自己比別人能幹，稱自己才識比別人還要高，稱自己是身為明師，說我所講的話你們一律都該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話是不合乎道理的，如果你想讓有知識的人跟你們學習，就必須要做到謙卑、和藹、不恥下問。不要說你們今天是明師，就不敢請教後學，如果你們能夠承擔代理明師這個天命的，那麼為師所取的並不是學識高低，要知道佛法平等無高下，只是在德性的差別而已呀！所以先知者就要有責任去引導後知，而先覺者要覺後覺。雖然你們都是我濟公的徒弟，個個為師我都不捨棄，個個為師我也都容納，但是你們自己會輕棄自己呀！所以為師我就不得不特別的交待你們，特別的囑咐你們。徒啊，你們都是為人師表的人了，就要以人師的表範、標杆來立於人前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如果你們不懂，就要求問於他人，這並不是低賤的事，也不是羞恥的事，這是達學啊！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上天授命給明師，明師就代表著為師，所以做事情、處理事情就得要合乎天心，如果說只會以自我為主，不要以為明師犯了錯沒關係，反正大家都在修，難免會犯錯嗎？要知道，不順著天心來做事，做錯了一樣要關天牢啊！咱們修道不認人情，如果順著人情修道，就不叫修道了，咱們做事要當仁不讓，是對的，要趕快去做，如果你一猶豫了，機會就溜走了，如果脾氣毛病不趕快改掉，上天選精撥萃，一樣會被淘汰的。各負一方的明師，要懂得放下、放開，責任該給別人的，就要給別人，別老往自己身上來搬啊，那你可會累得受不了喔！你們這些明師，責任要付給人的，要看清楚這個人可不可靠、辦事能力強不強、有沒有做過、做得對不對好不好，更要懂得發掘人材，上天有人材給你們，不是沒有，只是你們不發掘、不去關心罷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，咱們不要太剛，也不要優柔寡斷，處理事情要公平、中庸，這才是最重要的。要公平，不公平怎麼做濟公的徒兒呢？你們說是不是啊？你們都說你們是小濟公，怎麼領了天命的人做起事情來卻是不公平呢？這樣下頭的人不是要講話了嗎？你們不可以說今天願意跟我去開荒的，願意跟我來辦道的，我就對他特別好，這樣只能成全一時，但卻不能夠長久的啊！如果你們成全了一個人，但是同時卻也考倒了其他的人，這就象你給人家出了一個考題，給人家給障住了，那麼你還領什麼天命、救什麼眾生呢？你們說是不是啊？今天你的德性要夠，你才能夠去化人，你才能夠息事平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德性不夠，你又怎麼能夠說人家處處阻擋你，跟你作對呢？你們要懂得感謝考驗，是考驗幫助你們成長，也要感謝所有的事務，感謝上天。因為有了這麼渺小的自己，才能夠辦上天的事，如果你們能夠立大志向、能夠做大事、還能夠去救人，那麼更何況辦的是驚天動地的三曹大事，辦的這並不是兒戲，這些你們全要感謝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前的天命是用傳的，現在的天命卻是用奪的、用搶的。徒兒們當要知道，現在的道場一直在顛覆著，在做著地震，如果一個個不領導好，不認清楚，到時候就到不了理天了。雖然你們都是明師，都是領命來辦道的，但是可要知道，身為明師到達理天的有幾位呢？可以說很少啊！你們不要以為身為明師就不會再來投胎轉世喲，一樣還是會下來轉四生六道的，為什麼呢？那是因為你們自己不覺不悟，一昧地外求，你們是辦什麼道？有道就要有德去培養，而不是點人頭喲！因為身為明師是領導人走上正路，要帶人到達理天，可是你們就象盲人騎瞎馬，領著一群盲眾，那會形成什麼樣的局面呢？道是越低下才越有道喔！有其德而無其位，人家會尊敬你，你有德性，你不用說的，不用命令的，大家自然都會歸服你，但是你沒有德性，空有其位，就算你用權，用爭奪的，也是沒有用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道不愁沒有人，那怕後學都跑光了，只剩一人，自己一個也照辦，不一定要靠人辦，要記住啊，靠人人跑，靠山山倒，越精明越能幹的，你們越要小心謹慎才是啊！誰跟誰修呢？你們老前人歸了跟誰修啊？是不是跟你的自性老母修呢？這是你們的自覺本心，你的良心本性、本能，他是具足萬法的，他不是無生老母那麼又是誰呢？所以你們每個人每天都跟著你的無生老母一同吃、一同睡、一同穿，結果呢，都忘了有老母的存在，因為人哪，都有那個「我」字，四大假合的「我」存在啊，所以就忘了那個真我的自性老母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要知道，收圓是收自己的圓，不是有一個祖師或是老師帶著你們收圓，不是這回事的。彌勒世界、大同世界是由大家的覺智所促成的，假如大家都存有道心、一股和氣，便能夠形成了大同世界啊！因為那個時候的世界是不爭、不奪、不搶。現在你們每一個人都是背負著使命，你們的出發點都是為道好，但是你們所做所為都有所偏差了，既然有所偏差便成不了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仙佛也曾經好幾次說要你們改毛病去脾氣，結果呢，你們的起心動念、三心四相仍然一大堆，都是邪見，不要高興認為說我現在已經領天命了，要知道，有的人雖然沒有領命，但他一樣能夠成道，而有的雖然領了天命，卻成不了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們想想看，象你們的老祖師，以前是煮飯的，現在的明師太好命了，都要人家服侍呢，這不是道喔。現在的辦事人員也不是光服侍明師、三才、前人，因為不服侍他們，他們不會退志，要是會退，也是沒有根基，而是要服侍照顧新進之輩，因為他們理不明，所以要哄著、護著、捧著，導上明理之路，但是你們卻是顛倒著來喲！所以這是領導者領導的偏差，不合理不合道，他到不了理天，你們也到不了理天哪！所以身為新進的明師要學的東西很多，更應該虛心培德，什麼事都得自己來，後學沒做的，你要搶在前頭做，打毛巾、灑掃有沒有做過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一幅不可一世的樣子、一幅權威、權勢，這樣不是自我淘汰嗎？徒兒們要記住，上要報答天恩師德，中要報答你們老前人的大德，下要感激栽培你們的前賢和明師們喲！時時都要懷著感恩報恩的心，對道要忠心耿耿、始終如一、鞠躬盡瘁、死而後已呀！不管遇到什麼困難、挫折，只有穩步前進的意志，沒有退縮的念頭。身為明師的，對道和教的差別、天理與人情的差別、正與邪的分判，要弄得清楚，要去除我私、我執、我慢，要明道培德，以德化人，以菩提心來承擔使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身為明師的，乃代表天命明師，代表師尊師母，因此言行舉止都要合中合理，尤其在國外辦道，代表著天道，一切都沒有個人的名譽問題存在，個人與道場是合一的，個人的榮譽關係著道場的榮譽。因此在國外辦道，一條\\要把穩住，道脈源流應該時時闡述，闡述你們老前人、前人、明師來臺灣開荒闡道的經歷，因為你們有前輩的犧牲才有今日的大家，這是飲水思源哪！如果在國外只有自我、私我，那是本末倒置，道會辦不開，會失敗的啊！徒兒們你們懂嗎？徒啊，你們若想爭權，想貪求名利、地位，就已經失去了菩提本心了，這是人心、邪心在作祟呀！枉費了在道場辛苦耕耘一場。徒兒要記住，有目的的，就有煩惱、痛苦，無目的的，無畏無求的犧牲，才會有代價，因此「惟其無私而成其私，功成而弗居」，才不失身為領導者應有的胸襟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當明師的，懂得「明師」這三個字的意思嗎？你們師母已經講過了，但是為師今天要再講一次，大家要指點成面，縱橫四面八方，包含宇宙，彌之六合，卷之退藏於密，能生萬法滅萬法的是心喲！所以「點」是直指人心，要見性成佛，是以心傳心，所謂「佛佛唯傳本體，師師密付本心」，你的本體是自性佛，是無生，本來就具足，本來是至清靜的，本來就無生無滅，綿綿若存。「師」是傳道、授業、解惑的明師，你如果能夠不執不迷，能夠自覺，便是天人師，無上師了。所以明師的使命，就是直指人心，見性成佛，傳無上妙法，在點道、傳道的過程中，契機而得，讓人人能夠明心，\才能心安，能夠心安，才能理得喲。能夠做到自覺覺他，才是真正的明師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往後不要老是等到開班才來成全道親，要見道成道，讓大家明白道在自心，不要向外去追求。如果要開班，就得破除形象，以理實修啊，可以嗎？開班可得由講師來負責操持，並不一定全部明師都得聚集於道場來操辦一切，明師還要辦道，還有其他聖業要做，讓講師去講、去操持，這樣也可以發揮他們的才能。人的潛在能力是無限具足的，而且講師本身也會因此而更要求自己、充實自己，讓他們多學多研究吧！各盡其職，多提撥後起之秀，但最重要的是必須注重講師品德的修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都知道開班最重要的是為了成全道親，讓道親能認理歸真，明白天道的尊貴，進而發出信心，抱道奉行，去改除毛病，而並不是要你們明師來這個地方給自己排名份、地位的，你們要切記切記才好啊！身為\*的，應當為人標杆，因為「君子之過日月食」，眾人的眼睛是雪亮的，天聽自我民聽，天視自我民視，「在十目所視、十手所指」之下，更當戰戰兢兢，誠於中，形於外，切莫好攬權、好做前人、好領導，你沒有德，只會以尖銳、嚴厲的做法去壓制後學，這是沒有人會服你的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常常會為了清修願而紛論不一，要知道明師之所以要清修，乃是代表師尊師母，代表天命明師為眾生做全新的奉獻，而他的先決條件，就要能做到「格物致知、掃三心飛四相、斬六欲斷七情」，無掛無礙的清靜修持喔！所以有情無欲，把私情升化為至情、聖情、道情，把私愛升華為博愛、仁愛、至愛。你若無法去除欲望，就有牽纏障礙，「欲」是因果的種子，慾念多就沒辦法明白自己的本來面目，也就會成為到達理域的荊棘喲！你們既然年輕就立下清修願，如果還有慾念，就要趕快從內心懺悔，讓理智來破除邪妄，你的老母光芒便會照徹幽暗，保你無事，安然回到本家。記住，要時時點燃自己的母燈，?那間妖魔鬼怪、魍魎邪魔就會化為灰燼，你才能夠清心，才能夠生出妙智去渡化眾生，這才是立清修願的本意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壇主做的好，就是佛頭。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你們身擔壇主、講師的職責，還在為食色擔心嗎？還在為自己的肉體擔心嗎？如果認識不清，內心仍是掙扎，不用上天來考你們，你們自己就把自己給考倒了。所謂盡心盡力，就是對道場盡心，對眾生盡心，你們身為壇主講師的心盡了多少、力盡了多少呢？今天如果你們真的是為道，就算是病痛了，也絕對不會怨上天的，若是只掛個壇主講師的虛名，這是不會成道的。修道不外是犧牲、奉獻，只有犧牲和奉獻這兩件事情，為師希望每位徒兒們都能夠盡心盡力去報恩了願啊！為師也曾經說過，你在那個道場裡是一個領導者，你是個壇主，你領導好了就是功之首，就是一個佛頭，你給人耽誤、造罪了，那麼你就是罪魁，要記住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一個明師，他們也是在摸索，也是在嘗試，也是在跨出成功的第一步，那麼接下來要承擔責任、擔大梁、護大局的人就是講師壇主了，對嗎？講師、壇主有什麼重要性呢？比方說，今天明師要坐下了，講師、壇主就要趕快襯在底下作墊子，知道嗎？你們何德何能，可以襯在為師的底下作墊子呢？明師就代表為師，對不對？今天什麼叫公心，公心就是不分彼、不分此，這叫公心，可是看看你們，今天辦道辦著辦著，都變人心了，看這個明師好，你才去做他的墊子，看那個明師不好，你就不理他，這樣子就沒有公心了。當你用你的公心去做墊子的時候，就是和為師一體，因為明師就是代表為師，有沒有想過這一點呢？明師做不好，我這樣子去襯他，去做他的墊子，下面的人罵的又是我，我真是冤大頭啊！你們有沒有想過，為師是冤大頭，你也是冤大頭，那我是濟公，你不也就是濟公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希望你們真正改變一下自己的作風，真正去脾氣改毛病，以迎接新的生命歷程，不然就算為師再問個千次、百次也沒有好處的。聽了被指責也不好受啊，回去還是依然故我，那麼學道又何必如此呢？不學不是更輕鬆一些嗎？根本處要從自我的徹底改變做起，不必人家從外面一再地指責你們，就算聽的人會不好意思，講的人都講不下去了，還要為師如何來說呢！你們修道、學道要常有報恩、懺悔、慚愧、公正的心才可以啊！那麼如何來報恩呢？你們要好好地負起職責、了使命、懺悔，捫心自問愧對職責了嗎？是不是愧對師尊師母了呢？你們的心都公正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壇主的，有了這個毛病，跟明師不和，只看人家的毛病，你們想想，你們的職位是這樣來擔的嗎？你們並不是不用心啊，而是不用在應該真正用的地方。批評明師的不好，傳給道親去聽，你們這樣隱惡揚善的心又到哪個地方去了呢？如果你們的佛心顯現的話，就會看人的不順眼了嗎？那全是人心，人心用事啊，如何來帶人？如何來駕好法船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是人事？就是先做人再辦事，如果大家都會挑這個，挑那個，那還算修道人嗎？修道就是要把不圓滿的地方補足，把不好的去圓融，上下同心，和氣一片，那才是修道啊！徒兒當了壇主的職位，還會和道不和，這是會阻礙道務推展的喲！那你是幫助為師，還是在幫誰呢？壇主的目的是助師救世，但是有太多壇主不明理的，就開了道場，誰去成全他們呢？這會不出問題嗎？難道開了道場就一定平順如願嗎？太多壇主經驗欠缺，信心未定，不明魔考，有位無德，明師也沒有盡到他的責任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作為壇主的，要內外兼修，己正正人，己誠心正，一言一行都謹慎了嗎？能抱道奉行始終如一嗎？時刻要督促自己，不用別人指責，不然你們修的痛苦，辦的也就不稱心了。如果修道修的如此的心態，那不如做眾生凡夫去還更好，不會造那麼多的罪。你們要知道，修道是很單純的，就是一個公心、佛心的流露，這樣就省了不少人事上的問題。一人一個心，怎麼會沒有事呢？有了人心才會不同啊！你們就是改不過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以後自己一定要記住，有心要辦道，盡一份心力，就要徹底地去改變自己，以免影響了道場，要知道有情無情、正反、順逆的魔考，如果心態改不過來，那麼就會遭考了，因為你一個人而影響道務、道場，那麼這個事情也就嚴重了。把職責、使命做好，不屬於你的事就別管太多，一方道務能否興盛、宏展，只看在壇主行不行。不管擔的職責是什麼，不外就是修道跟行道這兩碼事，修道要一心三昧，行道呢要一常三昧，壇主啊，才不會愧對有壇主之名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你當了壇主，懂不懂表文呢？也許懂，但就是不知道怎麼開口講，還是根本就沒拿起來看一看。人家來求道，不管今天你是開示道義還是講三寶，你得給人家講清楚。除了表文、三寶，這先天大道怎麼會這麼平平凡凡降在百姓人家裡面，你得要明明白白地告訴人家，不要老是等到法會的時候再帶人家去聽，這樣太慢了。如果他活得不長久，求道後沒多久就歸空了，那你豈不是害了人家嗎？一個人有兩隻眼睛，看的也是有限，可是如果今天再多幾個人來幫忙思考這件事，是不是就可以辦得更圓滿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雖然很有才華，但是事情我們還是要分配給人家去做，咱們得要懂得幫助別人，並不是說今天我力量很大，我可以一隻手把天撐起來，其他人你們就坐在下面乘涼好了，雖然你這個心很好，但是做法卻不太對喲，難道你一個人行功就好，別人就到旁邊喝水去了，是不是啊？那你還能慈悲嗎？你還說是渡人、救蒼生性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開荒必備智、仁、勇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們可知道在先天道場，白陽弟子最大的顯化是什麼嗎？為師告訴你們，在白陽道場天道弟子的最大顯化，就是你拋家舍業之後還能有錢用，還有一個顯化是，已經病入膏肓的人，只要你發大心願，病都可以好起來，這也是白陽史上的另一件大顯化，這些你們有沒有聽過呢？另外一個顯化是，你們有三分心，天助七分力，對不對？這些你們都聽過，為師今天只不過幫你們複習複習。現在的問題是，你們都怕捨出來以後，仙佛的顯化如果不在你的身上，那個時候你該怎麼辦呢？你們有沒有聽說過，白陽史上最大的顯化是你捨出來了，上天不照顧你呢？沒有吧！那你還猶豫什麼呢？其實這都不是問題，但是這個話有時候也不是你們明師所能用這個樣子去跟你們講的，要是明師這樣講你，你就不平衡了，可是如果今天換成了仙佛菩薩來這裡講顯化的事跡給你們聽，你們就會笑得很開心的，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盡本份是很重要的，為師沒有教你們不顧本份，但是了不起就是了不起在白陽史上的那些成仙做佛的仙真菩薩，他們不但能夠出外開荒去渡化眾生，同時又能夠把自己給弄得妥妥噹噹的，如果你們能夠做到這樣，你們也就不簡單了。徒啊，咱們要往好的方面去想，能夠往好的方面去想，那麼也就沒有問題了，如果你一直把事情給嚴重化、想多了，那麼就會有問題喲。你們立身於紅塵，有父母、有親朋好友與你們相處在一起，這全是因緣聚合湊在一塊的緣故，有一句話你們一定聽過，也就是「無業不轉人」，今天你好不容易因為「業」而轉了人，而你如果還想轉佛，是不是會很難呢？想一想當你發佛心，起大心願的時候，當然就會有外力要阻擋你了，那麼要怎樣才能夠超然，才是真瀟灑呢，你們可知道嗎？為師告訴你們吧，瀟灑就是只有一句話：放得下、拿得起，就是如此而已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們知道嗎？今天已經時不我與了，不是為師不願意和你們更親近，相處的更快樂，而是徒兒們應該清楚：時不我與啊！希望此時此刻咱們相聚在一起，徒兒們能夠再接再厲，能夠再衝刺，能夠辦的就好好去辦，明白嗎？再來的幾年，災劫會來，有天災有人禍，此時世事難預料，所以為什麼前幾年仙佛臨壇，總是教你們能辦的就去辦，趕快往四處去開，能做的趕快去做，能渡人的多渡人，每個人的心都變好了，災劫自然就會消除，消災息考，但是腳步還要再加快一點，這個時候不能慢跑了，慢跑就來不及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