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第四十四集 天然師尊叮嚀101則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101則是恩師慈語這，是從1989年開始到1994年，恩師分六個段落，在國外悄悄臨壇，含淚批述，為的是怕徒兒們一念墜落，難以回歸本位。尤其是第81 則到101 則，是恩師在1994 年底才臨壇批示，眼看天時緊急，上天已明明白白的選聖撥賢，暗定功果，徒兒們卻一個一個的大夢未醒，痴迷顛倒，到這個道場現況愈加的混亂、紛歧、貪功，恩師老人家那份格外沉重、苦痛的心，眼淚只有默默地往肚子裡吞，我們可知道，也可曾真正想到，若無真功實善，又如何回理天呢？但是恩師是要將這一份心聲傳給每一個他深愛的徒兒，恩師交待，這份語錄是末後一著修辦的指南，將來要傳遍萬國九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1、末後一著之時，對道務之開創、守成要相互運用；但也不能執守一點名相或困守一地。有此仁願，上蒼自撥機遇，只要你肯辨肯修，則自然能攝受無數有緣的信眾。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修道、辨道一定要無為而為，將眾生當做是你累劫的恩人，一心許天，忘卻自己，縱有成就亦都歸於上蒼與十方諸佛菩薩；惟如此方不致於跌入道名、道利、道權之爭奪和追求，眼前道場現況，實在令為師惋惜感慨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辦道的中間，即使是渡人、說法、開荒、設壇，但也不能忘了對社會苦難，淑世濟民的實際關懷行動，諸如憐貧、恤老、濟孤、環保維護及弱智協助的工作之支持和推廣；甚至放生、動物保護的事，都應響應，這都是與十方眾生廣結緣份。你們不要忽視，以為這是後天的事，若不彌補後天，如何能圓滿先天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老師公平地面對每一位弟子，手心、手背都是肉，絕不會厚此薄彼；只要你們肯辦、願辦都一定會撥轉；至於有的宏展，有的遲緩，那多少與因緣有關也不必羨慕；盼望徒兒的心志不變，為師深深為你們祝福：守得雲開見月明，總會苦盡甜來的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5、將來的成就，不在道場的大小，也不在道場廟宇的多寡，更不在信眾，人數的比較，而看修道人是否真修實煉、護守願戒、無貪無妄、不爭不辨、心性圓融的工夫、去完成自己的使命。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6、要讓眾生與自己在這一世都能成就，如一時無法濟渡，要為他能於他生他世，也能解脫、成就而祝福、祈禱！認清自己的修道因緣，則施恩受惠的大回饋中，建立天上人間的一股善流。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7、白陽弟子要培養廣大寬闊的胸懷，慶幸他人的成功、讚美他人的傑出禮敬他人的辛勞！培養讓世界與我們一同歡笑、也讓宇宙與我們一同歡笑、讓眾生與我們一同歡笑的精神。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8、六祖云：『內心謙下是功、眾生平等是德』。時刻存著感恩和懺悔的心，去觀察周遭環境的順逆，對這一切都用一份微笑的心懷去注視，則免除了許多煩惱。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、對世界上許多不幸的苦難、災害中而死亡的眾生，都要付出一分憐憫、哀慟、同情的回向，早晚獻香、叩頭時不能只求道務宏展而已，否則道務宏展了，反而缺乏了同體大悲，無緣大慈的仁慈善念，又豈是修士本色！惟有培養對無緣不幸者的關懷，才能感召有緣者的來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10、末後了，個人要自我了超，對所有的恩、怨、情、仇、冤、親，都要不攀緣；而在隨緣中了脫這一切的罣礙，方能真正超脫自在！凡夫修道一時無法如古德聖哲那樣，無所住而生其心，那麼且學會在生其心而無所住吧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11、道場未來智慧考驗，真是不敢料想，為師也無法替代徒兒安頓身心，惟希望你們能體會天心、佛心、師心，老實修道、固守願戒；就像鹿童師兄所說的：『天下神器不可為啊！戒之！慎之！』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12、如果白陽道場的每一位徒兒，都能為眾生祈福，都能為化劫息考而叩頭，善念的凝聚，一定能將人間的劫、考消減到最低點！則上天也定然為你們延長辦道的歲月。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13、在了願中了緣，能儘自己這份心意即可，不要多安排不必要的牽纏，以期當下解脫，似行雲自在，方不致跌入另一層因果的環境，他生他劫仍須償還，反而是一種不幸！當年為師就因一時遊戲，寫了幾句隨興聯句，種下今世道場上的分岐，使得道盤出現這場紊亂。勸徒兒要慎用心念，勿惹情緣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14、修道人於末法時期，要發大願心，讓自己的心，提升到與十方諸佛菩薩的心一同，否則只圖此生此世之了脫，何以契入真理法海？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15、為師雖是個窮和尚，但只要你們上下心氣和諧、連成一片，為師怎麼不聞不問？縱然是此刻因緣不足，仍然是明助、暗化，在每一處送一座大道場；但若自己道場的心念無法連貫，為師如何面對十方諸佛的垂眉？實在說起來，豈不是令師為難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16、修道人要淡俗情、淡聖情，隨處安怡、隨處自在，修道人絕對不可太享受、講排場、論氣派；為師窮慣了，一缽千家飯，孤身萬裡遊，落拓瀟灑，可接納不了、也調教不了這些富貴弟子！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17、修道人聖凡一定要分清楚，公私一定要辨明白，稍有執黏，即易失落，自古那有借著神聖廟堂來做生意的道場，你若貪執，老天將來會還你一樣的葫盧，那就是不圓滿了。古來峨嵋的普賢道場、九華的地藏道場、五臺的文殊道場、南海普陀的觀音道場，不都是單純、莊嚴、清淨的純聖無凡麼？故稱為聖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18、對道場的一切是是非非，不要相互傳播，更不能推波助瀾；培養一份仁厚的憐憫和包容，我們若如此對他人，天也如此待你。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19、要念念為眾生開啟後福，不能攬權霸勢，損傷到修道的清名，傷害到無辜的後學；為師雖是無德，但也留下了一片人間道場，讓我的徒兒去辦，不敢對你們有所要求，只希望能善自護持，勿負天恩的浩蕩！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20、對六道眾生的痛苦、的災難，都應當從內心升起無限的關懷與祈禱，希望他們能早日有遇善因緣而得超脫苦海的機會。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21、對已離開道場或退道的弟子，為師都不忍遺棄和斷絕，你們站在同修的立場，豈可不聞不問？更當存養祈禱祝福的心願，希望上蒼懇憫，順他們早日迷途知返，心若愈真切，則定可感召他們的省覺和回頭！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22、為師的一片心懷，竟然無法對你們道場站在前面操辦的人叮嚀訴說心語，只因為你們的心與為師不能契合，而且又太執著人事的是非和外在名相，終日柄遑辦道事務，卻不能迴光返照於自性的本覺，大概是為師無德所以無法感動你們吧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23、三才不只是屬於一個道場所有，如果能有見道成道的助化機會，為師願意到各處去增上我所有徒眾的信念，否則你們不善用，就太辜負上蒼賜給的一盤妙機。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24、不要執著流年的批算，不要頹喪環境的逆流。當你發大願、立大志與佛菩薩心同共鳴時，則一念可超三千，直出生死之途，十方眾生也因你一念的真誠，而攝受在這種鳴響裡，那真是值得慶幸啊！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25、其實上蒼給了你們道場太多的機會，可惜你們內心都缺乏那真誠感恩的接納，對先前的十數件因果冤欠的機遇有厭煩拒絕的心；所以多少也斷送了更進一步與十方幽冥契助的機會，間接使得撥轉氣天大仙到你們道場顯化的因緣，也因而停頓或轉到其他道場。為師說出這番話，也不知你們道場的前賢能不能接受，自以為不執相的著相，也是障礙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26、不要太強調和注重道場或道親人數的多寡，而造成了爭奪擁有的心念，這都是不正確的，稍起偏差即起心計較，則易墜魔道，須知道：上蒼最後的評功論果是以德性、戒律、心念、願行、火候而定升降，並不在於外來的福德名相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27、多少人眼前已卷進了道權、道勢、道名的陷阱而不自知，真教人痛心和惋惜；修道人最後在此著相不省，夫復何言？為師和你們師母當年什麼都沒有帶著回去，留下三曹的責任和人間道場讓你們去辦，你們又有什麼好執著你的、我的之爭奪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28、先我修道而歸者為古哲，先我而修道者為前賢，與我共存而修道者為同修，此皆千生有幸的良師益友，都有值得我們尊敬、禮叩之處，應當時時存著謙卑心去學道。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29、莫經過了數十年的修辦道，只有財富上，名聞上的增加，而自性、智能卻依然無法增上，那永遠只是福德而已，這點末法眾生可千萬要識透。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30、在整個修道過程中，用、舍、行藏要能相互兼顧；以外王的事功，去開創四方，這是辦有形的道務；以內聖的德業，來提升心性，這是辦無形的道務；方能有所成就。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31、用心念去回向世界中，此時猶未得渡的苦難眾生，為他們祈檮能早遇善因緣而得以修道成道；或祝福他們縱不能於今生今世得渡，也期望能在下一元會能得道、成道、了苦。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32、不要以我們眼前已所擁有的幸福與安樂為滿足；應當感恩現時的修道環境，即使在逆境考驗裡，也比地獄、餓鬼與畜生道的眾生好多了；豈可埋怨頹喪，也不可驕傲自滿。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33、在修道、辦道中，應不斷的提升自己、鞭策自己，方能充實德性慧光，而減少因果業力的牽制。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34、多讀聖賢的書典，可以在溫故知新中明白一以貫之的妙理，由此體會聖賢教化的苦心。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35、秉著公心去修道、辦道，把一切功德與成就，推致到老母及十方諸佛菩薩上，則不致跌進認人修道的障礙中。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36、成全道親要注意因材施教，引導大家發揮天心天性，以認理修道為切要。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37、考驗始終要來，尤其白陽末後的智慧大考，即將臨邇，大家要有心理準備，所謂『安之泰然，以抗風雨』，徒兒們在這盤道局上，必定要歷經琢磨試煉，方可成為大材。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38、加強道親的心理建設，固守修道的根源，培養人性裡那一點光明；縱然今生今世不能成道，也可以維擊善念不昧，期望他生他世，因不退轉而得能超越。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39、應培養無處不是理天、無處不是淨土的心襟，則菩提道風廣布人間，為師還憂煩什麼呢？望徒兒把握生命存在的一刻，去開拓這種契機。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40、依著前輩的辦道精神，去延續急命的伸展，認理認道不可分岐，不可認人，各盡心力以安定道局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41、依照古聖經訓見賢思齊，恪遵鋼紀、慕德以進，千萬莫把仙佛或個人當偶像去崇拜。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42、依從德性、尊重誡命、道親間相互諫勉、相互提攜、共修共辦、發揮彌勒大家庭的宗風。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43、不可因貪嗔而起不平之憤，在無貪無妄、真誠實修的大法則下，遵從前輩的遺命、宏揚大道無私以濟天下之精神；是非曲直上天自有公斷，不必爭論，以免造成道場的分岐。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44、百川匯海，終歸一源。只要真修真辦，人虧天終不負，在未來魚龍百變的道局中，還是堅守自己的使命與責任。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45、明師要正正噹噹、坦坦蕩蕩、體體面面的做人、修道，方不致汙染到自己的天命。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46、提拔明師、講師及三才要慎重考慮、不可紊亂，以免因小而失大。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47、白陽廟宇已太多了，這代表著什麼呢？為師與你們師母在世又有什麼大廟，而又是如何辦道的呢？值得徒兒們你們反思！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48、只有初發心的新道親之心意，方可算得上純真誠樸；老道親則未能腳踏實地，從是非顛倒中跳出來。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49、這一場白陽大考迫在眼前，將是天演淘汰的分界線！世局、道局、人局都在變，為師也無法去平衡。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50、每一個人的升降，都緊擊著九玄七祖，修道人，豈可不謹慎小心！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51、老師的心累了，誰能體會呢？誰能分擔呢？期望你們進而能辦，退而能修，就像為師所言：修道修心、辦道盡心、修己救人，可一定要有始有終。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52、修道人在未了道之前，絕不可存著貪心妄想，或肯定自己的功德成就，一念差誤即著魔道圈套。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53、對自己要戒律甚嚴，而寬厚待他人，存著寬恕的心念，永遠為知悔的道親開一條廣大的回頭之路。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54、如果只求今世的解脫，則與為師的緣，只在此生而已；如能發廣大菩提慈念而不昧，廣結善緣方便於眾生，則下一元會定會再來，永與為師結伴渡化娑婆，生生世世常為師友；這才是修道人永恆的悲願豪情。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55、珍惜每一分鐘，每一秒鐘的心念，護持這一點生命的靈光。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56、此刻的天時是那麼的危急，眾生都處在大災難中，豈可不好好把握時間去盡心修辦！那裡還有時間去批評人事的是非呢？你們有多少光陰能浪費啊！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57、徒兒啊！天時已不允許你們再懈怠遲延了，應力求精進無負諸佛的助化和等待的恩德。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58、如果在修辦的路上，沒有那麼多的考驗與人事困挫，又如何培養厚德與提升心性呢？希望徒兒能明白體會，方不會在逆境裡生出埋怨、煩惱，反而更造成沉淪！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59、平時不讀聖賢的書訓，則不能體會聖賢的心志，遇有危困之時，又如何能坦然面對生死與升降的擇選呢？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60、珍惜每一個可以成就自己的考驗，尊重每一個眾生的看法和批評，也學會接受別人的指點與呵責，都以圓融歡喜的心胸去接納；為師將為你們祝福！如此不但可以建立個人完美的人格，也可以建造完美而祥和的道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61、要為苦難的世界眾生祈檮，願他們也能有所成就！你們若能爭氣，為師則可以少操心，而可以將此愛心與關懷施於其他眾生，促成他們善因緣的早日來到。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62、時時珍惜一切因緣，而又不攀執一切因緣，則一切因緣不會造成你們修道路上的障礙。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63、尊敬仙佛而莫執著形象。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64、自我放下減少無畏困擾，莫讓感覺的情緣毀於一旦。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65、維繫這顆心念的清醒而又不執戀，方能使他生他世不再迷昧。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66、永遠要保持真誠的修道信心，不論內外環境的順逆。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67、要學師母的隱。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68、三清的戒律定要遵守，公私分明，莫佔眾生的便宜。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69、成全人才要注意實德：一位人才英雄在掌聲中成就；但相對的一位豪傑也會在漠視中失落。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70、提拔人才要注意名實相符，方不致耽誤天時與人事。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71、修道人要隨時放下身內身外、心內心外的罣礙，才會自在瀟灑！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72、學會做濁世中的一道清流，風雨暗夜裡的一支燭光。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73、不要只談論人的是非，多看看他人的好處，去發覺人性的美麗與單純，這才是般若智慧。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74、老老實實的人才，本本份份的修道，那才是上天最鍾愛的。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75、修道人要熟練所有的佛規禮節，這也是修道的必備功課。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76、遇有重大難解的問題，多向老母叩頭，真誠所至自得其妙，那忘我裡的第一個念，即是上天給你的啟示。為師也沒辦過三曾普渡的大事，當年在遇到問題時，就是這樣做的。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77、尊重所有道場及眾生的因緣。也珍惜上天為我留給的因緣，盡心的修辦，莫辜負這份六萬年一遇的機遇。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78、護持照顧這片道務，不是誰的而是老母的；人事的領導，只是因緣觸合中的表像，故而不能存著為誰修道的心；要擴大你們的心胸去提升修辦道的理念，在見道成道中廣結善緣！在運轉坤幹中開拓道場，使大家都能成就，縱有一點成效，也要在回向中感恩，還歸於我們的老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79、就在這一刻，多少眾生正在受苦、輪迴，多少修士正在沉淪與受考，想到這裡可知為師的心有多苦嗎？希望你們要在這當下為千萬的眾生祈禱與回向，發出慈憫的心意，順他們能超越！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80、要多了解下情，幫助他們得到釋疑與解脫；人不是聖哲，孰能無心過與身過；也要用寬恕的心去協助他們，離開懊悔與苦痛的折磨，並等持他們的回頭和新生。（1989-1994 批）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81、三界十方的諸佛菩薩與眾生，都在為此一次彌勒應運之普渡因緣而慶幸，盡其悲願全力的為三曹收圓工作而努力，而主導這項大因緣的又在人間完成，徒兒啊！你們這群白陽修士應善握此佳期，不忮不求真誠實修，方無負天人的助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82、末後了，一切真偽善惡與好壞，已漸次顯現。這可不是上天出考題，而是修道人的心態有了偏差和失落，皆因道名、道權、道勢的看不破，和人事紛爭所引起的。此即是魔由心生，考由自招的由來，所以修道可千萬要慎心念於隱微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83、為師無才無德，未能感化徒兒們在修道路上全始全終，以致使道場演變成今日四分五裂各自專權的局面，只恨為師未久留人間稍盡心力，多少人把妙德無上的道場辦的如同兒戲，實有愧皇母的恩典與老祖師的託付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84、你們人間的修道人，對功德的執著和名相的擁有，都太在乎了而不肯放下；因此每建立一片道務，但也惹來了無邊幹擾和造下許多因果，反不如幽冥鬼魂和冤欠們那麼容易調教。他們已在受苦，故不敢再貪求什麼，只要能跪聽一次法會，聆聽諸佛的法雨梵音，多沾一次佛光普照之攝受，當下即能釋放內心的貪、嗔、痴、慢，且不會生種種功德與名位的妄心；在感恩和懺悔中聽候仙佛的調度，從旁助化各地道務，所以當下也能超越出苦，這是下渡幽冥的殊勝處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85、地府幽冥界中，一樣有辦事人員和講師、講員，護持天道應運的因緣，而且協助地藏古佛照顧那些等候超拔和出苦的幽魂兄弟姐妹們。老母對他們也非常嘉許，因為身在地獄，深知地獄之苦，對天恩師德的感懷比你們更真誠，至少他們沒有人世間的是非心。徒兒啊！你們應如何盡心盡力修持？免得為師與你們的師母掛心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86、今天的道場多少有些氣象，活佛弟子滿天下，以表相論是應該喜悅，但為師卻感到慚愧！我只是個顛狂的瘋和尚，一點能力也沒有，今天空擔三曹導師的虛名，其實這所有的榮耀都歸於老母的恩典，祖師的鴻慈，而道務上的開展，都仰賴十方諸佛菩薩的護持，祂們皆奉命做成全助化的工作，無名之德默而不顯，沒有他們的運轉乾坤之苦心，徒兒啊！我們那能可以在四海萬國推展道務呢？又如何與眾生廣結善緣呢？希望徒兒時時刻刻都要深切的禮敬十方諸佛菩薩的恩典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87、巍峨的廟堂及莊嚴的佛殿，固然是道場不可以缺少的，但修道辦道者如果一直只在名相上比較，反而離失了道本、道旨；為師當年連一間廟也沒有，兩袖清風奔走天涯，不也是無掛無礙自在消遙麼？在此刻天時有限的年代，將眾生真心所獻出的善財，轉用布施到人間的苦難中，贊助環保維護和醫療藥品的援濟，也應該是白陽修士的善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88、此刻地球已千瘡百孔，再不盡力維修和整治，則這個美麗的星球，將枯萎和毀滅在你們的手中，十方法界的仙佛都為你們擔心。徒兒啊！你們除了要從事道德心靈的環保工作外，還要真正協助與參與從事環境維護的運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89、道務的推展和建立，是半靠人力半靠天，誠感天心因緣成熟，自有水到渠成之時。道務宏展了，固然值得恭喜，但也不要忽略對世界苦難眾生的救援和關懷；現今索馬利亞和波士尼亞的內亂，柬甫寨的動蕩，庫而德族人的苦難。徒兒啊！他們也是老母的兒女，也是你們多生累劫的親人，希望多為他們祈禱祝福或功德善念的回向；如果可能，儘快而實際的投入實際的援助行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90、實實在在的修道，好好地護持道盤慧命，為師沒留下什麼給你們，只要徒兒能善待千千萬萬真修實煉的兄弟姐妹，讓他們出頭，讓他們成就，讓他們回到理天。古德云：「欲證無上佛道，先作眾生馬牛」，我們修道人應有讓眾生踩著我的肩膀而成道的精神，為師就願和諸佛菩薩一樣，以血肉鋪成讓眾生安安穩穩修道成佛的路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91、嚴格說起來，修道人在修辦的路上所盡的苦心，那能談得上是功德呢？即使有那麼一點功德吧，再想想，你們要不要償還因果業債？要不要回向父母祖先的恩德？要不要保平安逢兇化吉？要不要留一點作回天見老母的資糧？再扣掉平日所犯的罪、過、錯的負債，徒兒們！你們還敢有功德自許自誇的驕態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92、上次為師曾希望你們學學師母的隱，或許體會不夠深切，為師今日說明白點：修道人應學她老人家，隱名於人間，隱相於三曹，隱功德於天地的胸懷，為師的瘋名瘋相眾生都認識，但你們師母的慧德卻無幾人能知真是高明極了！這點連為師都比不上，所以末後之時，修道人要學會韜光養晦，斂名藏德莫太顯名相，而讓天恩師德常昭眾生的心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93、未來三十六假弓長，七十二假彌勒的奇異怪幻之出現，其實都出自於內而不在外。但看今日道場四分五裂與爭權現象，皆由於私心萌發的幹擾，不知不覺中天君退位而魔靈入侵，一切的紊亂與考驗由此生，苟不自覺則陷於謬誤偏差而不自知。盼望徒兒們要在戒、定、慧三學中下功夫，方可有真智慧破無量劫的無明，光明磊落的修道，才能不受引誘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94、修道人就要規規矩矩，真真誠誠的，縱然你是掃廁所、打毛巾的小後學，他日也能成就天爵。如果只圖表現，執著功德而太過自以為君子，缺少那份寬厚仁恕，圓融慈柔的心來接引眾生，則不能和天心相契，成就亦是有限。且一世的成道並不能保證生生世世的不退轉！可見修道人是多麼需要培養至純、至誠、至真，而又任勞任怨的心，更重要的是永遠善待那些未渡未悟的眾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95、作三才要清靜光明，純乎天心而運幹轉坤，時時堅持無為無我，見道成道的心念，則可成就無量無邊眾生，他日之成就不輸一方開道之前輩。否則日久生厭，人意太滿而忽略天心佛意的契印，很容易自陷困境不能體悟精微，也不能進入與諸佛圓融無礙溝通的大化流行之境界；願不能了，將來如何回南華宮復命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96、修道人從世俗的名利場中能跳出已是不易，可不要又跌進另一層漩渦裡。事務性的名相團體，畢竟只是應和環境因緣而已，委派專人負責配合政令推動即可；老前賢了，不必佔名居位，須知天道普渡的殊勝，仍然是暗鈞良賢，君子之德方能闇然而日彰。莫在媒體的宣傳上，只看到喝採，聽到掌聲，而失落了古聖先哲那份臨危受命託孤寄重的心懷，為師與你們師母留給徒兒的是道盤而非教會團體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97、修道人在末法時期要慎護心念，不容有絲毫偏差，否則必定造成自我的沉淪。因為眾生累劫因果冤欠，他們已與修羅界取得了共識，不再以追討命債和索取功德的回向；他們是要當事人的心念偏差之後果，造成個人聖靈的背叛，然後殃及九玄七祖的沉淪，漸而分裂一方道務的毀滅。徒兒啊！且看看某些道場的分歧和亂象，還不快點自警、自省、自悟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98、切莫在道場上搶功奪果，批評其他組線天命的真假，非要道親重新點玄才算可靠，甚至連同一老前人領導下不同前人或明師的道親也要人家再點，或言他人所點無效。難道為師承領老母和祖師的託付，將至尊至貴的一指真傳的天命，賦與你們大家去修辨，只有你的才是金手指而他人是鐵手指嗎？真是荒謬的理論！一念貪妄，一語誣陷，傷害了歷代祖師護持聖火天命的艱辛，豈不是犯了出佛身血，破和合僧團的大戒！只要不違背天意，不背叛祖師不自我稱尊，各組各線的天命由前輩自行向上天負責。畢竟天命\\是建築在真修實辦的道德基礎上。切望徒兒們尊重各組各線的源流，見道成道相互成全，共同維護三曹道場的祥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99、為師剛從神州故國的東北來，修羅的手段殘酷，最近那邊有百多位弟子頂劫，他們臨危仍堅守願戒，死而無悔，一直呼喚「老師慈悲！」為師明知他們也必須在威武不能屈中了道成仁，想救而不能救，為師真是悲慟萬分！數十年中那邊仍有無數的徒兒在不可能修辦的環境裡傳薪不絕，在血海煉獄裡護持慧命的莊嚴，他們真修真煉、不貪不求，這不是你們在自由國家的道場徒兒所能比得上的！到時候了，為師不得不說清楚，如果你們不好好修辦，珍惜上蒼為你們所賜的恩典，仍執著於人事的紛爭，他日必有十九、廿、廿一層地獄等候你們的沉淪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100、中國大陸仍未到辦道的時機，若有因緣可去播種，但定要謹慎保護自身的安全，莫因大意而無辜受到損傷，也不要跟當年大陸的老前賢們連絡，以免累及他們安危，這也是為彌勒祖師保護道種人才！天時已到分判時刻，徒兒啊！修、辦道人唯有「一命交天」，全心全力的真修實辦，不能再胡塗了！（1994 年批）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101、當年為師在修辦道中，其實也是明師的身份，只不過多擔了傳承道統的責任而已；從與你們師母在八卦爐中領天命，只辦了十七年就歸空，一切的成就都是老母的恩賜，那裡是我們能居功的！今天你們有許多明師辦道和擔任職責的年資比為師還長，但請自問德性和真功實善與名位能符合無愧嗎？前輩們歸空後，不報恩了願，護持大道場的安寧，反而各立山頭，各拉後學，相互攻訐，造成千萬道親的彷徨無措，這怎麼對得起老母的恩澤和十方諸佛的慈悲呢？為師無德，乾脆為師把三曹導師的位置讓給你們吧！徒兒啊！希望你們好好爭氣，人世間所能擁有的一切都是名相，莫讓名相顛倒了你們的真如佛性啊！誰教為師痴情，徒兒能明白為師的苦心麼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