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典藏·行道人的傳承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何謂一貫大道？就是你們的言行要一貫，在人前人後，看得見的地方是這個樣子，看不見的地方還是這個樣子，這是前後一貫。靜的時候，能夠肯定自己，動的時候，六神也能安住，這是動靜一貫。不只天道修得好，人道也要做得好，人道與天道也要天人一貫。身為上天的辦事人員，要能夠遵前提後，在人前人後都有條有理，做到前後一貫。上面的點傳師依理做，後面的道親也跟著認理去做，做個點傳師與道親之間承上啟下的橋梁，所以道親也要一貫。修行人不只是要渡人，還要愛物，清口就是愛物，所以人物要一貫。末後普渡收圓的時候，更要天下一貫。天不言地不語，道要靠你們來傳承，所以要做到始終一貫。做到以上幾點，才能與道相契合，最後才能使你們的身心靈達到一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徒兒要謹記尊師重道，飲水思源。知本源，培道德，認真理，發出菩提心，行菩薩道，自覺覺他。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徒兒要體認誠則明、明則誠、自助天助的真理，秉持一顆真心不變，對道忠心不二，任勞任怨的心去闡揚真理。講道不離自心，講法不離自性，二六時中要能克己復禮，上善若水，處眾所惡，才能幾於道。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條金線，承上啟下是你們要恪守的，沒有師尊師母，沒有老前人、點傳師，就沒有你們，飲水要思源啊！天理人情兩分清，真天命的傳承，真理的延續，真道的妙用是公正無私的。天道本無親疏，只有以仁德為本，才能匡扶社稷，化暴戾為祥和，使天下大同。因此，有道才能背負使命，培德才能辦天事，若著人情私心、自專、好行小惠、巧言令色、走人情邪道，你的天命自然離開你的本心，你的使命也無法盡到，此點要知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把聖聖相傳的心法傳下去，就必須走入世間去了解眾生、幫助眾生。如何幫助眾生呢？首先要從自我再教育開始，從哪裡再教育？待人處事、應對進退，都需要再教育。不要認為自己已經足夠了，懂得很多了，你都很滿很高了，還有再成長的空間嗎？忘了謙虛，就是忘了學習，忘了自己還有幫助眾生的能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常講的，左肩挑起了天道的形象出來，右肩挑起了聖賢的形象出來，這些在你們身上都可以看得到，而在你們胸前所展現的，就是個人的道氣，聽得懂嗎？一個真正的修行者，是處處播種，時時開花結果，無處不是美景，這才真正配稱一位修道人。做每一件事未必都能夠盡善盡美，卻要能夠盡心盡力，聽得懂嗎？為師不要求你們盡善盡美，但是一定要盡心盡力，不然你們的願怎麼樣了？天恩師德你們要怎麼報？你們老前人、前人修道辦道的大志向，就是你們要學習的！你看他們成全人的那股熱忱，也是你們該學習的！他們從求道到成道的那份學而不厭，誨人不倦的精神，就是你們身為後學的，應該要學習的，對不對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以個人名位去主導，乃詐，因為你假公濟私。以個人思想去主導，乃危，那就很危險了。要知道，一人牽繫著芸芸眾生的慧命，當以大眾福址去主導，乃佛，以大眾慧命去主導，乃德，以大眾成長去主導，乃義，以大眾回歸去主導，乃忠。走到最終點，就回歸無極老○的身邊，所以要掏出徒兒們的真心真情真義阿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亂象無奇不有，難道徒兒也要做那個製造亂象的人嗎？那就要自己多留心，要省思省思，道場的活動運作，合不合前人輩的方法，去對照對照。現今時代不一樣，要活潑應事，但在活潑應事當中，沒有叫你把道的主軸、道的精神拿掉！搞清楚狀況，不要修到最後，應了那句「午時成道巳時墜」的話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要成長，就要有親身的學習與體驗，從學習當中，才能夠得到智慧與經驗，這個經驗是你自己的，別人帶不走，也學不來，也不一定你想傳承，別人就願意學。為師的意思，希望徒兒們能夠身體力行，什麼事情都能親身去體會，而不是光聽別人說道好，就法喜充滿，說道不好，就滿口的批判，那不是鸚鵡學語、依樣畫葫蘆嗎？你要腳踏實地，一步一腳印去身體力行，修道，就是這麼簡單的一條路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的德性修得愈好，感應就會特別強烈，因為德可配天，天，可以輔助你，你看那堯舜大德之所以傳遍天下，那是因為有德。有道的人，上天一定助化，好比文王傳給了武王，武王歸了以後，道並沒有傳給周公，而是傳給成王，那是因為周公能夠盡忠盡義，扶助成王定下千秋大業，這是他的有德有道，所以才成就了周朝的大業。所以，一個人有道，天一定助化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時候徒兒們會迷惑，會茫然，因為有很多責任與事情是你們不能解釋，不願意去做的，例如說：「我們現在修道了，要學低心下氣，可是那個人那麼得理不饒人，我就要讓他嗎？」你就開始產生疑惑了。「為什麼修道人就要這麼軟弱，他明明做錯事，我還要跟他講道理，難道是我錯了嗎？」「我也想來佛堂幫忙啊！我也想盡心啊！可是老師又說：『修道，人道要盡啊！』凡事要是沒顧好，人道就沒有做好，那我就不是很好的修道人了！」於是就產生疑惑了。「凡事要顧好，那我怎麼來佛堂呢？我不來佛堂，又有人說我變心，說我初發心不見了，修道為什麼會這麼不快樂呢？」這就是你們不能通權達變的地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要有遠大眼光，看遠一點，要拿出你的真智慧，算出真天機。不要用電子計算機來盤算一切，電子計算機只是加減乘除一番而已，只能算有限的收入支出而已。而我們辦聖神仙佛菩薩之大事，用的是無限的心，辦的是無限的事，計算機是無法計算出的。你們也是為道務花了很多錢，花的錢財雖很多，但仍可以計算，對不對，但你所施給他們大家得到的，他們要是再發揮出去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所發揮的程度，以及將來的成果，是可以用電子計算機算的出的嗎？就像你們下苦心渡他們，這是種下善因，而他們明理後，一人渡十人，十人再渡百人，百人再渡千人，千人再渡萬人，萬人再渡下去，這種果是無窮無盡的。如此一顆種子，長大後變成一棵大樹，此樹又有千萬果，一果又有千萬種子，一下又可種成一棵大樹，如此不斷繁植下去，不到幾年就算不完了，這是一定之理，所以說培德如培樹，知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