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典藏·傳道人的精神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修道常保初衷，才能展開無限向上的精神。但是往上走很吃力，所以需要使力一點。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沒有這顆心，外在多美、多亮，那只是個泡影，留在人心中的是那個精神，而大家所要追尋的也就是這個精神。精神的道理可就深遠，精神是一個人的外形所表現出來的氣，當一個人懶洋洋時，他所表現出來就沒有氣，沒有道氣，可是當一個人他有道氣時，神色所散發出來的就有那個神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人若能學習土地養育萬物的精神，去對待一切眾生，那麼此人可稱得上是地藏王菩薩了，為什麼呢？因為地藏王菩薩對待一切眾生，就如同土地利益一切萬物一般無私無偏，這種情懷是多麼的偉大啊！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蓮花之梗有節，雖生長在汙濁的泥中卻不染汙，能否像蓮花中空而有節，抱持修道人應有的志節，綻放生命光輝，不讓動盪的五濁惡世障蔽你們的佛心本性，這是你要修的。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不受於邪，邪氣自去，聲色貨利，奇技淫巧，凡是有傷我精神，害我心性之外物，皆稱邪也，僻邪之方，就學一個虛空，視而弗見，聽而弗聞，自然邪氣退避，侵害不得。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只知道要斬除外面有形的草，耕外面有形的田，你那內心無明的雜草，有沒有剷除啊？自己的心田有沒有耕啊？有沒有把一些貪嗔痴去除悼？酒色財氣，貪嗔痴愛，是你們最大的障礙，是不是？在這亂世之中，人心動盪不安，你是在家出家，火中栽蓮，所以要有修道人的志氣志節，外面亂，你的心就不可以亂，你不可以跟一般沒修道的人一樣跟著亂，你要比一般人還要能自我要求，自我管理，否則，怎麼治理這個末後的世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常說板蕩識英雄，可是為師要說：「把自己的生死置之度外，一心為他人安危著想，那才叫做奇才。」修道這條路是極可貴的，在千萬人之中挑選，是玉是石，要經過一番的琢磨篩選之後，才能呈現出光華及亮度，才可將良莠分別出來，所以，你要當那塊美玉、那個奇才，受一番琢磨是必然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場是個清靜的地方，你身為一個修道人，連禮儀都做不好了，讓後面的人怎麼跟，怎麼學習啊？你是個平平凡凡的人，要講道理給人家聽，人家未必會聽，如果人家會服你，是因為你的德，你們自己的榜樣立好了，就能引導眾生，渡化眾生。徒啊！修道最重要的是志節，守住你的志節，人家才會服你，才會跟你，明白嗎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要實踐理想，是一個處處是佛堂，步步是道場，個個是佛子的理想境界。想要成就如此的蓮花世界，就有賴徒兒們來做，咱們能做多少就是多少，竭盡本份，盡己所長，辦道就是要有這個精神，再將這個精神傳播給每一個人，為師希望你們這些有志之士，都能負起這個責任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能用生命來護持這個道嗎？就算犧牲性命也在所不辭，有這樣的志節嗎？若拿天的高明來比喻道的尊貴，那我們都活在天的覆蓋下，都在道的滋潤中，猶如魚之於水中，從未離開。生命中若沒有天，就會自命清高，沒有道，就會放情縱慾，更不用談護持、犧牲性命了。因為，要使生活中有道、心中有天，就要有捨我其誰的志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從互相扶持到現在，一路走來，回想曾經蒙受多少的天恩！不論是有形或無形的，都很感恩啊！沒有前賢們的鞭策磨練，哪有今天的你在此地，是不是！所以，一切都得感恩，每一盞燈都是精神的傳承，前賢們費盡苦心，指導幫助大家，徒兒們如果沒有好好把這個精神傳承下去，豈不孤負了天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行過程中，難免都會面臨人事物的瓶頸，這些瓶頸不外乎是藉事煉心。徒兒若懂得善用週遭的一切境遇，在境中學習應對進退，不離境亦不受境所遷，不攀緣，並時時精進，自我鞭策，自我觀照，以天心為己心，效法聖賢，相信這些瓶頸都將成為增上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徒兒們不要忘記，當初你們老前人、前人那一點開創的艱難，明白嗎？今天每一位徒兒們，有緣共聚在這個聖殿中，在　老○的無極宮裡面，相信徒兒們心中都有那麼一份至誠真誠，有嗎？為師是希望徒兒們是有這樣一個心，但是徒兒們，你們自己有嗎？你們有絕對的真誠嗎？你們看一看你們老前人、前人為什麼今天能夠如此的受後學們的敬重、推崇、尊敬，這是什麼原因呢？是不是因為他們比較聰明？是他們比別人多了一份用心以及費心，是嗎？你們學嗎？你們要學嗎？修道常講的要學吃虧，你們能夠吃虧嗎？你們吃得了虧嗎？你們吃得下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你們老前人、前人都吃過了，說到吃苦，你們受得了嗎？這你們老前人　前人也都受夠了！你不吃苦，你怎麼了苦？你的苦怎麼了？再者，修道要固窮，固守窮困！你們老前人、前人更是歷經了，但是他們的志節、節操，有沒有改變過？沒有！那你們就是要用一下心，自己要去想一下了，如果你現在的環境是這樣，或者說你以後環境是這樣，那你應該怎麼去面對？應該知道了吧！明明白白的已經做在前面給你們看，你們口口聲聲說要學，那要怎麼學？要學什麼？你們自己要明白，要清楚，是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再來，修道要學忍辱，這個你們老前人、前人也都受夠了，一個人不忍辱的話，沒有辦法受用這個佛法，聽得懂嗎？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