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24"/>
        </w:rPr>
        <w:t>老師的話</w:t>
      </w:r>
    </w:p>
    <w:p>
      <w:pPr>
        <w:spacing w:before="0" w:after="8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44"/>
        </w:rPr>
        <w:t>典藏·行道</w:t>
      </w:r>
    </w:p>
    <w:p>
      <w:pPr>
        <w:spacing w:before="0" w:after="32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4"/>
        </w:rPr>
        <w:t>典藏版主題　·　濟公活佛慈訓　·　依簡報整理，供閱讀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《老師的話》典藏版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濟公活佛慈訓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)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怎樣是道？運用出來，就是道。你知道修道很好，可是還做得不夠，不圓滿，這代表你還沒把道全然運用出來，還要繼續體驗實踐。做得不好沒關係，不要放棄，最怕是還沒開始就認為很難、不可能，然後打退堂鼓。徒啊，修道本來就不容易，要有堅毅的心，真的想改變自己，才有到達彼岸的可能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道在何處？克念作聖便是。聖人能常樂，皆因他能樂於如止，凡夫有諸苦，是因私心與貪妄。人心苦，苦在為塵勞而碌碌不堪，若知止於至善之地，則常安樂！知止於良知良能，則遠災禍！心中無妄想，心外無可欲之物，則隨遇而安，此為克念之功。視俗樂如幻影雲煙，在心中無常變化，苦盡甘來，樂極生悲，故非常樂，惟不變不易，永恆如是，真常不滅之真如本心，方是清靜之樂。真樂者，即安於道，樂於道，非觸景而生或感情而發，非悟道而快或見效而喜，非逐意而舒暢或無憂而悅，而是從寂然不動中感而遂通，是一種常應常靜的泰然自得之天趣，如鳶飛魚躍，靈機活潑，不知其所以然而然的常樂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如果你善於修身處世的話，你時時看到你自己的缺點，這樣是不錯，可是對一個悲觀的人來講，這個人卻容易變得自卑。所以，你要如何把你自己的自卑感隱藏在裡面，而潛在意識如何把它化消呢？時時刻刻，你要懂得善用你自己的優點，更懂得能夠把缺點改變成優點，那才是修持功夫最上乘的，懂嗎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首先要做的就是盡本份，自己本份做好了，才有能力去幫助別人，時時存好心，說好話，做好事。徒兒的好，沒行出來，藏在裡面有用嗎？行出來就是德。所以，平常要養成講好話的習慣，才不會一時改不過來，這是修道的點滴功夫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道是什麼道？公道心要有公心，道沒有公道，心沒有公心，就變成私道私心了。想想看，你們辦得公不公啊？有道是以身示道，天無言地無語，以身示道，自己做得好的話，人家就說道很好，自己做不好的話，人家就說道不好，那誰的錯呢？你做得不錯，人家就說道很好，那誰的功？是你們的功！是功是過，都在你們一念一舉之間，所以，一舉一動都不可馬虎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道太廣大了，道無法用語言文字來形容它，古時候的聖賢，為了讓千百萬的眾生都能夠了解到這天地之間的奧妙，勉強藉助各種文字記載來垂留一些經典，就是為了讓後代的眾生，能循著這文字的記載與闡發，去探討這真理的奧妙。你們既然身為讀書人，就應該按照天地之間的道理去做事，不要因為讀書，認識幾個字，懂得一些數學方程式，做人做事就善用心機，這樣不好。我們讀了聖賢書以後，要能夠照聖賢仙佛，或古人那種純樸的心去待人處世，這才是最重要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行道這個過程如有出差錯，要從自己檢討起，你要先問自己，反省自己，才能對外面的因緣一個個去做打算，好比一棵樹，你這棵道心的樹站穩了，則外面的風雨再大，考驗再多，你也不會被考倒，你的付出必有一個得，但是對於這個得不要太在意，因為這是你們的責任義務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好人的定義要從哪兒界定？好好先生是好人，存好心說好話是好人，對人好是好人，是這樣嗎？基本上要做到人人都喜歡就很難了，更何況讓他心悅誠服的喜歡，那就要看你做好人的存心了。第一，要依真理。第二，不可私偏。糊裡糊塗的爛好人，不依真理，常常破壞秩序，敗壞正事，而有作有為的偽善者，常念及自我，無法化小愛為大愛。由此看來，能在社會中造福人群，是不是也能在道行道，這就是要認理實修的原因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要把道注入心頭，再把它實現出來，那才叫行道。在家裡就可行道，譬如，你對父母的口氣，是不是應該具有學道人的美，同儕之間，你的成績比較優秀，就自傲自滿，那你最終必敗，記住，謙虛才是美德。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凡是一個大人君子，他一定具有下列三種德行。第一，能為正道而冒險犯難。第二，將正道傳授給聖者。第三，拿聖人的道理教化民眾。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上天賜仁人於世上，他確確實實具備了這個道，用來修身立命，服務社會。因此君子和大人，應該識時務，以便通達正道，立身行道。為人處世能明哲保身，合光同塵，暫時和世俗的人同浮沉，而把自己的懿行典範隱藏起來。縱然受囚禁的屈辱，好像活得不大光明，但也不會因此而走上歧途。他能效法箕子，雖處在黑暗，遇著昏庸的人君，自己卻能守著純正的志節而不變，主要是他能夠知命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感恩 · 惜緣 · 精進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《老師的話》結緣分享 · 供修道參考</w:t>
      </w:r>
    </w:p>
    <w:p>
      <w:pPr>
        <w:spacing w:before="360" w:after="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2"/>
        </w:rPr>
        <w:t>《老師的話》濟公活佛慈訓系列 · 結緣分享，供修道參考。</w:t>
      </w:r>
    </w:p>
    <w:sectPr w:rsidR="00FC693F" w:rsidRPr="0006063C" w:rsidSect="00034616">
      <w:pgSz w:w="12240" w:h="15840"/>
      <w:pgMar w:top="1152" w:right="1296" w:bottom="108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FKai-SB" w:hAnsi="DFKai-SB" w:eastAsia="DFKai-SB" w:cs="DFKai-SB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