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典藏·承擔使命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每個人來到這世間，都有自己的使命要完成，這使命並不是每天吃睡而已，而是來救渡眾生的。使命要自己承擔，沒有人能夠你承擔，你自己六萬年的恩怨多得像山一樣高，此時不了，更待何時？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人生最快樂的事是什麼呀，就是盡了自己的職務，完成使命了責任。人生最悲苦的又是什麼，是自己責任未了。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丈夫一世要有擔當，不擔當則無處世之事業，明哲達人要善擺脫，不擺脫則無出世之胸襟。而賢哲處世，一龍一蛇又英雄肝膽，仍需要菩薩心腸，而後可以有所為，有所不為也。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生命就是一呼一吸，吃飯就是張嘴合嘴，還不如走有意義的這一條路，辦道、救人、幫助人，而不是為自己的七情六慾，為自己的事業凡業在不停的煩惱。跳得出來的是真英雄，跳不出來的是什麼，狗熊，對不對？諸天仙佛教你們跳，一次要跳得比一次還高，你跳到了，你就成就了，那些辛苦算什麼？你不肯跳，你沒辦法成就。今天徒兒都沾光沾恩，能夠得聞這個大道，就好比一隻蒼蠅，牠附在千裡馬的尾巴上，牠就可以走到千裡那麼遠，想想你門，紅塵世界這麼大，在三千大千世界裡面，你們就好比灰塵這麼小，今天若不是天開普渡，你們能夠得這個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得了道就像蒼蠅附在千裡馬的尾巴上，讓你們跑得好遠好遠，讓你們可以和聖賢人媲美，可以做聖賢，可以成仙佛，為什麼還不想開，好好走，好好做呢？不要說自己年輕，棺材裡面裝的是死人啊！這個時期，徒兒們不是不知道啊！縱使你辦道辛苦，辛苦幾年，內德要修，就算你不辦道也要修道，現在你要修道，就要辦道，是這份機緣，徒兒們要好好掌握著，路要認清楚，才走得踏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人啊！容易犯一個通病，久了就想得很多，很複雜，為師跟你們舉個例子：有個徒兒很老了，鬍子一大把了，有一天小仙童來，很喜歡逗弄人家，就問他說：「您睡覺的時候，鬍子是擺在外面，還是擺裡面？」那個人說：「對哦！我不知道睡覺時，鬍子是擺在外面，還是擺裡面？」結果那個晚上他就失眠了。你們猜那晚他是怎麼睡的？他整個晚上都在想：我的鬍子擺在被子裡面睡，睡了一個小時之後，發現說睡不著，於是他又把鬍子拿到被子外面來睡，還是睡不著。哇！怎麼辦？於是他就決定不管了，睡覺，目的是什麼？(睡覺)我管它鬍子在哪裡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後來他才發現，原來他睡覺的時候，有時鬍子在被外面，有時在裡面，冷的時候，有時候鬍子會自己跑進來，這就對了嘛！我管它鬍子在哪裡！道理是一樣的。「老師啊，我現在是做這件事情好呢？還是到佛堂做那件事情好呢？」做哪一件事好？什麼都好！做事就對了！兩件事情沒有辦法同時進行，就要兩利相衡取其重，兩害相衡取其輕，你們都很聰明的嘛，平常的時候，一切的事情都可以打理得這麼好，可是真正到了聖凡衝突時，就頭腦捶捶，然後就說，那是業力。所以，你們做事不要猶豫太多，咱們只要單純地去做就好了，不要管它鬍子在哪邊，我們的目的是什麼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目的是做事哦！這一點就很重要了。你們每一個人的目的要很清楚，而且最好是合為師的意，然後就是去做。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下的眾生那麼多，如果不能隨順眾生，巧立方便法，怎麼去救眾生呢？徒啊，在你恆順眾生時，不要反而被眾生轉走，你要學會隨遇而安，安住自家主人翁，主人當家，然後才有辦法承擔渡眾的大任，至於自己的生活，只要簡單就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道場所缺乏的，就是你們對眾生的承擔力，你們不夠敢哪，遇到困難，只會退縮，遇到人事問題只會脫離，你從來也沒用心想辦法去解決，而為師還是對你們存著一絲希望。徒兒在學習成長之時，先要學習認命，你們的所作所為就是不夠認命，不認命，你就有埋怨，就有抱怨，就有退縮。只要有一顆誠心，上天自然在你無助的時候給你力量，給你幫助，你們不要漠視上天給你的這一股力量，而力量是靠自己心願生出來的，首先要自助而後人助，最後天助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管你擔當的是什麼樣的天職，都要先反求諸己，才不會掛了一個天職的名，又讓人在背後批評，因為人的眼睛總是往外看，看誰做得好，看誰哪點做不好，看人家的是是非非，評審人家的進進退退，所以，我們既擔了天職，就要儘量做到讓人無可挑剔的地步，讓人認同你的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擔了使命，應該要負責任，要任勞任怨，低心下氣，眼光要看得遠，才會知道自己修的是什麼？難得大家都沾了天恩師德，應該要拳拳服膺，謹慎小心，低心下氣，一步一步走，因為你們每天跟隨的都是自己的無生老○，自己的佛菩薩，但是你們都忘了，為什麼？人相、我相、眾生相、壽者相，三心四相干擾得你們亂紛紛。不要看現在辦得好，辦得一大遍，那都是空開花，一陣風掃過的話，你看就稀哩嘩啦，沒有一個實果，所以辦道不可著重在點人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德無道，也不能承擔天職天命，如果你是一個有德性的人，很重視自身的修持，也知道天時天運天命，可是偏偏沒有得道，那就沒辦法承擔天職，沒辦法做普渡三曹的工作，現在社會上不是很多這樣的人嗎？所以，你們要把握機會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修道的人，其責任是何其的重大啊！責任擔得起，將來列入金榜，彼岸就在面前，擔不起的，就打入幽冥，繼續生死輪迴，沒有責任的，就不是修道人，責任來自於自己身上，責任要靠自己去找。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經一事，不長一智，不考不驗，試不出大才之氣，徒兒要有大擔當，你才挑得起這白陽大戲其中一份的棟梁。每個人有每個人的角色，每個人所負之使命也不一樣，為師怕的是徒兒自悲，瞧不起自個兒，自己斷送了自己的前程。所以，徒兒不要小看自己，好不好，希望徒兒能夠光明坦蕩，放開你的懷抱，伸出你的援手，救渡更多有緣的眾生，好不好，你有三分誠心，上天助你七分啊，徒不要怕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盡自己的責任，你盡了自己的責任，就是完成眾生的事，完成上天的事，不要做多餘的想法，太多的想法反而會誤導自己，不但使自己走偏了，還影響整體運作。所以，對自己負責就是對大家負責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這時候，誰都有救世的責任，誰都有救萬民的技能，個個皆有責任，個個盡得負擔，別自暴自棄，這不是替天濟世嗎，這才不枉為人一世呢！趁此機會自己立起標杆，作一件驚天動地之事，豈不名揚千古嗎？天上人間雙留美名，自己又得善果，豈不是一舉兩美的事情嗎？何患不得留傳千古呢？又何患不得與仙佛同體，聖賢並肩，十萬八千隻在轉瞬一念了，豈不是應時普濟的良賢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再奉勸世人見此經者，早早看破紅塵，跳出三界，不受五行的壓迫，也不負仙佛一片濟世之心，也不負己身生於中華之地，也不負己身逢於三期之中，這豈不成為一個完完全全的人嗎？又何患聖經不傳千古呢？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