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典藏·佛魔之念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今天得天獨厚，給你們處在這樣的環境，要存著感恩報恩之心，你才能擔當大事啊！要知道末後，世事難預料，可是徒兒別怕，一切老天在做主啊！只要人盡心盡事，一切聽天命，不要為了人事的問題，而擾亂了徒兒的修辦道精神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修了，才知道自己的盲點在哪裡，你承擔了責任，受了人事的琢磨，才知道火候有幾分，如果你逃避現實退怯了，雖名得道，實是輪迴道上的常客啊。徒啊，你要到什麼時候，才肯對自己負責，面對自己，進入真修實煉的地步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知道怎麼動才能合乎方合乎圓，合乎中庸之道，那才是道，不偏不倚謂之中，你們都有智慧，所以為師說的話能聽能懂還得要能做，所以告訴你水甜淡無味，你不喝焉能知道它到底是什麼味道？不做又焉能知道道的好處在哪裡？道還是得由人行出來。大學之道在明明德，佛堂裡有沒有道？就是因為有道你們才說要來修道，但是修道只是個名詞，所謂修道還得要修心，心若不修焉能成道，不實踐和敲打唸唱又有什麼兩樣？現在的社會獨善其身還得兼善天下，要有人溺己溺，人飢己飢的精神，這才合乎白陽修士的崇高精神，修道要有責任，要有擔當，那不只是修自己，還要走出去渡化別人，那才是真正在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是誰在聽為師說話？是你們自己在聽，對不對？你若人在這裡卻把心放在家裡，聽得進去嗎？所以，最主要的是這顆心。從這個心把一切貪嗔痴愛、酒色財氣全放下，這叫做修，革除自己的貪念心、分別心、嗔恨心，對待心，這個就叫做修。等到你放到自然的時候，一切無為，一切無心，你才能真正的體會到所謂的無我，不是那個肉體的我，而是那個在聽為師講話的我，那就是佛，就是生生不息的本性。以你的自悟內證瞭解真我，那叫做宗。然後你將你的體悟再去講，再去化人，他人有煩惱時，你去幫忙他，這叫做助緣，所以萬緣皆是法，而萬法不離一心，心正即法正，心邪則法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常說要合作，要你們團結，你們可知道為什麼你們老是做不來呢？這是你自私心沒有去掉，你的心氣還不平，你的貪嗔痴還在，修道人要有廣大的見識，不是只有看眼前的一點點，要看遠一點，別人給我們的得要感恩，別人給你的考驗，你也要感恩，不是他磨過來我就磨過去，磨來磨去，驗來驗去，到時候兩個統統墮落，是不是？人的脾氣毛病都有，你要時時的改革，漸漸的去掉，為師沒有要你一天做到，為師要你盡心盡力的去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的功夫不可稍有放鬆，應該每天不斷的精進，不斷的反省，如果徒兒們各個都存好心，大家都成佛去了，又何必佛來倒裝下世，救渡眾生啊！就是因為人有貪心、嗔恨心、私心、嫉妬心、執著心…，所以才有三曹普渡的這回事，徒啊，現在是該好好反省的時候，反省自己平日最常發生，最常起心動念的地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主要是修心，那麼你們心正嗎？何謂心正？理不清則心不正，心有所罣礙則不得其正。在你們修道的過程中，當然你們的第一步是學習，那麼你們要學什麼？你們要有目標，要有方向，修道人要修心養性，但是老師看現在的修道人只注重外功，到處渡人，到處去講道理，講得天花亂墜，結果卻引來很多人的譭謗，很多人不相信，這是為什麼呢？因為你欠缺道德兩字，因為你在日常中貪嗔痴三毒不能夠消滅，因為你貪功德，雖然你渡很多人很好，但因為你著形著象，如果你渡一個人時不能順心，則你心中就產生了怨尤，既然生出怨尤，就是嗔，那你既然產生嗔念則不得其正，就產生恐懼或者徬徨，而內心就戚戚哀哀，那無形之中，你就有一種妄想，吹動你的心性，或者是你的行為超過這種道的規則，那由此就產生了疑惑，而變成不信，那就會被外面的聲色迷惑，則你離道遠矣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你們說要修辦，說要了願了罪，那麼你所擁有的錢財，就要適時的省一省，多做一些佈施。佈施度什麼？貪。你們自己再仔細的想一想，你們精進的心不夠，就容易日生懈怠，懈怠時，你一退志，動了凡心，沒有道念，你說你要如何護持這道場，如何去凝結道氣？徒兒，你們每個人都不能退道念，不能退道心，一定要恆誠一貫，有始有終地走完這條路，雖然修道苦，但是人生嘛，不管怎麼過，總是苦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貪不求，如果居上位不納諫，喜歡人家奉承你、遵從你，就已經面臨到這個危局，只是徒在這萬仙陣中，還不自覺。不只點傳師危險，從上至下每一個人都危險，所以才要你們借相明理，明白嗎？有理則遵，無理則退，要好好想一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要有安定的心，才有安定的方向，生活於茫茫人海中，如何去把握方向，力行八德，時用四勿，以止貪痴。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看了看，你們這些學道修道的人哪，志氣沒什麼大，脾氣卻都很大，這個德行不怎麼高，但是心卻是很高。這些是不是都是脾氣毛病？你們身體有病的時候，是不是很快就要找醫生？你們有沒有想到這個心－內心，萬一造成了脾氣毛病，到底要不要去改一改？為師看你們的佛性都迷失，留個色身又能怎麼樣呢？當然啦！身體也是要緊的，但是你不能夠只圖色身的安逸啊！你們都是替天辦事的辦事人員，如果連這膚淺的道理都不知道的話，就不太合格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就是常常給自己機會，所以永遠沒辦法進步，「沒關係啊！我錯一次，我今天脾氣來了，我又發脾氣了，我的慾又來了，沒關係啦，再改！」你們老是改了又犯，沒關係再一次機會，修道辦道到時可沒機會了！不是老師我不給你們機會，不要怪為師無情啊！今世不修，今世不辦，你說下次、下輩子再來修，沒有機會了！如果你沒機會了，現在會感覺如何？(沒感覺)就是因為太多人沒感覺，於是就麻木不仁，終而輪迴生死苦海。就像現在的你們一樣，為什麼你們還坐在這裡？就是因為已經麻木不仁，沒有機會了，所以才會不斷地生死輪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如果再有人胡行亂為，一再規勸不醒的話，你們一定要讓大家知道有這麼的一個人。你們私底下要先誠懇的勸告他，要去扶正他，一旦履勸不醒還執迷不悟的話，就不能不讓大家知道有這麼一回事情了，你們必須講出來，才能夠避免有一魔根混進道場來，這樣道場才能夠清靜，如果輕易的偏信這個妖言惑眾的人，引人去入邪棄正的話，是他自作自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遇到逆境的時候，如果徒兒們還要迷信，以為老師、仙佛菩薩一定會來撥轉這個劫、這個業的話，那就是你們還不明理。如果你現在正處在逆境當中，就更要感謝上天的慈悲，你能夠怨天尤人嗎？你們現在是壇主、講師、辦事人員了，碰到困難的時候，難道還非得求仙佛幫助不可嗎？如果是這樣的話，你們實在是有愧於擔了這個天職，你們有這樣的心態，怎麼能夠去成全人呢？怎麼去領導後進的道親呢？如果你自己都埋怨上天了，在你們跟道親接觸的時候，你們的一言一行絕對會影響他們，一句話可以成全人，也可以讓他離開自己的崗位。所以，你們要是能夠明理的話，不就能成全無數的眾生了嗎？但是，相反的，如果你的心念不正的話，同樣也可以影響到許多的眾生，想一想，這樣不就愧對天恩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