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典藏·福禍之門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典藏版主題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《老師的話》典藏版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)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大家應該學習老子、莊子所講的虛懷若谷，你看那海若低，水就往那邊流，所以應該以虛懷若谷的心，去懷抱這個德性，去培養德性，能夠集合大家的優點，變成我的優點。所以你看海，河流都流到它那邊去，好好來修道，如果沒有中道的話，就會迷惑自己，然後就有了憂愁，患得患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心裡面要常感恩，不要怨，不要喊苦，你愈叫苦就愈苦，到最後就苦苦相繼，相反的，如果你常覺得自己是個有福的人，久而久之，福不請自來。為什麼？因為心裡面認定是苦，你就轉不過來，到後來你真的很苦，所以，心裡覺得苦，看什麼都是苦，心裡覺得不苦，看什麼都是福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為師看到人心在作祟，現在的人世動盪不安，這是為何呢？因為人心不足的關係啊，人心不足，所以遭致群魔而降！你願意自己心念正的話，就要多參尋聖賢仙佛之經典，好好去學習聖賢仙佛之腳步，讓自己的路不要走偏，不走偏方能夠躲劫避難啊！為師知道浩劫將來臨，為師班班法會到壇講的都是這些，但是幾個徒兒能夠了解，你們知不知道啊？為師知道天時要演變，但是徒兒們一個一個還是沉迷不醒，讓為師看來好心傷啊！徒兒們了解嗎？為師知道天時緊急，可是你們不懂天時，唉！唯有求助你們自己，自己能夠造萬物，自己能夠生萬法，自己能夠解一切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！你們常常講的，要弘揚這個仁道，要怎樣去行這個仁？這個仁，可以包括人道跟天道，也就是孟子所講的惻隱之心，不忍人之心，能夠自覺、能夠覺醒的心。你如果能夠真正從內心覺醒過來，才有可能使你的道德趨於完美，想要移風易俗，才有可能啊！這也是因為你的自覺覺醒，而感通這個四端之心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要誠實的檢視自己的心念，是不是有真正的慈悲呢？如果只是為了某種目地的行善培德，徒兒會很痛苦，因為徒兒會覺得我做的一切是都在為別人，沒有自我收穫的法喜，一個懂得慈悲意義的人，才有機會拯救苦難的自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要像插秧一樣，退一步海闊天空，這叫內歛內聖之德。為何說修道如同插秧，把你的腰你的頭低下，一點也不趾高氣昂，得理也不會不饒人，辦道要如收割一樣往前，看起來是倒著走路，事實上卻不斷在收成，可見修辦的開創守成，是同時存在的。所以，不要因為一些人事而耽誤自己的慧命，更不要因為自己不經意的一句話，一個動作，而帶給道場傷害，時時迴光返照，好好看清自己，鍛鍊好自覺的工夫，自能覺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要進入人們的世界，首先要謙下，對別人謙下之外，還要對自己謙下，怎樣謙下？即不生狂妄驕寵之心，在成功與失敗當中都以平等心處之。若成功就沾沾自喜，走的路就不謹慎也容易變成失敗，所以一切要能夠居安而思危，不要以為現況處得很好無憂無慮，其實這才是真正的憂患。成功勿自喜，失敗亦不妄自菲薄，成功失敗只是一念之間，只要常保此心，不管成功與否都波及不到你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要時時刻刻調整自己，要懂得放下我執，去掉我執，去掉人心，天心才會顯現。若以各人的利益去主導，乃邪！因為出發點用在一己的利益上，而不是站在義氣的義為出發點就不正了。以個人權勢去主導，乃魔！因為落入道權、道名、道利，是魔心作祟，我們把魔心魔音去掉，顯出天心佛心，把個人所佔有的，慢慢淡泊，放下手中所握的權勢利，更握緊自身的責任使命願立，把權勢化成願立，把利益化成責任，那才是效法佛菩薩的精神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！你們有沒有效聖法賢的精神，還是喜歡跟著時代潮流，不停的追逐！要認理，知不知道！聖佛菩薩是覺悟的，祂們不會去追趕時代潮流、感覺。徒兒快醒醒吧！不要再五花八門中追追逐逐，你們要的是淡泊養志、淡泊明志啊！明哪個志？成佛的志向。如果沒有為自己的人生目標、成佛大事，立下一個堅定的志向，一但遇到小小的阻礙，是不是很容易退縮？所以說，修道人要有志氣些，既然要修，就要修得徹徹底底，知道嗎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現在天災人禍這麼多，若哪天災難真的臨到你身上時，你可能會措手不及，荒亂失措了。人啊！不要到最後一刻，才懂得回頭，平時就要時時反省自身，在一念之間，就有天淵之別了。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天薄我以福，吾厚吾德以迓之，能知足者，天不能貧，能忍辱者，天不能禍，能培育英才者，天不能孤，能以身任天下者，天不能絕。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與劫並非全由上天降下的，一半是天，一半是人自找的，由人所引起的，是因人心的不正、人心的不古，而導致天災人禍。並不是上天慈悲，也不是上天殘忍，人要是沒有貪心，要是沒有貪圖不軌，又怎會生出這麼多人禍呢？這麼多的人禍發生在你的眼前，讓你們看到了。在這個時候，我們更需要以善良的心，體天的心有好生之德，移除人心來做事，互相以天心來走這段修辦的人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考驗不外乎就是順考、逆考，對不對？你們喜歡順考還是逆考啊？(逆考)真心話嗎？逆境的時候，雖然很不好受，身心倍受熬煎，但是有人想過嗎？其實逆境跟順境，真正要比起來呀，順境比逆境更艱辛，你們懂得這個意思嗎？因為只有在你們遇到逆境的時候，才更能夠看清整個的人生，領悟到這人生究竟是怎麼一回事情，對不對？逆境的時候，更能夠讓你們堅定修行的心，逆境的時候，縱然你們會想得很多，但總會有過去的時候，可是，在順境的時候，因為一切都很順心，就會失去了戒慎之心，慢慢的，這修道的心志就沒有了。徒兒啊，你們都太順心了，太福氣了，在你樣樣都順心得意的時候，你這修道的心，慢慢地就會被它磨損光了。所以，人處在順境的時候，就得趕快覺醒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有失必有得，少一些不良嗜好，對自己比較幸福，嗜好很多，就得靠自己的毅力，設法去除。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在生氣的時候，常不知道自己在生氣，只會看到別人生氣的模樣。所以，不要時常把恨留在心裡，更不要懷著報復的心態。相反地，你若懷著報恩感恩的心理，你就會很快樂，懷著埋怨的心理，就不會快樂，而快樂與不快樂，就是天堂與地獄的代表。你們的天堂地獄在哪邊？天堂地獄只在你的一念。一件事情是好是壞，也是在你一念之間，塞翁失馬，焉知非福！所以凡事都不要太過擔心，要時時懷著感恩。你懷著感恩的心，你對別人就不會埋怨，當你起了埋怨的念頭，人家再對你怎麼好，你還會感恩嗎？怨恨已經矇著你的眼睛，看不到別人的好處，如此怎麼能生出感恩的心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