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典藏·孝風德行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傳家以立德為本，孝養以盡心為根，今天徒兒都說要做個道化家庭，請問，什麼是家庭之道？孝經云：「不敬其親，而敬他人者，謂之悖禮。」你今天名為修道人，可以對別人、對道親和和氣氣，但這只是佛堂的一個樣子，回家呢？你對父母是什麼態度？什麼個性？徒啊，不要做個有名無實，內外不一的修道人喔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孝，是人世間最巨大的力量，孝，是天底下最美好的行為，孝，是人生中最可貴的擁有，孝，是歷史上最感人的遺產。把握有限的時光，感恩現有的因緣，歡歡喜喜的侍奉父母，快快樂樂的扶持另一半，高高興興的友愛手足，開開心心的教育下一代，遵道德，行仁義，讓家庭和諧，家運昌隆，就是孝的基本表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能逢上白陽大開普渡，徒兒可以超拔父母脫苦淵，是難得的因緣。想想父母恩德廣大，這輩子定要好好行功培德，讓父母沾光，讓天倫實現，千萬不要辜負了報父母恩的機會啊！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修天道，從人道做起，父母是兩尊活菩薩，應把握光陰，好好孝父母，敬父母，體貼父母，端正品性，言語溫和，態度誠懇，行善立功積德，以顯揚父母，才是真正行孝。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真孝子不敢怠惰自己，菲薄自己，亦不敢輕慢他人，仇恨他人，更不敢破壞生命的秩序，擾亂人際之和諧。孝，就是讓父母安心、安全、安慰，以至能夠安養天年。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不曾到某個位子時，你很難去明白每個位子所賦予的重量與責任，父母不是與生俱來就會的角色，但卻有渾然天成的慈愛能量。徒兒，家有活佛兩尊，如果你都不懂去孝敬，那你拜什麼佛！念什麼經！禱告什麼呢！不要等到子欲養而親不在，才悔恨不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你有多久沒和你的父母說說話？徒兒你有多久沒回家看看父母？徒兒你有多久沒有與父母散散步了？人生啊！孝順是一定要行的路。人若不忠不孝，擁有再高的社會地位，擁有再多的富貴，都是缺憾。徒要知道生命很無常，所以要把握每個能盡孝的當下，將孝德圓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父母之恩不能忘，樹有根，水有源，人有父母，大家要記得！父母健在，是一件快樂的事情，不要父母還在，卻不知道去孝順，等到父母不在了，你在那裡後悔傷心也沒有用了。你來到佛堂拜佛，但是自己沒有盡到孝道，這個拜佛也是沒有意義，那拜佛就是拜假的了。所以，時時都要告訴自己，反省自己有沒有盡到孝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都說和父母有代溝，是不是都不曾用溫暖的角度，去看待父母對我們的愛呢？或許是出現得太習慣，所以變成容易粗率輕忽，對父母講話大小聲，對父母態度愛理不理，對父母提醒當耳邊風，太多的不注意，變成過份了，變成失去身為人子該有的態度了。小徒兒們！要知道，明天或許父母還在，但不表示永遠都會在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成家了，對你們的公公婆婆、嶽父嶽母，都是要尊敬他們，如自己的父母一樣，時時刻刻都要和顏悅色，不要不高興就表現出來，就覺得自己做人是率性，這不是率性，而是任性。不要不高興，就要讓所有的人知道，也不管父母的心情。修道人在心情不好的時候，碰到父母，臉上也不要表露不悅，要不然父母看了會難過。所以為師要提醒，很多徒兒都會忘記這幾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徒兒啊！孝親是沒有時代背景的說法，不能用這樣的藉口來淡薄孝親的心，人活在世間必當孝順，不然你與禽獸又有何異呢？為人處世孝親為本，孝順父母為最大功德。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如果做了很多好事，但你沒有盡到孝也沒有用，你做出來的好事，也變成了假事。你不敬父母，卻敬他人，謂之悖理。所以如果對父母，沒有盡到尊敬的心，卻對別人很恭敬，這是違背了禮。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滿願如意？就是圓滿你的願望，只要做到孝順，就能滿願如意。一個有孝心的人，他的所作所為，連蟲蟲看了也會感動得落淚！講到大舜的孝，他的父母很頑固，心地也不好，叫他去修理倉庫，放火把倉庫燒掉，想趁機把他燒死，又叫他去挖井，也用泥土把井填起來，想把他堵死。大舜以身示孝，一點也不起怨恨心，像這樣的孝子才感化了家人，也感動天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行孝的人，都能感受到福氣的味道，原來行孝是那麼的美好，太讓人高興了。這就好比你願意效法古聖先賢，上天自然就幫助你成就你的德性。只要你心意誠懇，上天的助力就無窮無盡。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有一個最大的好處，就是我們可以超拔父母，如果父母親已經不在這個人間了，你為了盡孝道，唯有修道，好好的修道，將來徒兒們用功德超拔他們回天，這是為人子女的責任。想想父母辛辛苦苦的養育拉拔長大，所受的苦，徒兒們現在為人父母，應該有所體會了！如果連這一點點的孝都不想盡的話，那還堪稱孝子嗎？若父母還健在的更要孝順，不要讓人家講你這個修道人，只知道講修道，對於父母親卻不知盡孝，這樣子就不好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