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典藏·道化生活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家中有摩擦，就看你們是用什麼心，把摩擦化為助力。道降火宅，聖凡雙修，對不對，巧妙運用你們的時間，用用你們的妙智，把一些不該有的是非轉掉，你在佛堂做了一個不錯的榜樣，到了家庭是不是也這樣對先生、對孩子、對公公婆婆。修道感化他人，自己就要先做標杆，就算夫妻一起到佛堂做事、夫妻同修，回去以後呢？太太跟婆婆吵，先生打孩子，這樣子家人會受到感化嗎？如果你真能做到人道，盡你的責任，這才能為人標杆，不要被人家說成表裡不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這輩子能成為人家的父母，那是你累世與兒女所結下的緣啊！反個立場想，你為甚麼不出生在別人家，就偏偏出生在這個家庭裡？當然有個中因緣！所以，不要常對父母說：「你看，別人家的爸爸媽媽對他的孩子多好！」這樣會傷了父母的心。人生在世短短幾十年，好好把握珍惜父子母女、兄弟姐妹、親戚朋友之間的緣，地球就這麼大，你與這世間的緣深不深厚？你有沒有想過，是因為你與這個地方有緣，你與周遭的人有緣，與父母兄弟姐妹都有緣，所以要珍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家中的成員，要用誠懇的心對待家人，誠懇就是道，對於每一個人都要如此。夫婦之間如何誠懇？要互相體諒。而父子之間，父親該嚴的時候，就要嚴，應當慈悲的時候，要慈言相勸，如此才不會有如生活在戰場上，如處在地獄般。所以讓嚴格時要依理導引，給他真正的理路，而慈的時候，要打開他心中的結，一以貫之，從人倫家庭，進而道場，再進而社會，一直到各個地方。所以呢，修天道要從人道做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現在有夫妻同修的，更要珍惜，若只有夫修，或只有妻修，要感化，這是互相包容，彼此寬恕。怎樣才圓滿？譬如兩人搭配，一個只能出三分力，另外一人要助他七分力，這才叫圓滿。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夫妻既有緣在一起同修，不管是順是逆，都要一起走過，因為你們是修辦路上最好的夥伴，所以要好好的齊家修道，做道中的好標榜，時時記住對方的好。你們有愈多的道化家庭，便是道場的幸福。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夫若和，妻必順，侍親必恭敬，願天下兒媳以和順之心奉親，子何以寵，女何以愛，寵愛必驕縱！願天下之父母，以嚴慈之心教幼。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教育兒女以德化，以錢教子敗名傳；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以德傳後萬古流，嶽飛孟子及聖賢，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爾等當知效古聖，才能使子成名焉。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你們要把你們的子子孫孫教育得好，讓他們都能夠明理，不要讓他們對社會有所危害，好不好？這也是一種莫大的功德。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你不懂得用你的自性佛，把你的自性佛關著，那你自己過的日子怎麼樣？就沒有用真主人來當家，來駕馭這個肉體，教你這個肉體怎麼在世間立足，怎麼生活，那你的人生活得就很渺然茫然，活得很孤單寂寞，因為不知為何苦，不知要往哪裡走，就只好往三教九流裡面鑽，這就是凡夫的心，大家要不要過這樣的生活？(不要)唉！那要怎麼做啊？要勇敢的放，勇敢的捨，勇敢安排自己修辦的時間、參與道務的時間。誰沒有家？每個人都有家。因為在家出家(枷)，就是離不開家(枷)業，但是徒弟要道化家庭，齊家修辦，一家人互相手牽手，心連心，遇到困難，不如意，可以互相交心交談，互相提攜拉拔，這樣你的道心才會日見光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來佛堂大家所感受的溫暖，就是表現出佛法的平等，大家不只是在佛堂如此而已，回家以後，一樣也要將道化生活應用於家庭，但有時嚴教的父母也會生出不成材的子女，所以，要將道生活化，身為父母的要適時而教，以身示道，以能顯出真正的修道家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人道？就是做人的道理。應對進退要有禮貌，人與人相處間，對人要恭恭敬敬，和和藹藹，快快樂樂，自然人道好！人道好，必可達天道！如果光是口說修天道，修人道，但口是心非，跟人爭權利爭風光於一時，與人失和存有自私的心，別人會歡迎你嗎？社會不歡迎你，道場也不歡迎你，所以人與人之間要修好人道，人道修得好，天道就達到了。希望你們立一個志向，效法聖賢仙佛，一方面照顧著凡業，一方面兼顧聖業，做一個完美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幸福的家庭，不是靠求佛拜佛而來的，而是靠你們明理修行，互相去體諒，了解人生的大道，宇宙的真理，自我要求，自我教育，自我約束…，就是這樣建立起來的。徒兒啊，不要讓今日的無知，造成明日的後悔，也不要讓剎那的脾氣，造成永久的不幸，忍耐一下，你的明天會更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幸福就是：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1.歡喜心、感謝心。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2.摒除惡言論，離諸對待。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3.站在自己的崗位上盡責任。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4.包容意見跟你不同看法的人。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5.不要去改變對方。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6.就是認命。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7.不與眾生結惡緣。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8.佔有慾不要太強。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9.有感覺之美。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10.改脾氣。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