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典藏·品格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人生在世，品格與德量甚為重要，如果只是一昧的追金逐玉，到最後連基本的品德都泯滅了，那人生到底是為了什麼呢？擁有的會不會不安呢？徒啊！要慎思啊！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徒在道場學習了一段時間，還不懂得過濾自己的心，那麼，當你遇到任何事情，也只會秉著過去的個性做事！唯有承天地之正，秉萬物之心，這樣你的性心身才會純，才能夠真，這才是修道人應該認精準的方向。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現在的日子看起來似乎很充實，因為都很忙碌，徒常說的一句話是「我沒時間！」可是有否真的檢視過，現在的你是否有品質呢？這很重要啊！就這麼一次的人生，怎態讓慾望當家作主，讓良知道德忙茫不見呢？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天生地養才會有你的存在，人啊，要切記不要悖理而行。依著該行的道理，道者理也，你依著這個道理就能走出去，就能見到光明，你沒有依著這個道理，永遠在那裡打迷糊仗，在那裡兜圈子，這時只會使自己的肉體、心靈更脆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德行要靠自己去培養，任何事情也要靠自己去做，去發覺。道理就是這樣子，你做出來了，就是好道理，你沒有做出來，那就不成道理。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身為白陽弟子，需心量廣闊，涵養精深，遇事相辦，遇難相助，借事中培其道格佛格，生命在奉獻學習中展露至真至貴之德光，二六秉持天心濟世渡人，以實善行動感召更多人共同學修講辦行。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要瞭解現在的世局，是危機，同時也是轉機。如果每一個人，你爭我奪，你不讓我，我不讓你，父親不像父親，母親不像母親，孩子不像孩子，缺少中國固有的文化孝悌慈，如果這樣的話，就是危機。如何才是轉機？轉機者，每一個人都要有格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不可固執己見，時時存著道心，時時存著道念，處處行道，這叫做權。你們常常先做了之後才來稟報，這就太慢了，就差了一節。修道修道，你孝悌忠信做得不好，如何能成道呢？孝悌忠信，這根本的道理，你不能把它顯現出來，你說，這有什麼人品可言呢？人品都沒做好，還談什麼道品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的風氣講品格與道德，反倒成了不入流的人，失德失品之人反倒成了主流，徒兒要想想，是什麼原因造成今天的時代？不要說你只是跟著潮流在走，所以就得過且過的渡日子，生命要是沒有檢點的心，那就枉費人生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心就好比鏡子，這塵垢往往會模糊了視線，尤其這良知良能更是容易被矇蔽，如果沒有時時勤拂拭，天心就難做主，當人心當家時，這物慾橫流就要淹沒靈臺，徒的生命就只有晦暗，行為舉止當然也就日趨下流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世人都有品牌迷思，用一身昂貴的行頭來自我展現，徒啊，此時的世風日下，最尊貴的品牌應該是道德良心，只有具備好的品格，才能成為萬世不朽的獨一無二啊！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徒兒不都說品味人生嗎？端想自己的人生，哪一點最值得讚揚，是外相或是內德？只有德光才是永遠不滅的，用心經營的人生要用對位置，不要錯用心了。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人貴為三才之一，當要保持清明的節操，禮理二字要注意，不要讓生命失去重要的軸心，隨著不好的風氣來虛渡人生，這樣很可惜也很愚昧。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