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典藏·弘道佈德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學道的人，除了自己的言行要一致以外，這個德絕對不能夠缺少，如果不修德的話，就像魚之無水，燈之無油，這樣要如何的進德？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能弘道，這是很重要的觀念。要如何做，才不會辜負天恩師德呢？這是白陽弟子的使命，你們每個人都緊繫多少蒼生的慧命，道務是在你們每個走出去的步伐中推展出來的，千萬不要把時間都放在一些無謂的鎖事上，目前只有渡人成全人是當務之急，在學習幫辦中了願，在辛苦開荒中成長，這不是每個人都能有的福氣，徒兒千萬要好好把握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不責人之小過，不發人之陰私，不念人之舊惡，從謙虛之中去體驗樂趣，從忍辱當中去培養美德，從自製當中去克服物慾，從寧靜當中去安頓身心。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苟無至德，至道不凝焉！總歸一句話，你如果沒有盡職的話，想要修道，就有如常講的這句話「大道修來有難易，亦是由我亦由天，若無真功與實善，尚有群魔作障緣。」所以，要積陰德啊！否則，尚有群魔作障緣！所以說，這個德，在你們修行當中是最重要的，你如果真心的照著這七點學著去做，慢慢地培養你的德性，那麼，你修道的障礙自然就會減少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以為辦三曹大事，就憑著每一個人在火宅之中滿身的罪業，還能夠帶罪立功，這是沾了什麼恩？這是三曹普渡白陽末年，才有這個機會，才能夠天事人辦。所以，不論點傳師，或能力好的人，都不要認為自己的能力好，自己的口才好，就自恃傲人。要記得，這都是沾了什麼恩？天恩師德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做中流砥柱，要先把根基訂好，這根基不是先有學問就夠的。這根基必須你本身從心性方面去修養，培養你的德性，那就得從待人處世之道學起，待人處世之道要向你周圍有德性的人去學習，久而久之我們就會琢磨出我們特殊的性質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德啊？平等就是有德啊！少的要敬老的，老的愛護小的。所以人要有謙，謙者有德性，以德性才能服人，是不是？人說有德不令而從，你沒德性，叫別人怎麼做，別人就不會聽是不是？為什麼不服從呢？因為你觀念不正確，所以別人就不聽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當你成為前賢時，你都在教後學什麼呢？教說法、教看法、教想法、教種種法嗎？你的後學知道白陽普渡的殊勝嗎？你的後學知道三寶心法的妙用嗎？你的後學知道三清四正的必要性嗎？你的後學知道尊師重道的可貴嗎？你的後學知道前輩的德風嗎？如果這些基本都不知道，那為師要問問徒兒在傳承什麼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謂的功德，甚麼叫功德？功德在哪裡？如果說有那一點功德，在六祖壇經講的：「見性是功，平等是德，念念無滯，常見本性真實妙用，名為功德，內心謙下是功，外行於禮是德，自性建立萬法是功，心體離念是德，不離自性是功，應用無染是德。」所以說，若覓功德法身，你要由此去做，但依此作，是真功德。這幾句話你們好好回去翻一翻，好好的去做一做，好好的在你們心境上下功夫就是了。所以說，講道不離心性，懂嗎？你這個心不修還是枉費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修道才有福氣哦！不修道的話，就在汪洋苦海中起起伏伏，為凡塵瑣事而忙，煩惱這個，操心那個，要想不老也難了，偏偏人最怕老，事情愈多，人愈容易老，為師教你們一個功夫，要有一個無為的心，修道要回到無為的地方，無為的境地，不要管這麼多，人家罵你瘋也好，說你顛也好，都不要管他，因為你們的老師本來就叫做瘋顛濟公，不是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想想自己有什麼煩惱，現在為師唸一句，你們就唸一句：「這些事情是可以解決的，我願意改變，我願意改變，我願意先改變自己，我自己若是不改變，別人不會隨著改變，所以事情是可以解決的，我願意改變，我願意改變，我願意先從自己改變。」好，眼睛張開，知道這是什麼意思嗎？事情是可以解決的，但是要先從自己開始改變起，你不要說事情都沒有改變的可能，要知道，凡事都可以改變的，好比和人相處不和睦、不快樂，你如果改變了態度，別人也會隨之改變，但是，也不能只改變了一下，就不改變了，就說沒有用，那就不是修道人的精神喔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上天賦予你天命靈明本性，就要盡自己的責任去了願，既學道就要注重綱常倫理，推夷安天下。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徒兒啊！如何使慧命永傳呢？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1.發願濟世，並渡眾生，才能累世累生遇佛普渡聞法，永生方不退轉。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2.懺悔一切業障罪過，才能止宿命長慧命，永生方不退轉。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3.惜福感恩，佈施行善，才能福慧俱足，永生方不退轉。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4.覺悟自性，見性成佛，才能顯放本願，永生方不退轉。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5.正氣常存，法輪常轉，才能鎮壓百邪驅業障，永生方不退轉。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6.善念凝聚，消滅業力，才能超脫三界免遭劫難，永生方不退轉。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7.普念迴向，徹空地獄，才能感召三界十方六道眾生，永生方不退轉。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不過呢，千裡之行始於足下，想是可以想到千萬裡之遙，但是不行啊，終歸還是無用。所以說，道是要行出來的！行道佈道，你的慈悲心、智慧才能夠展現出來。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