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典藏·八正道的修持方法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典藏版主題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《老師的話》典藏版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世尊證道之後，大轉法輪，雖然佛法浩瀚博大精深，但以八聖道稱為最中肯易學之法，白陽弟子修參道學，亦不可不知此者。八聖道即正見、正思、正語、正業、正命、正精進與正念、正定。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正見者，佛云：「見無所見，是為正見。」又云：「見諸相非相，即見如來。」此正見以白話解釋之，即謂正確地觀照人我法相也。凡人每以我識六根做為判斷一切事理的憑準，於是隨相轉念，尤其以自我為中心之立場，分隔了大我與真我之合一，於是三毒五蘊因之而生，故六祖云：「不思善，不思惡，正與麼時，那個是明上座本來面目。」惠明言下大悟，此者正見使然也，能正見者，何懼不能見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正思者，正念也，正心也。達摩西來一字無，全憑心意用功夫，此意在勉人需於正思用功夫也。正思亦可謂正確之思惟，道心惟微，人心惟危，故修士必於思想上以道心調人心，以道心克慾心也。所謂聖人求心不求佛，愚人求佛不求心，即其意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正語者，正確表達以道德真理為依據之理論。天地無言，唯賴人語，故修士本身應培養對道德真理之認識，尤其擔當承先啟後之神聖任務者，對道義史上應隨時提示給大眾，此亦維護正法，同助天盤也！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正業者，正確之行為也。凡為修士必有規戒可循，聖人以道設教，匡扶人類行為不至越軌，故而己所不欲，勿施於人，進一步應該事事以利他為主，利他即是仁愛精神，由小及大而為博愛、天下為公。是故修士於初修之時，循規蹈矩，日久功深則為所欲為皆不踰矩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正命者，正確之靈命、天命、性命、生命、使命、壽命也。上帝為靈命之源，人類皆秉天命賦性而生，人人均負神聖使命，藉著心身之生命，融會理氣象於因緣之中。故修士由日常生活之中領悟生命之實相，行使因緣之使命，終究達於天人合一之天命，皈回靈命之源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修士切莫因修道而作離群之想，蓋大乘道者乃悟出世心行入世行也。故過正常生活，不怪力亂神，不違俗離常，在衣食住行育樂上，順天性之自然而行之事也。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正精進者，君子自強不息之意。博學、審問、慎思、明辨、篤行，即腳踏實地，心悟佛意，有過懺悔，有功不彰，一切盡其在我，量力而為，不可勉強而失自然，或揠苗助長，造成身心之傷害也。要知大乘佛子乃是世世願行菩薩道者，於精進中不疾不徐，無為而為，無求無執，如此方是正精進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正念者，亦是覺心菩提，佛之掃三心，飛四相，儒之格物致知，道之清心寡慾者是也。如是則人慾盡而天理行，習染一除，本性可見也！修士必持平等、至善、慈悲則達正念。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正定者，自性無散亂之意也。此境與戒、慧同體，故修士由戒入手，由慧啟門，皆可達於正定。依信、願、行三者同步而進，自能瞭然大道奧義，而立金剛定正信，持此信力，即可不受外界變幻不定之現象所動搖，如此辦道如意，修道安穩矣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八聖道實為修士自觀自照之明鏡，若能依此修此，可獲大益，何樂不為！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