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典藏·願行篇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典藏版主題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《老師的話》典藏版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)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欲成佛道，須具信願行三資糧，非信無以立願，非願無以導行，非行無以證願。信要深信，願當切願，行貴實行，你們老前人是百分之百的信，所以百分之百的成。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大家都知道，求了道就上了菩薩道，但是行了菩薩道沒，這可就不知道了！有菩薩心腸，就能夠行菩薩道，因為一念善，就可以行善事，一念為惡，就算是獨處，也會造惡。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修心，修哪個心？修你這個心。心千變萬化，脾氣毛病又一大堆，到處都是角，要真正明心見性，得磨成圓，才真正能夠明心見性。見性是清清靜靜，毫無雜念，若還是動念，怨恨不已，哪叫清靜？要替老師盡未了濟世之志願，你們有多少人擔得起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想想自己這些年來進步了多少？成全了多少人？辦了多少事？外功縱然做得少，也要讓內德培養得好，你不會講道沒關係，可以默默地付出。是不是真的立願了願了呢？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自己立的願，還記得嗎？實行了多少？每天要去想想，你所做的每件事，都是在了願嗎？不要做了一件事就以為很了不起，有這種心態，就違願了喔！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何謂盡心？心是否在眾生身上？心能和道契合嗎？你們對道盡了幾分心？渡人、講課、辦事就是盡心嗎？第一、要有信心，第二、要真正用心，想想，平時對道是否真的用心了？用心才能真正了願啊！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徒兒們入了這個門，就有這個願力，為師並不希望你們再發什麼宏誓大願，只要徒兒們守住求道時所立下的十條大願去謹遵奉行，自始至終地矢志完成它，相信徒兒們一定能回得了天，也一定能超生了死的。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修心，辦道盡心，徒兒修心了嗎？盡心了嗎？你佛前所立下的願實行了嗎？多少徒兒對老師信口開河啊！說了多少多少的願，可是等老師回頭看看徒兒修道的路途，又了了多少的願？願沒有大小，皆是宏願，只要徒兒盡了心，是不是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每個人從理天下來，皆是立願而來的，為師不怪你來到人世間迷失了自己，忘記了誓願，可是一旦你進入佛門，擔了神聖的職任，為師就不得不再提醒你們啊！要知道，你一人墜，萬人墜，九玄七祖皆遭殃啊！不要以為你一個人事小，只不過是造了小惡小過，要知道滴水雖微，漸盈大器，不要小看一滴一滴的水源，一點一點的小過，漸盈大器，明不明白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生似苦海，你要在這苦海中撐舟啊！我的徒兒各個都是舵手啊！若是徒兒把舵不住，起了波濤洶湧，你撐得住嗎？這個舵，就是你的願，你的方向啊！現在徒兒放下自己的誓願，丟下你的責任，一走了之啊！難道你不曉得眾生病了嗎？可是徒兒啊，為師想看看有幾個是仗義之士啊！徒兒修道智仁勇具備，這是行外功，但是當徒遭遇逆境時，要想辦法去突破，不是像兒這般自己孤立啊！想想看，想要再次回頭，是否有機會啊！所以你這次不把握機會，想想你還有什麼機會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