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典藏·德性篇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仁者無敵，一個人若有才而無德，便會遭來別人的嫉妬，如果能力強，德行就要愈齊全才行。一個有仁德的人，大家都會心甘情願地跟你在一起。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道是本來面目，德是當然的行為，辛苦而為者，是有德者，你要學習率性而行，把當然的行為做出來。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禮貌是一個人修養的指標，涉及一個人的德性，也表現道的親切與尊貴，所以，初步的功夫，要做到非禮勿視，道德經不是講「不見可欲，使用不亂」嗎？眼不見，心不亂，慢慢的就習以為常了，這一切都要心正，從根本處下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你站在什麼層面，都要素位而行，本著一顆真誠的心，去感動、感化他人，因為佛道欲成須靠自己，仙體欲得須自修煉，惟有一片天心地付出，才無有煩惱，相反的，一切只為了自己，只會惹得一身的煩惱。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修道必須具備的兩項基則：一、以德做嚮導。二、以禮做表率。自古聖人，賢如顏回，哪一個不是以本性良知良能、德性，做為主人的！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你們要有豐富的德性，就要有豐富的經驗，以便濟渡眾生的所需，你們也要有普渡眾生的大志願，才有辦法德普人間。首先，脾氣先改，身口意，三業要清淨。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現在不是每個人都說要美化環境，美化家庭嗎？有沒有想過要美化心境，美化你自己和每一個人的心境，更進一步去美化你的整個人生。還記得求道時，不是叫你們要存好心，說好話，做好事嗎？說好話是美化言語，做好事是美化行為，存好心就是美化你們的心境，美化你們的心靈。美化面容，臉上就沒有嗔怒，滿面笑容，而不是在外表上做美容。相由心生，你的心是美的，面相就不會醜到哪兒去。這些簡單的講，就是要去美化言語，美化行為，美化心境，再美化為更簡單的滿口好話，滿手好事，滿心的歡喜，再讓你的歡喜去感染別人。這根本要抓得住，而不是在枝末上用功夫，這就是心的作用。所以說，修道修心，要美化心境，這個心須純正，聽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守著你的耳朵、你的眼睛、你的鼻子、你的嘴巴，沒有一點知識的作用，全靠你這個心做為主人。但是，你現在心邪了，六賊眼耳鼻舌身意全都造反了，才會淪落到四生六道中受苦。修道就是修這個心，心一定要純，要正，不可稍有偏差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當你們有了習性時，就很難生存了，人與人之間也很難和平相處了，你也會變得很難入境隨俗。所以，修道兩個字就是化性，而不是忍氣，忍氣會厭氣，會散氣，所以要化性，把它化掉，化解掉脾氣毛病和個性。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修道要涵養氣質，切不可深藏心機，這就有愧於修道的名了，要記得養德。望徒兒們能朝這目標去做，修心，修身，修口，修意，修去一切的不正，懂嗎？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